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39" w:type="dxa"/>
        <w:jc w:val="center"/>
        <w:tblInd w:w="1013" w:type="dxa"/>
        <w:tblLook w:val="01E0" w:firstRow="1" w:lastRow="1" w:firstColumn="1" w:lastColumn="1" w:noHBand="0" w:noVBand="0"/>
      </w:tblPr>
      <w:tblGrid>
        <w:gridCol w:w="3305"/>
        <w:gridCol w:w="5834"/>
      </w:tblGrid>
      <w:tr w:rsidR="00FA33D2" w:rsidRPr="006741B9" w14:paraId="636C4685" w14:textId="77777777" w:rsidTr="00FA33D2">
        <w:trPr>
          <w:trHeight w:val="851"/>
          <w:jc w:val="center"/>
        </w:trPr>
        <w:tc>
          <w:tcPr>
            <w:tcW w:w="3305" w:type="dxa"/>
          </w:tcPr>
          <w:p w14:paraId="60C41A3F" w14:textId="77777777" w:rsidR="00FA33D2" w:rsidRDefault="00FA33D2" w:rsidP="003D28AD">
            <w:pPr>
              <w:pStyle w:val="NormalWeb"/>
              <w:spacing w:before="0" w:beforeAutospacing="0" w:after="0" w:afterAutospacing="0"/>
              <w:jc w:val="center"/>
              <w:rPr>
                <w:b/>
                <w:bCs/>
                <w:color w:val="000000"/>
                <w:sz w:val="26"/>
                <w:szCs w:val="26"/>
              </w:rPr>
            </w:pPr>
            <w:r>
              <w:rPr>
                <w:b/>
                <w:bCs/>
                <w:color w:val="000000"/>
                <w:sz w:val="26"/>
                <w:szCs w:val="26"/>
              </w:rPr>
              <w:t>ỦY BAN NHÂN DÂN</w:t>
            </w:r>
          </w:p>
          <w:p w14:paraId="6C6D0EF1" w14:textId="70CE37C6" w:rsidR="00FA33D2" w:rsidRPr="00FA33D2" w:rsidRDefault="00FA33D2" w:rsidP="00FA33D2">
            <w:pPr>
              <w:pStyle w:val="NormalWeb"/>
              <w:spacing w:before="0" w:beforeAutospacing="0" w:after="0" w:afterAutospacing="0"/>
              <w:jc w:val="center"/>
              <w:rPr>
                <w:b/>
                <w:bCs/>
                <w:color w:val="000000"/>
                <w:sz w:val="26"/>
                <w:szCs w:val="26"/>
              </w:rPr>
            </w:pPr>
            <w:r>
              <w:rPr>
                <w:noProof/>
                <w:szCs w:val="26"/>
                <w:lang w:val="en-US"/>
              </w:rPr>
              <mc:AlternateContent>
                <mc:Choice Requires="wps">
                  <w:drawing>
                    <wp:anchor distT="0" distB="0" distL="114300" distR="114300" simplePos="0" relativeHeight="251659264" behindDoc="0" locked="0" layoutInCell="1" allowOverlap="1" wp14:anchorId="15B1DFD7" wp14:editId="289035D2">
                      <wp:simplePos x="0" y="0"/>
                      <wp:positionH relativeFrom="column">
                        <wp:posOffset>397510</wp:posOffset>
                      </wp:positionH>
                      <wp:positionV relativeFrom="paragraph">
                        <wp:posOffset>222250</wp:posOffset>
                      </wp:positionV>
                      <wp:extent cx="957580" cy="0"/>
                      <wp:effectExtent l="0" t="0" r="13970" b="19050"/>
                      <wp:wrapNone/>
                      <wp:docPr id="377" name="Straight Arrow Connector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7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77" o:spid="_x0000_s1026" type="#_x0000_t32" style="position:absolute;margin-left:31.3pt;margin-top:17.5pt;width:75.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"/>
                  </w:pict>
                </mc:Fallback>
              </mc:AlternateContent>
            </w:r>
            <w:r>
              <w:rPr>
                <w:b/>
                <w:bCs/>
                <w:color w:val="000000"/>
                <w:sz w:val="26"/>
                <w:szCs w:val="26"/>
              </w:rPr>
              <w:t>XÃ QUẢNG TÂN</w:t>
            </w:r>
          </w:p>
        </w:tc>
        <w:tc>
          <w:tcPr>
            <w:tcW w:w="5834" w:type="dxa"/>
          </w:tcPr>
          <w:p w14:paraId="35EA7BF7" w14:textId="77777777" w:rsidR="00FA33D2" w:rsidRDefault="00FA33D2" w:rsidP="00FA33D2">
            <w:pPr>
              <w:pStyle w:val="NormalWeb"/>
              <w:spacing w:before="0" w:beforeAutospacing="0" w:after="0" w:afterAutospacing="0"/>
              <w:jc w:val="center"/>
              <w:rPr>
                <w:b/>
                <w:bCs/>
                <w:color w:val="000000"/>
                <w:sz w:val="28"/>
                <w:szCs w:val="28"/>
                <w:lang w:val="en-US"/>
              </w:rPr>
            </w:pPr>
            <w:r w:rsidRPr="00564DFD">
              <w:rPr>
                <w:b/>
                <w:bCs/>
                <w:color w:val="000000"/>
                <w:sz w:val="26"/>
                <w:szCs w:val="26"/>
              </w:rPr>
              <w:t>CỘNG HÒA XÃ HỘI CHỦ NGHĨA VIỆT NAM</w:t>
            </w:r>
            <w:r w:rsidRPr="003B5D7D">
              <w:rPr>
                <w:b/>
                <w:bCs/>
                <w:color w:val="000000"/>
                <w:spacing w:val="-12"/>
                <w:sz w:val="28"/>
                <w:szCs w:val="28"/>
              </w:rPr>
              <w:br/>
            </w:r>
            <w:r>
              <w:rPr>
                <w:b/>
                <w:bCs/>
                <w:color w:val="000000"/>
                <w:sz w:val="28"/>
                <w:szCs w:val="28"/>
              </w:rPr>
              <w:t>Độc lập - Tự do - Hạnh phúc</w:t>
            </w:r>
          </w:p>
          <w:p w14:paraId="5A9363E6" w14:textId="7FA28DD7" w:rsidR="00FA33D2" w:rsidRPr="00FA33D2" w:rsidRDefault="00FA33D2" w:rsidP="00FA33D2">
            <w:pPr>
              <w:pStyle w:val="NormalWeb"/>
              <w:spacing w:before="0" w:beforeAutospacing="0" w:after="0" w:afterAutospacing="0"/>
              <w:jc w:val="center"/>
              <w:rPr>
                <w:b/>
                <w:bCs/>
                <w:color w:val="000000"/>
                <w:sz w:val="28"/>
                <w:szCs w:val="28"/>
              </w:rPr>
            </w:pPr>
            <w:r>
              <w:rPr>
                <w:noProof/>
                <w:lang w:val="en-US"/>
              </w:rPr>
              <mc:AlternateContent>
                <mc:Choice Requires="wps">
                  <w:drawing>
                    <wp:anchor distT="0" distB="0" distL="114300" distR="114300" simplePos="0" relativeHeight="251660288" behindDoc="0" locked="0" layoutInCell="1" allowOverlap="1" wp14:anchorId="63E4EF7A" wp14:editId="1BD7BDBA">
                      <wp:simplePos x="0" y="0"/>
                      <wp:positionH relativeFrom="column">
                        <wp:posOffset>719941</wp:posOffset>
                      </wp:positionH>
                      <wp:positionV relativeFrom="paragraph">
                        <wp:posOffset>19685</wp:posOffset>
                      </wp:positionV>
                      <wp:extent cx="2123440" cy="1270"/>
                      <wp:effectExtent l="0" t="0" r="10160" b="36830"/>
                      <wp:wrapNone/>
                      <wp:docPr id="376" name="Straight Arrow Connector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344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76" o:spid="_x0000_s1026" type="#_x0000_t32" style="position:absolute;margin-left:56.7pt;margin-top:1.55pt;width:167.2pt;height:.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"/>
                  </w:pict>
                </mc:Fallback>
              </mc:AlternateContent>
            </w:r>
          </w:p>
        </w:tc>
      </w:tr>
    </w:tbl>
    <w:p w14:paraId="1EB34E3B" w14:textId="77777777" w:rsidR="00FA33D2" w:rsidRPr="00FA33D2" w:rsidRDefault="00FA33D2" w:rsidP="00FA33D2">
      <w:pPr>
        <w:pStyle w:val="Heading1"/>
        <w:spacing w:before="0" w:line="240" w:lineRule="auto"/>
        <w:jc w:val="center"/>
        <w:rPr>
          <w:rFonts w:ascii="Times New Roman" w:hAnsi="Times New Roman" w:cs="Times New Roman"/>
          <w:color w:val="auto"/>
          <w:sz w:val="18"/>
        </w:rPr>
      </w:pPr>
    </w:p>
    <w:p w14:paraId="690E5208" w14:textId="77777777" w:rsidR="00FA33D2" w:rsidRDefault="00FA33D2" w:rsidP="00FA33D2">
      <w:pPr>
        <w:pStyle w:val="Heading1"/>
        <w:spacing w:before="0" w:line="240" w:lineRule="auto"/>
        <w:jc w:val="center"/>
        <w:rPr>
          <w:rFonts w:ascii="Times New Roman" w:hAnsi="Times New Roman" w:cs="Times New Roman"/>
          <w:color w:val="auto"/>
        </w:rPr>
      </w:pPr>
      <w:r>
        <w:rPr>
          <w:rFonts w:ascii="Times New Roman" w:hAnsi="Times New Roman" w:cs="Times New Roman"/>
          <w:color w:val="auto"/>
        </w:rPr>
        <w:t xml:space="preserve">DANH SÁCH </w:t>
      </w:r>
      <w:r w:rsidR="00423CDA" w:rsidRPr="00FA33D2">
        <w:rPr>
          <w:rFonts w:ascii="Times New Roman" w:hAnsi="Times New Roman" w:cs="Times New Roman"/>
          <w:color w:val="auto"/>
        </w:rPr>
        <w:t>NIÊM YẾT THỦ TỤC HÀNH CHÍNH</w:t>
      </w:r>
      <w:r w:rsidR="006E4D66" w:rsidRPr="00FA33D2">
        <w:rPr>
          <w:rFonts w:ascii="Times New Roman" w:hAnsi="Times New Roman" w:cs="Times New Roman"/>
          <w:color w:val="auto"/>
        </w:rPr>
        <w:t xml:space="preserve"> THUỘC </w:t>
      </w:r>
    </w:p>
    <w:p w14:paraId="55F5A94E" w14:textId="656DDB04" w:rsidR="005C547F" w:rsidRPr="00FA33D2" w:rsidRDefault="006E4D66" w:rsidP="00FA33D2">
      <w:pPr>
        <w:pStyle w:val="Heading1"/>
        <w:spacing w:before="0" w:line="240" w:lineRule="auto"/>
        <w:jc w:val="center"/>
        <w:rPr>
          <w:rFonts w:ascii="Times New Roman" w:hAnsi="Times New Roman" w:cs="Times New Roman"/>
          <w:color w:val="auto"/>
        </w:rPr>
      </w:pPr>
      <w:r w:rsidRPr="00FA33D2">
        <w:rPr>
          <w:rFonts w:ascii="Times New Roman" w:hAnsi="Times New Roman" w:cs="Times New Roman"/>
          <w:color w:val="auto"/>
        </w:rPr>
        <w:t>THẨM QUYỀN CỦA UBND XÃ QUẢNG TÂN</w:t>
      </w:r>
    </w:p>
    <w:p w14:paraId="7EE1F9B3" w14:textId="77777777" w:rsidR="00FA33D2" w:rsidRDefault="006E4D66" w:rsidP="00FA33D2">
      <w:pPr>
        <w:spacing w:after="120" w:line="240" w:lineRule="auto"/>
        <w:jc w:val="center"/>
        <w:rPr>
          <w:rFonts w:ascii="Times New Roman" w:hAnsi="Times New Roman" w:cs="Times New Roman"/>
          <w:i/>
          <w:sz w:val="26"/>
          <w:szCs w:val="26"/>
        </w:rPr>
      </w:pPr>
      <w:r w:rsidRPr="00FA33D2">
        <w:rPr>
          <w:rFonts w:ascii="Times New Roman" w:hAnsi="Times New Roman" w:cs="Times New Roman"/>
          <w:i/>
          <w:sz w:val="26"/>
          <w:szCs w:val="26"/>
        </w:rPr>
        <w:t xml:space="preserve">(Kèm theo Thông báo số       /TB-UBND ngày     tháng 9 năm 2026 </w:t>
      </w:r>
    </w:p>
    <w:p w14:paraId="7FBAA069" w14:textId="3E353CB1" w:rsidR="006E4D66" w:rsidRPr="00FA33D2" w:rsidRDefault="006E4D66" w:rsidP="00FA33D2">
      <w:pPr>
        <w:spacing w:after="120" w:line="240" w:lineRule="auto"/>
        <w:jc w:val="center"/>
        <w:rPr>
          <w:rFonts w:ascii="Times New Roman" w:hAnsi="Times New Roman" w:cs="Times New Roman"/>
          <w:i/>
          <w:sz w:val="26"/>
          <w:szCs w:val="26"/>
        </w:rPr>
      </w:pPr>
      <w:r w:rsidRPr="00FA33D2">
        <w:rPr>
          <w:rFonts w:ascii="Times New Roman" w:hAnsi="Times New Roman" w:cs="Times New Roman"/>
          <w:i/>
          <w:sz w:val="26"/>
          <w:szCs w:val="26"/>
        </w:rPr>
        <w:t>của UBND xã Quảng Tân)</w:t>
      </w:r>
    </w:p>
    <w:tbl>
      <w:tblPr>
        <w:tblStyle w:val="TableGrid"/>
        <w:tblW w:w="0" w:type="auto"/>
        <w:jc w:val="center"/>
        <w:tblLook w:val="04A0" w:firstRow="1" w:lastRow="0" w:firstColumn="1" w:lastColumn="0" w:noHBand="0" w:noVBand="1"/>
      </w:tblPr>
      <w:tblGrid>
        <w:gridCol w:w="1131"/>
        <w:gridCol w:w="1559"/>
        <w:gridCol w:w="2446"/>
        <w:gridCol w:w="1599"/>
        <w:gridCol w:w="1728"/>
      </w:tblGrid>
      <w:tr w:rsidR="005C547F" w:rsidRPr="00D12DCD" w14:paraId="088BA47C" w14:textId="77777777" w:rsidTr="00423CDA">
        <w:trPr>
          <w:jc w:val="center"/>
        </w:trPr>
        <w:tc>
          <w:tcPr>
            <w:tcW w:w="1131" w:type="dxa"/>
          </w:tcPr>
          <w:p w14:paraId="4C6CFC23" w14:textId="77777777" w:rsidR="005C547F" w:rsidRPr="00D12DCD" w:rsidRDefault="00423CDA" w:rsidP="00FA4924">
            <w:pPr>
              <w:jc w:val="center"/>
              <w:rPr>
                <w:rFonts w:ascii="Times New Roman" w:hAnsi="Times New Roman" w:cs="Times New Roman"/>
                <w:b/>
              </w:rPr>
            </w:pPr>
            <w:r w:rsidRPr="00D12DCD">
              <w:rPr>
                <w:rFonts w:ascii="Times New Roman" w:hAnsi="Times New Roman" w:cs="Times New Roman"/>
                <w:b/>
              </w:rPr>
              <w:t>STT</w:t>
            </w:r>
          </w:p>
        </w:tc>
        <w:tc>
          <w:tcPr>
            <w:tcW w:w="1559" w:type="dxa"/>
          </w:tcPr>
          <w:p w14:paraId="0C11ACA6" w14:textId="77777777" w:rsidR="005C547F" w:rsidRPr="00D12DCD" w:rsidRDefault="00423CDA" w:rsidP="00FA4924">
            <w:pPr>
              <w:jc w:val="center"/>
              <w:rPr>
                <w:rFonts w:ascii="Times New Roman" w:hAnsi="Times New Roman" w:cs="Times New Roman"/>
                <w:b/>
              </w:rPr>
            </w:pPr>
            <w:r w:rsidRPr="00D12DCD">
              <w:rPr>
                <w:rFonts w:ascii="Times New Roman" w:hAnsi="Times New Roman" w:cs="Times New Roman"/>
                <w:b/>
              </w:rPr>
              <w:t>MÃ TTHC</w:t>
            </w:r>
          </w:p>
        </w:tc>
        <w:tc>
          <w:tcPr>
            <w:tcW w:w="2446" w:type="dxa"/>
          </w:tcPr>
          <w:p w14:paraId="1D191F4B" w14:textId="77777777" w:rsidR="005C547F" w:rsidRPr="00D12DCD" w:rsidRDefault="00423CDA" w:rsidP="00FA4924">
            <w:pPr>
              <w:jc w:val="center"/>
              <w:rPr>
                <w:rFonts w:ascii="Times New Roman" w:hAnsi="Times New Roman" w:cs="Times New Roman"/>
                <w:b/>
              </w:rPr>
            </w:pPr>
            <w:r w:rsidRPr="00D12DCD">
              <w:rPr>
                <w:rFonts w:ascii="Times New Roman" w:hAnsi="Times New Roman" w:cs="Times New Roman"/>
                <w:b/>
              </w:rPr>
              <w:t>TÊN TTHC</w:t>
            </w:r>
          </w:p>
        </w:tc>
        <w:tc>
          <w:tcPr>
            <w:tcW w:w="1599" w:type="dxa"/>
          </w:tcPr>
          <w:p w14:paraId="67D2428E" w14:textId="77777777" w:rsidR="005C547F" w:rsidRPr="00D12DCD" w:rsidRDefault="00423CDA" w:rsidP="00FA4924">
            <w:pPr>
              <w:jc w:val="center"/>
              <w:rPr>
                <w:rFonts w:ascii="Times New Roman" w:hAnsi="Times New Roman" w:cs="Times New Roman"/>
                <w:b/>
              </w:rPr>
            </w:pPr>
            <w:r w:rsidRPr="00D12DCD">
              <w:rPr>
                <w:rFonts w:ascii="Times New Roman" w:hAnsi="Times New Roman" w:cs="Times New Roman"/>
                <w:b/>
              </w:rPr>
              <w:t>LĨNH VỰC</w:t>
            </w:r>
          </w:p>
        </w:tc>
        <w:tc>
          <w:tcPr>
            <w:tcW w:w="1728" w:type="dxa"/>
          </w:tcPr>
          <w:p w14:paraId="08503847" w14:textId="77777777" w:rsidR="005C547F" w:rsidRPr="00D12DCD" w:rsidRDefault="00423CDA" w:rsidP="00FA4924">
            <w:pPr>
              <w:jc w:val="center"/>
              <w:rPr>
                <w:rFonts w:ascii="Times New Roman" w:hAnsi="Times New Roman" w:cs="Times New Roman"/>
                <w:b/>
              </w:rPr>
            </w:pPr>
            <w:r w:rsidRPr="00D12DCD">
              <w:rPr>
                <w:rFonts w:ascii="Times New Roman" w:hAnsi="Times New Roman" w:cs="Times New Roman"/>
                <w:b/>
              </w:rPr>
              <w:t>QR CODE</w:t>
            </w:r>
          </w:p>
        </w:tc>
      </w:tr>
      <w:tr w:rsidR="005C547F" w:rsidRPr="0092658F" w14:paraId="52586FF2" w14:textId="77777777" w:rsidTr="00423CDA">
        <w:trPr>
          <w:jc w:val="center"/>
        </w:trPr>
        <w:tc>
          <w:tcPr>
            <w:tcW w:w="1131" w:type="dxa"/>
          </w:tcPr>
          <w:p w14:paraId="7031CE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w:t>
            </w:r>
          </w:p>
        </w:tc>
        <w:tc>
          <w:tcPr>
            <w:tcW w:w="1559" w:type="dxa"/>
          </w:tcPr>
          <w:p w14:paraId="41C68AC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1.115950</w:t>
            </w:r>
          </w:p>
        </w:tc>
        <w:tc>
          <w:tcPr>
            <w:tcW w:w="2446" w:type="dxa"/>
          </w:tcPr>
          <w:p w14:paraId="78C772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bố mở bến thủy nội địa, bến khách ngang sông, kết cấu hạ tầng đường thủy nội địa phục vụ thi công công trình, dự án và bến dân sinh</w:t>
            </w:r>
          </w:p>
        </w:tc>
        <w:tc>
          <w:tcPr>
            <w:tcW w:w="1599" w:type="dxa"/>
          </w:tcPr>
          <w:p w14:paraId="168CE3C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360AAB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46E5C76" wp14:editId="08DDF8FB">
                  <wp:extent cx="64008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640080" cy="640080"/>
                          </a:xfrm>
                          <a:prstGeom prst="rect">
                            <a:avLst/>
                          </a:prstGeom>
                        </pic:spPr>
                      </pic:pic>
                    </a:graphicData>
                  </a:graphic>
                </wp:inline>
              </w:drawing>
            </w:r>
          </w:p>
        </w:tc>
      </w:tr>
      <w:tr w:rsidR="005C547F" w:rsidRPr="0092658F" w14:paraId="19BE87F9" w14:textId="77777777" w:rsidTr="00423CDA">
        <w:trPr>
          <w:jc w:val="center"/>
        </w:trPr>
        <w:tc>
          <w:tcPr>
            <w:tcW w:w="1131" w:type="dxa"/>
          </w:tcPr>
          <w:p w14:paraId="25CB6B8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w:t>
            </w:r>
          </w:p>
        </w:tc>
        <w:tc>
          <w:tcPr>
            <w:tcW w:w="1559" w:type="dxa"/>
          </w:tcPr>
          <w:p w14:paraId="07E836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1.014776</w:t>
            </w:r>
          </w:p>
        </w:tc>
        <w:tc>
          <w:tcPr>
            <w:tcW w:w="2446" w:type="dxa"/>
          </w:tcPr>
          <w:p w14:paraId="728C9D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cấp lại mã số vùng trồng, mã số cơ sở đóng gói</w:t>
            </w:r>
          </w:p>
        </w:tc>
        <w:tc>
          <w:tcPr>
            <w:tcW w:w="1599" w:type="dxa"/>
          </w:tcPr>
          <w:p w14:paraId="1772492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Trồng trọt và Bảo vệ thực vật</w:t>
            </w:r>
          </w:p>
        </w:tc>
        <w:tc>
          <w:tcPr>
            <w:tcW w:w="1728" w:type="dxa"/>
          </w:tcPr>
          <w:p w14:paraId="166E1F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6A56E0E" wp14:editId="537BE3C1">
                  <wp:extent cx="640080" cy="640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40080" cy="640080"/>
                          </a:xfrm>
                          <a:prstGeom prst="rect">
                            <a:avLst/>
                          </a:prstGeom>
                        </pic:spPr>
                      </pic:pic>
                    </a:graphicData>
                  </a:graphic>
                </wp:inline>
              </w:drawing>
            </w:r>
          </w:p>
        </w:tc>
      </w:tr>
      <w:tr w:rsidR="005C547F" w:rsidRPr="0092658F" w14:paraId="55EFFFE2" w14:textId="77777777" w:rsidTr="00423CDA">
        <w:trPr>
          <w:jc w:val="center"/>
        </w:trPr>
        <w:tc>
          <w:tcPr>
            <w:tcW w:w="1131" w:type="dxa"/>
          </w:tcPr>
          <w:p w14:paraId="3D7324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w:t>
            </w:r>
          </w:p>
        </w:tc>
        <w:tc>
          <w:tcPr>
            <w:tcW w:w="1559" w:type="dxa"/>
          </w:tcPr>
          <w:p w14:paraId="053B540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2.002668</w:t>
            </w:r>
          </w:p>
        </w:tc>
        <w:tc>
          <w:tcPr>
            <w:tcW w:w="2446" w:type="dxa"/>
          </w:tcPr>
          <w:p w14:paraId="50135E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nhu cầu hỗ trợ của tổ hợp tác, hợp tác xã, liên hiệp hợp tác xã</w:t>
            </w:r>
          </w:p>
        </w:tc>
        <w:tc>
          <w:tcPr>
            <w:tcW w:w="1599" w:type="dxa"/>
          </w:tcPr>
          <w:p w14:paraId="122497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tổ hợp tác, hợp tác xã, liên hiệp hợp tác xã</w:t>
            </w:r>
          </w:p>
        </w:tc>
        <w:tc>
          <w:tcPr>
            <w:tcW w:w="1728" w:type="dxa"/>
          </w:tcPr>
          <w:p w14:paraId="20D2E6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2DD46B1" wp14:editId="0DEDDD81">
                  <wp:extent cx="640080" cy="6400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640080" cy="640080"/>
                          </a:xfrm>
                          <a:prstGeom prst="rect">
                            <a:avLst/>
                          </a:prstGeom>
                        </pic:spPr>
                      </pic:pic>
                    </a:graphicData>
                  </a:graphic>
                </wp:inline>
              </w:drawing>
            </w:r>
          </w:p>
        </w:tc>
      </w:tr>
      <w:tr w:rsidR="005C547F" w:rsidRPr="0092658F" w14:paraId="29217CC5" w14:textId="77777777" w:rsidTr="00423CDA">
        <w:trPr>
          <w:jc w:val="center"/>
        </w:trPr>
        <w:tc>
          <w:tcPr>
            <w:tcW w:w="1131" w:type="dxa"/>
          </w:tcPr>
          <w:p w14:paraId="7338592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w:t>
            </w:r>
          </w:p>
        </w:tc>
        <w:tc>
          <w:tcPr>
            <w:tcW w:w="1559" w:type="dxa"/>
          </w:tcPr>
          <w:p w14:paraId="53C0A4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2.002228</w:t>
            </w:r>
          </w:p>
        </w:tc>
        <w:tc>
          <w:tcPr>
            <w:tcW w:w="2446" w:type="dxa"/>
          </w:tcPr>
          <w:p w14:paraId="206CF3D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chấm dứt hoạt động của tổ hợp tác không đăng ký</w:t>
            </w:r>
          </w:p>
        </w:tc>
        <w:tc>
          <w:tcPr>
            <w:tcW w:w="1599" w:type="dxa"/>
          </w:tcPr>
          <w:p w14:paraId="0ED4852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không đăng ký</w:t>
            </w:r>
          </w:p>
        </w:tc>
        <w:tc>
          <w:tcPr>
            <w:tcW w:w="1728" w:type="dxa"/>
          </w:tcPr>
          <w:p w14:paraId="0A06276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957523C" wp14:editId="25FAC6BA">
                  <wp:extent cx="640080" cy="640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640080" cy="640080"/>
                          </a:xfrm>
                          <a:prstGeom prst="rect">
                            <a:avLst/>
                          </a:prstGeom>
                        </pic:spPr>
                      </pic:pic>
                    </a:graphicData>
                  </a:graphic>
                </wp:inline>
              </w:drawing>
            </w:r>
          </w:p>
        </w:tc>
      </w:tr>
      <w:tr w:rsidR="005C547F" w:rsidRPr="0092658F" w14:paraId="2434C485" w14:textId="77777777" w:rsidTr="00423CDA">
        <w:trPr>
          <w:jc w:val="center"/>
        </w:trPr>
        <w:tc>
          <w:tcPr>
            <w:tcW w:w="1131" w:type="dxa"/>
          </w:tcPr>
          <w:p w14:paraId="04BC64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w:t>
            </w:r>
          </w:p>
        </w:tc>
        <w:tc>
          <w:tcPr>
            <w:tcW w:w="1559" w:type="dxa"/>
          </w:tcPr>
          <w:p w14:paraId="4A7451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2.002226</w:t>
            </w:r>
          </w:p>
        </w:tc>
        <w:tc>
          <w:tcPr>
            <w:tcW w:w="2446" w:type="dxa"/>
          </w:tcPr>
          <w:p w14:paraId="6B7443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thành lập/thay đổi tổ hợp tác không đăng ký</w:t>
            </w:r>
          </w:p>
        </w:tc>
        <w:tc>
          <w:tcPr>
            <w:tcW w:w="1599" w:type="dxa"/>
          </w:tcPr>
          <w:p w14:paraId="664102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không đăng ký</w:t>
            </w:r>
          </w:p>
        </w:tc>
        <w:tc>
          <w:tcPr>
            <w:tcW w:w="1728" w:type="dxa"/>
          </w:tcPr>
          <w:p w14:paraId="6714CE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0A69C06" wp14:editId="32BC4C7A">
                  <wp:extent cx="640080" cy="6400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640080" cy="640080"/>
                          </a:xfrm>
                          <a:prstGeom prst="rect">
                            <a:avLst/>
                          </a:prstGeom>
                        </pic:spPr>
                      </pic:pic>
                    </a:graphicData>
                  </a:graphic>
                </wp:inline>
              </w:drawing>
            </w:r>
          </w:p>
        </w:tc>
      </w:tr>
      <w:tr w:rsidR="005C547F" w:rsidRPr="0092658F" w14:paraId="0467E73A" w14:textId="77777777" w:rsidTr="00423CDA">
        <w:trPr>
          <w:jc w:val="center"/>
        </w:trPr>
        <w:tc>
          <w:tcPr>
            <w:tcW w:w="1131" w:type="dxa"/>
          </w:tcPr>
          <w:p w14:paraId="1763F7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w:t>
            </w:r>
          </w:p>
        </w:tc>
        <w:tc>
          <w:tcPr>
            <w:tcW w:w="1559" w:type="dxa"/>
          </w:tcPr>
          <w:p w14:paraId="7126A3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1.115377</w:t>
            </w:r>
          </w:p>
        </w:tc>
        <w:tc>
          <w:tcPr>
            <w:tcW w:w="2446" w:type="dxa"/>
          </w:tcPr>
          <w:p w14:paraId="7263129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phát triển nguồn điện mặt trời mái nhà tự sản xuất, tự tiêu thụ đấu nối với hệ thống điện quốc gia tại cấp điện áp hạ áp</w:t>
            </w:r>
          </w:p>
        </w:tc>
        <w:tc>
          <w:tcPr>
            <w:tcW w:w="1599" w:type="dxa"/>
          </w:tcPr>
          <w:p w14:paraId="5DCE3C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Điện lực</w:t>
            </w:r>
          </w:p>
        </w:tc>
        <w:tc>
          <w:tcPr>
            <w:tcW w:w="1728" w:type="dxa"/>
          </w:tcPr>
          <w:p w14:paraId="4BFB57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CCEA3EE" wp14:editId="1E73E9D5">
                  <wp:extent cx="640080" cy="6400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640080" cy="640080"/>
                          </a:xfrm>
                          <a:prstGeom prst="rect">
                            <a:avLst/>
                          </a:prstGeom>
                        </pic:spPr>
                      </pic:pic>
                    </a:graphicData>
                  </a:graphic>
                </wp:inline>
              </w:drawing>
            </w:r>
          </w:p>
        </w:tc>
      </w:tr>
      <w:tr w:rsidR="005C547F" w:rsidRPr="0092658F" w14:paraId="29EC6387" w14:textId="77777777" w:rsidTr="00423CDA">
        <w:trPr>
          <w:jc w:val="center"/>
        </w:trPr>
        <w:tc>
          <w:tcPr>
            <w:tcW w:w="1131" w:type="dxa"/>
          </w:tcPr>
          <w:p w14:paraId="211E59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w:t>
            </w:r>
          </w:p>
        </w:tc>
        <w:tc>
          <w:tcPr>
            <w:tcW w:w="1559" w:type="dxa"/>
          </w:tcPr>
          <w:p w14:paraId="24542EB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3.000576</w:t>
            </w:r>
          </w:p>
        </w:tc>
        <w:tc>
          <w:tcPr>
            <w:tcW w:w="2446" w:type="dxa"/>
          </w:tcPr>
          <w:p w14:paraId="4C9123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khai báo hoạt động phát hành xuất bản phẩm</w:t>
            </w:r>
          </w:p>
        </w:tc>
        <w:tc>
          <w:tcPr>
            <w:tcW w:w="1599" w:type="dxa"/>
          </w:tcPr>
          <w:p w14:paraId="770EE3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Xuất Bản, In và Phát hành</w:t>
            </w:r>
          </w:p>
        </w:tc>
        <w:tc>
          <w:tcPr>
            <w:tcW w:w="1728" w:type="dxa"/>
          </w:tcPr>
          <w:p w14:paraId="1141F1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FDE5A55" wp14:editId="703C536E">
                  <wp:extent cx="640080" cy="6400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640080" cy="640080"/>
                          </a:xfrm>
                          <a:prstGeom prst="rect">
                            <a:avLst/>
                          </a:prstGeom>
                        </pic:spPr>
                      </pic:pic>
                    </a:graphicData>
                  </a:graphic>
                </wp:inline>
              </w:drawing>
            </w:r>
          </w:p>
        </w:tc>
      </w:tr>
      <w:tr w:rsidR="005C547F" w:rsidRPr="0092658F" w14:paraId="6207D22F" w14:textId="77777777" w:rsidTr="00423CDA">
        <w:trPr>
          <w:jc w:val="center"/>
        </w:trPr>
        <w:tc>
          <w:tcPr>
            <w:tcW w:w="1131" w:type="dxa"/>
          </w:tcPr>
          <w:p w14:paraId="6CB300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w:t>
            </w:r>
          </w:p>
        </w:tc>
        <w:tc>
          <w:tcPr>
            <w:tcW w:w="1559" w:type="dxa"/>
          </w:tcPr>
          <w:p w14:paraId="2A3521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2.002892</w:t>
            </w:r>
          </w:p>
        </w:tc>
        <w:tc>
          <w:tcPr>
            <w:tcW w:w="2446" w:type="dxa"/>
          </w:tcPr>
          <w:p w14:paraId="535DED7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Sáp nhập, chia, tách nhà trẻ, trường mẫu giáo, trường mầm non</w:t>
            </w:r>
          </w:p>
        </w:tc>
        <w:tc>
          <w:tcPr>
            <w:tcW w:w="1599" w:type="dxa"/>
          </w:tcPr>
          <w:p w14:paraId="556BD9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2573AE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5599A05" wp14:editId="6976A3C8">
                  <wp:extent cx="640080" cy="640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
                          <a:stretch>
                            <a:fillRect/>
                          </a:stretch>
                        </pic:blipFill>
                        <pic:spPr>
                          <a:xfrm>
                            <a:off x="0" y="0"/>
                            <a:ext cx="640080" cy="640080"/>
                          </a:xfrm>
                          <a:prstGeom prst="rect">
                            <a:avLst/>
                          </a:prstGeom>
                        </pic:spPr>
                      </pic:pic>
                    </a:graphicData>
                  </a:graphic>
                </wp:inline>
              </w:drawing>
            </w:r>
          </w:p>
        </w:tc>
      </w:tr>
      <w:tr w:rsidR="005C547F" w:rsidRPr="0092658F" w14:paraId="6E448BDA" w14:textId="77777777" w:rsidTr="00423CDA">
        <w:trPr>
          <w:jc w:val="center"/>
        </w:trPr>
        <w:tc>
          <w:tcPr>
            <w:tcW w:w="1131" w:type="dxa"/>
          </w:tcPr>
          <w:p w14:paraId="611751F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w:t>
            </w:r>
          </w:p>
        </w:tc>
        <w:tc>
          <w:tcPr>
            <w:tcW w:w="1559" w:type="dxa"/>
          </w:tcPr>
          <w:p w14:paraId="56B0DC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2.002894</w:t>
            </w:r>
          </w:p>
        </w:tc>
        <w:tc>
          <w:tcPr>
            <w:tcW w:w="2446" w:type="dxa"/>
          </w:tcPr>
          <w:p w14:paraId="59FAB9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Cho phép nhà trẻ, trường mẫu giáo, trường mầm non, nhà trẻ hoạt động giáo dục</w:t>
            </w:r>
          </w:p>
        </w:tc>
        <w:tc>
          <w:tcPr>
            <w:tcW w:w="1599" w:type="dxa"/>
          </w:tcPr>
          <w:p w14:paraId="02A8951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186B7A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7761410" wp14:editId="57EC6C93">
                  <wp:extent cx="640080" cy="6400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
                          <a:stretch>
                            <a:fillRect/>
                          </a:stretch>
                        </pic:blipFill>
                        <pic:spPr>
                          <a:xfrm>
                            <a:off x="0" y="0"/>
                            <a:ext cx="640080" cy="640080"/>
                          </a:xfrm>
                          <a:prstGeom prst="rect">
                            <a:avLst/>
                          </a:prstGeom>
                        </pic:spPr>
                      </pic:pic>
                    </a:graphicData>
                  </a:graphic>
                </wp:inline>
              </w:drawing>
            </w:r>
          </w:p>
        </w:tc>
      </w:tr>
      <w:tr w:rsidR="005C547F" w:rsidRPr="0092658F" w14:paraId="3FC81DCD" w14:textId="77777777" w:rsidTr="00423CDA">
        <w:trPr>
          <w:jc w:val="center"/>
        </w:trPr>
        <w:tc>
          <w:tcPr>
            <w:tcW w:w="1131" w:type="dxa"/>
          </w:tcPr>
          <w:p w14:paraId="56B61C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w:t>
            </w:r>
          </w:p>
        </w:tc>
        <w:tc>
          <w:tcPr>
            <w:tcW w:w="1559" w:type="dxa"/>
          </w:tcPr>
          <w:p w14:paraId="236BD4E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2.002891</w:t>
            </w:r>
          </w:p>
        </w:tc>
        <w:tc>
          <w:tcPr>
            <w:tcW w:w="2446" w:type="dxa"/>
          </w:tcPr>
          <w:p w14:paraId="7AD3CB6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hoặc cho phép thành lập nhà trẻ, trường mẫu giáo, trường mầm non</w:t>
            </w:r>
          </w:p>
        </w:tc>
        <w:tc>
          <w:tcPr>
            <w:tcW w:w="1599" w:type="dxa"/>
          </w:tcPr>
          <w:p w14:paraId="2A2F29A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6E5EA40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40E172D" wp14:editId="4B9BCFAC">
                  <wp:extent cx="640080" cy="6400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
                          <a:stretch>
                            <a:fillRect/>
                          </a:stretch>
                        </pic:blipFill>
                        <pic:spPr>
                          <a:xfrm>
                            <a:off x="0" y="0"/>
                            <a:ext cx="640080" cy="640080"/>
                          </a:xfrm>
                          <a:prstGeom prst="rect">
                            <a:avLst/>
                          </a:prstGeom>
                        </pic:spPr>
                      </pic:pic>
                    </a:graphicData>
                  </a:graphic>
                </wp:inline>
              </w:drawing>
            </w:r>
          </w:p>
        </w:tc>
      </w:tr>
      <w:tr w:rsidR="005C547F" w:rsidRPr="0092658F" w14:paraId="450F0CD5" w14:textId="77777777" w:rsidTr="00423CDA">
        <w:trPr>
          <w:jc w:val="center"/>
        </w:trPr>
        <w:tc>
          <w:tcPr>
            <w:tcW w:w="1131" w:type="dxa"/>
          </w:tcPr>
          <w:p w14:paraId="7B2C193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w:t>
            </w:r>
          </w:p>
        </w:tc>
        <w:tc>
          <w:tcPr>
            <w:tcW w:w="1559" w:type="dxa"/>
          </w:tcPr>
          <w:p w14:paraId="65D021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2.002893</w:t>
            </w:r>
          </w:p>
        </w:tc>
        <w:tc>
          <w:tcPr>
            <w:tcW w:w="2446" w:type="dxa"/>
          </w:tcPr>
          <w:p w14:paraId="7C9C79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thể nhà trẻ, trường mẫu giáo, trường mầm non</w:t>
            </w:r>
          </w:p>
        </w:tc>
        <w:tc>
          <w:tcPr>
            <w:tcW w:w="1599" w:type="dxa"/>
          </w:tcPr>
          <w:p w14:paraId="19FD3E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234910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37AC769" wp14:editId="0840DD64">
                  <wp:extent cx="640080" cy="6400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
                          <a:stretch>
                            <a:fillRect/>
                          </a:stretch>
                        </pic:blipFill>
                        <pic:spPr>
                          <a:xfrm>
                            <a:off x="0" y="0"/>
                            <a:ext cx="640080" cy="640080"/>
                          </a:xfrm>
                          <a:prstGeom prst="rect">
                            <a:avLst/>
                          </a:prstGeom>
                        </pic:spPr>
                      </pic:pic>
                    </a:graphicData>
                  </a:graphic>
                </wp:inline>
              </w:drawing>
            </w:r>
          </w:p>
        </w:tc>
      </w:tr>
      <w:tr w:rsidR="005C547F" w:rsidRPr="0092658F" w14:paraId="6467C3D3" w14:textId="77777777" w:rsidTr="00423CDA">
        <w:trPr>
          <w:jc w:val="center"/>
        </w:trPr>
        <w:tc>
          <w:tcPr>
            <w:tcW w:w="1131" w:type="dxa"/>
          </w:tcPr>
          <w:p w14:paraId="6D6C314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12</w:t>
            </w:r>
          </w:p>
        </w:tc>
        <w:tc>
          <w:tcPr>
            <w:tcW w:w="1559" w:type="dxa"/>
          </w:tcPr>
          <w:p w14:paraId="6AAA57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1.013314</w:t>
            </w:r>
          </w:p>
        </w:tc>
        <w:tc>
          <w:tcPr>
            <w:tcW w:w="2446" w:type="dxa"/>
          </w:tcPr>
          <w:p w14:paraId="23E57E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Xác nhận về điều kiện diện tích bình quân nhà ở để đăng ký thường trú vào chỗ ở do thuê, mượn, ở nhờ; nhà ở, đất ở không có tranh chấp quyền sở hữu nhà ở, quyền sử dụng đất ở, không thuộc địa điểm không được đăng ký thường trú mới</w:t>
            </w:r>
          </w:p>
        </w:tc>
        <w:tc>
          <w:tcPr>
            <w:tcW w:w="1599" w:type="dxa"/>
          </w:tcPr>
          <w:p w14:paraId="3630AD1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quản lý cư trú</w:t>
            </w:r>
          </w:p>
        </w:tc>
        <w:tc>
          <w:tcPr>
            <w:tcW w:w="1728" w:type="dxa"/>
          </w:tcPr>
          <w:p w14:paraId="046CFE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B79FB6D" wp14:editId="51AF63FB">
                  <wp:extent cx="640080" cy="6400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
                          <a:stretch>
                            <a:fillRect/>
                          </a:stretch>
                        </pic:blipFill>
                        <pic:spPr>
                          <a:xfrm>
                            <a:off x="0" y="0"/>
                            <a:ext cx="640080" cy="640080"/>
                          </a:xfrm>
                          <a:prstGeom prst="rect">
                            <a:avLst/>
                          </a:prstGeom>
                        </pic:spPr>
                      </pic:pic>
                    </a:graphicData>
                  </a:graphic>
                </wp:inline>
              </w:drawing>
            </w:r>
          </w:p>
        </w:tc>
      </w:tr>
      <w:tr w:rsidR="005C547F" w:rsidRPr="0092658F" w14:paraId="253F62BF" w14:textId="77777777" w:rsidTr="00423CDA">
        <w:trPr>
          <w:jc w:val="center"/>
        </w:trPr>
        <w:tc>
          <w:tcPr>
            <w:tcW w:w="1131" w:type="dxa"/>
          </w:tcPr>
          <w:p w14:paraId="7BD067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w:t>
            </w:r>
          </w:p>
        </w:tc>
        <w:tc>
          <w:tcPr>
            <w:tcW w:w="1559" w:type="dxa"/>
          </w:tcPr>
          <w:p w14:paraId="0529BC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3.000569</w:t>
            </w:r>
          </w:p>
        </w:tc>
        <w:tc>
          <w:tcPr>
            <w:tcW w:w="2446" w:type="dxa"/>
          </w:tcPr>
          <w:p w14:paraId="2D3301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xác nhận đăng ký hoạt động in (cấp xã)</w:t>
            </w:r>
          </w:p>
        </w:tc>
        <w:tc>
          <w:tcPr>
            <w:tcW w:w="1599" w:type="dxa"/>
          </w:tcPr>
          <w:p w14:paraId="18CE7A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Xuất Bản, In và Phát hành</w:t>
            </w:r>
          </w:p>
        </w:tc>
        <w:tc>
          <w:tcPr>
            <w:tcW w:w="1728" w:type="dxa"/>
          </w:tcPr>
          <w:p w14:paraId="443E4D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09B76CA" wp14:editId="7728FEB8">
                  <wp:extent cx="640080" cy="6400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
                          <a:stretch>
                            <a:fillRect/>
                          </a:stretch>
                        </pic:blipFill>
                        <pic:spPr>
                          <a:xfrm>
                            <a:off x="0" y="0"/>
                            <a:ext cx="640080" cy="640080"/>
                          </a:xfrm>
                          <a:prstGeom prst="rect">
                            <a:avLst/>
                          </a:prstGeom>
                        </pic:spPr>
                      </pic:pic>
                    </a:graphicData>
                  </a:graphic>
                </wp:inline>
              </w:drawing>
            </w:r>
          </w:p>
        </w:tc>
      </w:tr>
      <w:tr w:rsidR="005C547F" w:rsidRPr="0092658F" w14:paraId="1F444E4F" w14:textId="77777777" w:rsidTr="00423CDA">
        <w:trPr>
          <w:jc w:val="center"/>
        </w:trPr>
        <w:tc>
          <w:tcPr>
            <w:tcW w:w="1131" w:type="dxa"/>
          </w:tcPr>
          <w:p w14:paraId="0BBC0C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w:t>
            </w:r>
          </w:p>
        </w:tc>
        <w:tc>
          <w:tcPr>
            <w:tcW w:w="1559" w:type="dxa"/>
          </w:tcPr>
          <w:p w14:paraId="4831F5A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1.014155</w:t>
            </w:r>
          </w:p>
        </w:tc>
        <w:tc>
          <w:tcPr>
            <w:tcW w:w="2446" w:type="dxa"/>
          </w:tcPr>
          <w:p w14:paraId="3FA9697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nhiệm vụ quy hoạch, nhiệm vụ điều chỉnh quy hoạch đô thị và nông thôn do nhà đầu tư đã được lựa  chọn để thực hiện dự án đầu tư tổ chức lập</w:t>
            </w:r>
          </w:p>
        </w:tc>
        <w:tc>
          <w:tcPr>
            <w:tcW w:w="1599" w:type="dxa"/>
          </w:tcPr>
          <w:p w14:paraId="614019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Quy hoạch đô thị và nông thôn</w:t>
            </w:r>
          </w:p>
        </w:tc>
        <w:tc>
          <w:tcPr>
            <w:tcW w:w="1728" w:type="dxa"/>
          </w:tcPr>
          <w:p w14:paraId="730EF1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AC0C2CA" wp14:editId="4FFDB997">
                  <wp:extent cx="640080" cy="6400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a:stretch>
                            <a:fillRect/>
                          </a:stretch>
                        </pic:blipFill>
                        <pic:spPr>
                          <a:xfrm>
                            <a:off x="0" y="0"/>
                            <a:ext cx="640080" cy="640080"/>
                          </a:xfrm>
                          <a:prstGeom prst="rect">
                            <a:avLst/>
                          </a:prstGeom>
                        </pic:spPr>
                      </pic:pic>
                    </a:graphicData>
                  </a:graphic>
                </wp:inline>
              </w:drawing>
            </w:r>
          </w:p>
        </w:tc>
      </w:tr>
      <w:tr w:rsidR="005C547F" w:rsidRPr="0092658F" w14:paraId="1163955C" w14:textId="77777777" w:rsidTr="00423CDA">
        <w:trPr>
          <w:jc w:val="center"/>
        </w:trPr>
        <w:tc>
          <w:tcPr>
            <w:tcW w:w="1131" w:type="dxa"/>
          </w:tcPr>
          <w:p w14:paraId="1A7CFA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w:t>
            </w:r>
          </w:p>
        </w:tc>
        <w:tc>
          <w:tcPr>
            <w:tcW w:w="1559" w:type="dxa"/>
          </w:tcPr>
          <w:p w14:paraId="47B041F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1.014159</w:t>
            </w:r>
          </w:p>
        </w:tc>
        <w:tc>
          <w:tcPr>
            <w:tcW w:w="2446" w:type="dxa"/>
          </w:tcPr>
          <w:p w14:paraId="4FE00A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Cung cấp thông tin quy hoạch đô thị và nông thôn</w:t>
            </w:r>
          </w:p>
        </w:tc>
        <w:tc>
          <w:tcPr>
            <w:tcW w:w="1599" w:type="dxa"/>
          </w:tcPr>
          <w:p w14:paraId="60F74C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Quy hoạch đô thị và nông thôn</w:t>
            </w:r>
          </w:p>
        </w:tc>
        <w:tc>
          <w:tcPr>
            <w:tcW w:w="1728" w:type="dxa"/>
          </w:tcPr>
          <w:p w14:paraId="0A44ED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3C5B996" wp14:editId="636D8043">
                  <wp:extent cx="640080" cy="6400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a:stretch>
                            <a:fillRect/>
                          </a:stretch>
                        </pic:blipFill>
                        <pic:spPr>
                          <a:xfrm>
                            <a:off x="0" y="0"/>
                            <a:ext cx="640080" cy="640080"/>
                          </a:xfrm>
                          <a:prstGeom prst="rect">
                            <a:avLst/>
                          </a:prstGeom>
                        </pic:spPr>
                      </pic:pic>
                    </a:graphicData>
                  </a:graphic>
                </wp:inline>
              </w:drawing>
            </w:r>
          </w:p>
        </w:tc>
      </w:tr>
      <w:tr w:rsidR="005C547F" w:rsidRPr="0092658F" w14:paraId="3B8FD5CD" w14:textId="77777777" w:rsidTr="00423CDA">
        <w:trPr>
          <w:jc w:val="center"/>
        </w:trPr>
        <w:tc>
          <w:tcPr>
            <w:tcW w:w="1131" w:type="dxa"/>
          </w:tcPr>
          <w:p w14:paraId="3465B3A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w:t>
            </w:r>
          </w:p>
        </w:tc>
        <w:tc>
          <w:tcPr>
            <w:tcW w:w="1559" w:type="dxa"/>
          </w:tcPr>
          <w:p w14:paraId="3CA8ECB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2.000942</w:t>
            </w:r>
          </w:p>
        </w:tc>
        <w:tc>
          <w:tcPr>
            <w:tcW w:w="2446" w:type="dxa"/>
          </w:tcPr>
          <w:p w14:paraId="378E48C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bản sao có chứng thực từ bản chính giao dịch đã được chứng thực</w:t>
            </w:r>
          </w:p>
        </w:tc>
        <w:tc>
          <w:tcPr>
            <w:tcW w:w="1599" w:type="dxa"/>
          </w:tcPr>
          <w:p w14:paraId="6889DB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0BC5BA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ADE8332" wp14:editId="455C14D8">
                  <wp:extent cx="640080" cy="6400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
                          <a:stretch>
                            <a:fillRect/>
                          </a:stretch>
                        </pic:blipFill>
                        <pic:spPr>
                          <a:xfrm>
                            <a:off x="0" y="0"/>
                            <a:ext cx="640080" cy="640080"/>
                          </a:xfrm>
                          <a:prstGeom prst="rect">
                            <a:avLst/>
                          </a:prstGeom>
                        </pic:spPr>
                      </pic:pic>
                    </a:graphicData>
                  </a:graphic>
                </wp:inline>
              </w:drawing>
            </w:r>
          </w:p>
        </w:tc>
      </w:tr>
      <w:tr w:rsidR="005C547F" w:rsidRPr="0092658F" w14:paraId="63EEF599" w14:textId="77777777" w:rsidTr="00423CDA">
        <w:trPr>
          <w:jc w:val="center"/>
        </w:trPr>
        <w:tc>
          <w:tcPr>
            <w:tcW w:w="1131" w:type="dxa"/>
          </w:tcPr>
          <w:p w14:paraId="180A00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w:t>
            </w:r>
          </w:p>
        </w:tc>
        <w:tc>
          <w:tcPr>
            <w:tcW w:w="1559" w:type="dxa"/>
          </w:tcPr>
          <w:p w14:paraId="52C1FE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2.000992</w:t>
            </w:r>
          </w:p>
        </w:tc>
        <w:tc>
          <w:tcPr>
            <w:tcW w:w="2446" w:type="dxa"/>
          </w:tcPr>
          <w:p w14:paraId="775F73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chữ ký người dịch mà người dịch là cộng tác viên dịch thuật của Ủy ban nhân dân cấp xã, tổ chức hành nghề công chứng</w:t>
            </w:r>
          </w:p>
        </w:tc>
        <w:tc>
          <w:tcPr>
            <w:tcW w:w="1599" w:type="dxa"/>
          </w:tcPr>
          <w:p w14:paraId="23DC9F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61ED33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89869B9" wp14:editId="0A1CD473">
                  <wp:extent cx="640080" cy="6400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
                          <a:stretch>
                            <a:fillRect/>
                          </a:stretch>
                        </pic:blipFill>
                        <pic:spPr>
                          <a:xfrm>
                            <a:off x="0" y="0"/>
                            <a:ext cx="640080" cy="640080"/>
                          </a:xfrm>
                          <a:prstGeom prst="rect">
                            <a:avLst/>
                          </a:prstGeom>
                        </pic:spPr>
                      </pic:pic>
                    </a:graphicData>
                  </a:graphic>
                </wp:inline>
              </w:drawing>
            </w:r>
          </w:p>
        </w:tc>
      </w:tr>
      <w:tr w:rsidR="005C547F" w:rsidRPr="0092658F" w14:paraId="6B021F83" w14:textId="77777777" w:rsidTr="00423CDA">
        <w:trPr>
          <w:jc w:val="center"/>
        </w:trPr>
        <w:tc>
          <w:tcPr>
            <w:tcW w:w="1131" w:type="dxa"/>
          </w:tcPr>
          <w:p w14:paraId="6150E63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w:t>
            </w:r>
          </w:p>
        </w:tc>
        <w:tc>
          <w:tcPr>
            <w:tcW w:w="1559" w:type="dxa"/>
          </w:tcPr>
          <w:p w14:paraId="779DB5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2.000884</w:t>
            </w:r>
          </w:p>
        </w:tc>
        <w:tc>
          <w:tcPr>
            <w:tcW w:w="2446" w:type="dxa"/>
          </w:tcPr>
          <w:p w14:paraId="784646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chữ ký trong các giấy tờ, văn bản (áp dụng cho cả trường hợp chứng thực điểm chỉ và trường hợp người yêu cầu chứng thực không thể ký, không thể điểm chỉ được)</w:t>
            </w:r>
          </w:p>
        </w:tc>
        <w:tc>
          <w:tcPr>
            <w:tcW w:w="1599" w:type="dxa"/>
          </w:tcPr>
          <w:p w14:paraId="3AFE36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457D17A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F0EE52B" wp14:editId="497A6E99">
                  <wp:extent cx="640080" cy="6400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
                          <a:stretch>
                            <a:fillRect/>
                          </a:stretch>
                        </pic:blipFill>
                        <pic:spPr>
                          <a:xfrm>
                            <a:off x="0" y="0"/>
                            <a:ext cx="640080" cy="640080"/>
                          </a:xfrm>
                          <a:prstGeom prst="rect">
                            <a:avLst/>
                          </a:prstGeom>
                        </pic:spPr>
                      </pic:pic>
                    </a:graphicData>
                  </a:graphic>
                </wp:inline>
              </w:drawing>
            </w:r>
          </w:p>
        </w:tc>
      </w:tr>
      <w:tr w:rsidR="005C547F" w:rsidRPr="0092658F" w14:paraId="3390DD9F" w14:textId="77777777" w:rsidTr="00423CDA">
        <w:trPr>
          <w:jc w:val="center"/>
        </w:trPr>
        <w:tc>
          <w:tcPr>
            <w:tcW w:w="1131" w:type="dxa"/>
          </w:tcPr>
          <w:p w14:paraId="4B7FD2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w:t>
            </w:r>
          </w:p>
        </w:tc>
        <w:tc>
          <w:tcPr>
            <w:tcW w:w="1559" w:type="dxa"/>
          </w:tcPr>
          <w:p w14:paraId="01B5F1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1.014996</w:t>
            </w:r>
          </w:p>
        </w:tc>
        <w:tc>
          <w:tcPr>
            <w:tcW w:w="2446" w:type="dxa"/>
          </w:tcPr>
          <w:p w14:paraId="3BF72E0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1599" w:type="dxa"/>
          </w:tcPr>
          <w:p w14:paraId="14ADA3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646937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8F1C476" wp14:editId="6E0ADDBF">
                  <wp:extent cx="640080" cy="6400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
                          <a:stretch>
                            <a:fillRect/>
                          </a:stretch>
                        </pic:blipFill>
                        <pic:spPr>
                          <a:xfrm>
                            <a:off x="0" y="0"/>
                            <a:ext cx="640080" cy="640080"/>
                          </a:xfrm>
                          <a:prstGeom prst="rect">
                            <a:avLst/>
                          </a:prstGeom>
                        </pic:spPr>
                      </pic:pic>
                    </a:graphicData>
                  </a:graphic>
                </wp:inline>
              </w:drawing>
            </w:r>
          </w:p>
        </w:tc>
      </w:tr>
      <w:tr w:rsidR="005C547F" w:rsidRPr="0092658F" w14:paraId="4DE15A0A" w14:textId="77777777" w:rsidTr="00423CDA">
        <w:trPr>
          <w:jc w:val="center"/>
        </w:trPr>
        <w:tc>
          <w:tcPr>
            <w:tcW w:w="1131" w:type="dxa"/>
          </w:tcPr>
          <w:p w14:paraId="5792E96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w:t>
            </w:r>
          </w:p>
        </w:tc>
        <w:tc>
          <w:tcPr>
            <w:tcW w:w="1559" w:type="dxa"/>
          </w:tcPr>
          <w:p w14:paraId="3A115A6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1.014997</w:t>
            </w:r>
          </w:p>
        </w:tc>
        <w:tc>
          <w:tcPr>
            <w:tcW w:w="2446" w:type="dxa"/>
          </w:tcPr>
          <w:p w14:paraId="46C5110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Xét, cấp học bổng chính sách đối với học viên cơ sở giáo dục nghề nghiệp tư thục dành cho thương binh, người khuyết tật</w:t>
            </w:r>
          </w:p>
        </w:tc>
        <w:tc>
          <w:tcPr>
            <w:tcW w:w="1599" w:type="dxa"/>
          </w:tcPr>
          <w:p w14:paraId="112B38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423387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1E9E465" wp14:editId="74EBC1D7">
                  <wp:extent cx="640080" cy="6400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
                          <a:stretch>
                            <a:fillRect/>
                          </a:stretch>
                        </pic:blipFill>
                        <pic:spPr>
                          <a:xfrm>
                            <a:off x="0" y="0"/>
                            <a:ext cx="640080" cy="640080"/>
                          </a:xfrm>
                          <a:prstGeom prst="rect">
                            <a:avLst/>
                          </a:prstGeom>
                        </pic:spPr>
                      </pic:pic>
                    </a:graphicData>
                  </a:graphic>
                </wp:inline>
              </w:drawing>
            </w:r>
          </w:p>
        </w:tc>
      </w:tr>
      <w:tr w:rsidR="005C547F" w:rsidRPr="0092658F" w14:paraId="5B5C5DC5" w14:textId="77777777" w:rsidTr="00423CDA">
        <w:trPr>
          <w:jc w:val="center"/>
        </w:trPr>
        <w:tc>
          <w:tcPr>
            <w:tcW w:w="1131" w:type="dxa"/>
          </w:tcPr>
          <w:p w14:paraId="594822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21</w:t>
            </w:r>
          </w:p>
        </w:tc>
        <w:tc>
          <w:tcPr>
            <w:tcW w:w="1559" w:type="dxa"/>
          </w:tcPr>
          <w:p w14:paraId="3F510B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2.000908</w:t>
            </w:r>
          </w:p>
        </w:tc>
        <w:tc>
          <w:tcPr>
            <w:tcW w:w="2446" w:type="dxa"/>
          </w:tcPr>
          <w:p w14:paraId="2335CE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cấp bản sao từ sổ gốc</w:t>
            </w:r>
          </w:p>
        </w:tc>
        <w:tc>
          <w:tcPr>
            <w:tcW w:w="1599" w:type="dxa"/>
          </w:tcPr>
          <w:p w14:paraId="624D9A3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56216CE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3785C6E" wp14:editId="0B7E9D3D">
                  <wp:extent cx="640080" cy="6400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
                          <a:stretch>
                            <a:fillRect/>
                          </a:stretch>
                        </pic:blipFill>
                        <pic:spPr>
                          <a:xfrm>
                            <a:off x="0" y="0"/>
                            <a:ext cx="640080" cy="640080"/>
                          </a:xfrm>
                          <a:prstGeom prst="rect">
                            <a:avLst/>
                          </a:prstGeom>
                        </pic:spPr>
                      </pic:pic>
                    </a:graphicData>
                  </a:graphic>
                </wp:inline>
              </w:drawing>
            </w:r>
          </w:p>
        </w:tc>
      </w:tr>
      <w:tr w:rsidR="005C547F" w:rsidRPr="0092658F" w14:paraId="1BC162F0" w14:textId="77777777" w:rsidTr="00423CDA">
        <w:trPr>
          <w:jc w:val="center"/>
        </w:trPr>
        <w:tc>
          <w:tcPr>
            <w:tcW w:w="1131" w:type="dxa"/>
          </w:tcPr>
          <w:p w14:paraId="018625B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w:t>
            </w:r>
          </w:p>
        </w:tc>
        <w:tc>
          <w:tcPr>
            <w:tcW w:w="1559" w:type="dxa"/>
          </w:tcPr>
          <w:p w14:paraId="126174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1.001193</w:t>
            </w:r>
          </w:p>
        </w:tc>
        <w:tc>
          <w:tcPr>
            <w:tcW w:w="2446" w:type="dxa"/>
          </w:tcPr>
          <w:p w14:paraId="3FB02A7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w:t>
            </w:r>
          </w:p>
        </w:tc>
        <w:tc>
          <w:tcPr>
            <w:tcW w:w="1599" w:type="dxa"/>
          </w:tcPr>
          <w:p w14:paraId="645A09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6D3816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362E642" wp14:editId="54283530">
                  <wp:extent cx="640080" cy="64008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
                          <a:stretch>
                            <a:fillRect/>
                          </a:stretch>
                        </pic:blipFill>
                        <pic:spPr>
                          <a:xfrm>
                            <a:off x="0" y="0"/>
                            <a:ext cx="640080" cy="640080"/>
                          </a:xfrm>
                          <a:prstGeom prst="rect">
                            <a:avLst/>
                          </a:prstGeom>
                        </pic:spPr>
                      </pic:pic>
                    </a:graphicData>
                  </a:graphic>
                </wp:inline>
              </w:drawing>
            </w:r>
          </w:p>
        </w:tc>
      </w:tr>
      <w:tr w:rsidR="005C547F" w:rsidRPr="0092658F" w14:paraId="4211A95F" w14:textId="77777777" w:rsidTr="00423CDA">
        <w:trPr>
          <w:jc w:val="center"/>
        </w:trPr>
        <w:tc>
          <w:tcPr>
            <w:tcW w:w="1131" w:type="dxa"/>
          </w:tcPr>
          <w:p w14:paraId="64FD571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w:t>
            </w:r>
          </w:p>
        </w:tc>
        <w:tc>
          <w:tcPr>
            <w:tcW w:w="1559" w:type="dxa"/>
          </w:tcPr>
          <w:p w14:paraId="66031F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1.014849</w:t>
            </w:r>
          </w:p>
        </w:tc>
        <w:tc>
          <w:tcPr>
            <w:tcW w:w="2446" w:type="dxa"/>
          </w:tcPr>
          <w:p w14:paraId="20E0B9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1599" w:type="dxa"/>
          </w:tcPr>
          <w:p w14:paraId="683774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3288B8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58D49A8" wp14:editId="384F75FE">
                  <wp:extent cx="640080" cy="6400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
                          <a:stretch>
                            <a:fillRect/>
                          </a:stretch>
                        </pic:blipFill>
                        <pic:spPr>
                          <a:xfrm>
                            <a:off x="0" y="0"/>
                            <a:ext cx="640080" cy="640080"/>
                          </a:xfrm>
                          <a:prstGeom prst="rect">
                            <a:avLst/>
                          </a:prstGeom>
                        </pic:spPr>
                      </pic:pic>
                    </a:graphicData>
                  </a:graphic>
                </wp:inline>
              </w:drawing>
            </w:r>
          </w:p>
        </w:tc>
      </w:tr>
      <w:tr w:rsidR="005C547F" w:rsidRPr="0092658F" w14:paraId="3547D75D" w14:textId="77777777" w:rsidTr="00423CDA">
        <w:trPr>
          <w:jc w:val="center"/>
        </w:trPr>
        <w:tc>
          <w:tcPr>
            <w:tcW w:w="1131" w:type="dxa"/>
          </w:tcPr>
          <w:p w14:paraId="3A9B82D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w:t>
            </w:r>
          </w:p>
        </w:tc>
        <w:tc>
          <w:tcPr>
            <w:tcW w:w="1559" w:type="dxa"/>
          </w:tcPr>
          <w:p w14:paraId="7AF770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2.002303</w:t>
            </w:r>
          </w:p>
        </w:tc>
        <w:tc>
          <w:tcPr>
            <w:tcW w:w="2446" w:type="dxa"/>
          </w:tcPr>
          <w:p w14:paraId="01A135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Lập danh sách đối tượng tham gia bảo hiểm y tế do Bộ Lao động – Thương binh và Xã hội quản lý</w:t>
            </w:r>
          </w:p>
        </w:tc>
        <w:tc>
          <w:tcPr>
            <w:tcW w:w="1599" w:type="dxa"/>
          </w:tcPr>
          <w:p w14:paraId="209248B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hiểm xã hội</w:t>
            </w:r>
          </w:p>
        </w:tc>
        <w:tc>
          <w:tcPr>
            <w:tcW w:w="1728" w:type="dxa"/>
          </w:tcPr>
          <w:p w14:paraId="26FC39F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B6E6172" wp14:editId="349D39E4">
                  <wp:extent cx="640080" cy="6400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
                          <a:stretch>
                            <a:fillRect/>
                          </a:stretch>
                        </pic:blipFill>
                        <pic:spPr>
                          <a:xfrm>
                            <a:off x="0" y="0"/>
                            <a:ext cx="640080" cy="640080"/>
                          </a:xfrm>
                          <a:prstGeom prst="rect">
                            <a:avLst/>
                          </a:prstGeom>
                        </pic:spPr>
                      </pic:pic>
                    </a:graphicData>
                  </a:graphic>
                </wp:inline>
              </w:drawing>
            </w:r>
          </w:p>
        </w:tc>
      </w:tr>
      <w:tr w:rsidR="005C547F" w:rsidRPr="0092658F" w14:paraId="16D606AE" w14:textId="77777777" w:rsidTr="00423CDA">
        <w:trPr>
          <w:jc w:val="center"/>
        </w:trPr>
        <w:tc>
          <w:tcPr>
            <w:tcW w:w="1131" w:type="dxa"/>
          </w:tcPr>
          <w:p w14:paraId="201DCF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w:t>
            </w:r>
          </w:p>
        </w:tc>
        <w:tc>
          <w:tcPr>
            <w:tcW w:w="1559" w:type="dxa"/>
          </w:tcPr>
          <w:p w14:paraId="32BAF3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1.014318</w:t>
            </w:r>
          </w:p>
        </w:tc>
        <w:tc>
          <w:tcPr>
            <w:tcW w:w="2446" w:type="dxa"/>
          </w:tcPr>
          <w:p w14:paraId="492365D7" w14:textId="1DBD157A"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tuyển chọn tổng công trình sư dự án</w:t>
            </w:r>
          </w:p>
        </w:tc>
        <w:tc>
          <w:tcPr>
            <w:tcW w:w="1599" w:type="dxa"/>
          </w:tcPr>
          <w:p w14:paraId="6E06C2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Lao động</w:t>
            </w:r>
          </w:p>
        </w:tc>
        <w:tc>
          <w:tcPr>
            <w:tcW w:w="1728" w:type="dxa"/>
          </w:tcPr>
          <w:p w14:paraId="145EE07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EC2B3C0" wp14:editId="5E769102">
                  <wp:extent cx="640080" cy="6400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
                          <a:stretch>
                            <a:fillRect/>
                          </a:stretch>
                        </pic:blipFill>
                        <pic:spPr>
                          <a:xfrm>
                            <a:off x="0" y="0"/>
                            <a:ext cx="640080" cy="640080"/>
                          </a:xfrm>
                          <a:prstGeom prst="rect">
                            <a:avLst/>
                          </a:prstGeom>
                        </pic:spPr>
                      </pic:pic>
                    </a:graphicData>
                  </a:graphic>
                </wp:inline>
              </w:drawing>
            </w:r>
          </w:p>
        </w:tc>
      </w:tr>
      <w:tr w:rsidR="005C547F" w:rsidRPr="0092658F" w14:paraId="263F0FB5" w14:textId="77777777" w:rsidTr="00423CDA">
        <w:trPr>
          <w:jc w:val="center"/>
        </w:trPr>
        <w:tc>
          <w:tcPr>
            <w:tcW w:w="1131" w:type="dxa"/>
          </w:tcPr>
          <w:p w14:paraId="2BCB05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w:t>
            </w:r>
          </w:p>
        </w:tc>
        <w:tc>
          <w:tcPr>
            <w:tcW w:w="1559" w:type="dxa"/>
          </w:tcPr>
          <w:p w14:paraId="26A6584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2.002821</w:t>
            </w:r>
          </w:p>
        </w:tc>
        <w:tc>
          <w:tcPr>
            <w:tcW w:w="2446" w:type="dxa"/>
          </w:tcPr>
          <w:p w14:paraId="5694803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đào tạo nghề cho người lao động ở khu vực nông thôn, người lao động là thanh niên</w:t>
            </w:r>
          </w:p>
        </w:tc>
        <w:tc>
          <w:tcPr>
            <w:tcW w:w="1599" w:type="dxa"/>
          </w:tcPr>
          <w:p w14:paraId="1A08A11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Việc làm</w:t>
            </w:r>
          </w:p>
        </w:tc>
        <w:tc>
          <w:tcPr>
            <w:tcW w:w="1728" w:type="dxa"/>
          </w:tcPr>
          <w:p w14:paraId="5817DB2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5A5E5C7" wp14:editId="486CB3EC">
                  <wp:extent cx="640080" cy="6400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
                          <a:stretch>
                            <a:fillRect/>
                          </a:stretch>
                        </pic:blipFill>
                        <pic:spPr>
                          <a:xfrm>
                            <a:off x="0" y="0"/>
                            <a:ext cx="640080" cy="640080"/>
                          </a:xfrm>
                          <a:prstGeom prst="rect">
                            <a:avLst/>
                          </a:prstGeom>
                        </pic:spPr>
                      </pic:pic>
                    </a:graphicData>
                  </a:graphic>
                </wp:inline>
              </w:drawing>
            </w:r>
          </w:p>
        </w:tc>
      </w:tr>
      <w:tr w:rsidR="005C547F" w:rsidRPr="0092658F" w14:paraId="4F861BCF" w14:textId="77777777" w:rsidTr="00423CDA">
        <w:trPr>
          <w:jc w:val="center"/>
        </w:trPr>
        <w:tc>
          <w:tcPr>
            <w:tcW w:w="1131" w:type="dxa"/>
          </w:tcPr>
          <w:p w14:paraId="5C4A507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w:t>
            </w:r>
          </w:p>
        </w:tc>
        <w:tc>
          <w:tcPr>
            <w:tcW w:w="1559" w:type="dxa"/>
          </w:tcPr>
          <w:p w14:paraId="29FEE56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1.014111</w:t>
            </w:r>
          </w:p>
        </w:tc>
        <w:tc>
          <w:tcPr>
            <w:tcW w:w="2446" w:type="dxa"/>
          </w:tcPr>
          <w:p w14:paraId="32B2EB3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Thi tuyển công chức</w:t>
            </w:r>
          </w:p>
        </w:tc>
        <w:tc>
          <w:tcPr>
            <w:tcW w:w="1599" w:type="dxa"/>
          </w:tcPr>
          <w:p w14:paraId="14F69E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chức, viên chức</w:t>
            </w:r>
          </w:p>
        </w:tc>
        <w:tc>
          <w:tcPr>
            <w:tcW w:w="1728" w:type="dxa"/>
          </w:tcPr>
          <w:p w14:paraId="542CA36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D3F3A28" wp14:editId="4DA6C6B4">
                  <wp:extent cx="640080" cy="6400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
                          <a:stretch>
                            <a:fillRect/>
                          </a:stretch>
                        </pic:blipFill>
                        <pic:spPr>
                          <a:xfrm>
                            <a:off x="0" y="0"/>
                            <a:ext cx="640080" cy="640080"/>
                          </a:xfrm>
                          <a:prstGeom prst="rect">
                            <a:avLst/>
                          </a:prstGeom>
                        </pic:spPr>
                      </pic:pic>
                    </a:graphicData>
                  </a:graphic>
                </wp:inline>
              </w:drawing>
            </w:r>
          </w:p>
        </w:tc>
      </w:tr>
      <w:tr w:rsidR="005C547F" w:rsidRPr="0092658F" w14:paraId="3EA26F58" w14:textId="77777777" w:rsidTr="00423CDA">
        <w:trPr>
          <w:jc w:val="center"/>
        </w:trPr>
        <w:tc>
          <w:tcPr>
            <w:tcW w:w="1131" w:type="dxa"/>
          </w:tcPr>
          <w:p w14:paraId="66E5A9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w:t>
            </w:r>
          </w:p>
        </w:tc>
        <w:tc>
          <w:tcPr>
            <w:tcW w:w="1559" w:type="dxa"/>
          </w:tcPr>
          <w:p w14:paraId="1397AFB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2.000286</w:t>
            </w:r>
          </w:p>
        </w:tc>
        <w:tc>
          <w:tcPr>
            <w:tcW w:w="2446" w:type="dxa"/>
          </w:tcPr>
          <w:p w14:paraId="3D3CB1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Tiếp nhận đối tượng bảo trợ xã hội có hoàn cảnh đặc biệt khó khăn vào cơ sở trợ giúp xã hội</w:t>
            </w:r>
          </w:p>
        </w:tc>
        <w:tc>
          <w:tcPr>
            <w:tcW w:w="1599" w:type="dxa"/>
          </w:tcPr>
          <w:p w14:paraId="5C7F14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1246BB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221CDBF" wp14:editId="35DED082">
                  <wp:extent cx="640080" cy="6400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
                          <a:stretch>
                            <a:fillRect/>
                          </a:stretch>
                        </pic:blipFill>
                        <pic:spPr>
                          <a:xfrm>
                            <a:off x="0" y="0"/>
                            <a:ext cx="640080" cy="640080"/>
                          </a:xfrm>
                          <a:prstGeom prst="rect">
                            <a:avLst/>
                          </a:prstGeom>
                        </pic:spPr>
                      </pic:pic>
                    </a:graphicData>
                  </a:graphic>
                </wp:inline>
              </w:drawing>
            </w:r>
          </w:p>
        </w:tc>
      </w:tr>
      <w:tr w:rsidR="005C547F" w:rsidRPr="0092658F" w14:paraId="7DBB4330" w14:textId="77777777" w:rsidTr="00423CDA">
        <w:trPr>
          <w:jc w:val="center"/>
        </w:trPr>
        <w:tc>
          <w:tcPr>
            <w:tcW w:w="1131" w:type="dxa"/>
          </w:tcPr>
          <w:p w14:paraId="78965D2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w:t>
            </w:r>
          </w:p>
        </w:tc>
        <w:tc>
          <w:tcPr>
            <w:tcW w:w="1559" w:type="dxa"/>
          </w:tcPr>
          <w:p w14:paraId="3B81A2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2.001396</w:t>
            </w:r>
          </w:p>
        </w:tc>
        <w:tc>
          <w:tcPr>
            <w:tcW w:w="2446" w:type="dxa"/>
          </w:tcPr>
          <w:p w14:paraId="77394F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Trợ cấp hàng tháng đối với thanh niên xung phong đã hoàn thành nhiệm vụ trong kháng chiến</w:t>
            </w:r>
          </w:p>
        </w:tc>
        <w:tc>
          <w:tcPr>
            <w:tcW w:w="1599" w:type="dxa"/>
          </w:tcPr>
          <w:p w14:paraId="6CBC34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0B37FB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FF1E6F0" wp14:editId="3E356B9D">
                  <wp:extent cx="640080" cy="6400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
                          <a:stretch>
                            <a:fillRect/>
                          </a:stretch>
                        </pic:blipFill>
                        <pic:spPr>
                          <a:xfrm>
                            <a:off x="0" y="0"/>
                            <a:ext cx="640080" cy="640080"/>
                          </a:xfrm>
                          <a:prstGeom prst="rect">
                            <a:avLst/>
                          </a:prstGeom>
                        </pic:spPr>
                      </pic:pic>
                    </a:graphicData>
                  </a:graphic>
                </wp:inline>
              </w:drawing>
            </w:r>
          </w:p>
        </w:tc>
      </w:tr>
      <w:tr w:rsidR="005C547F" w:rsidRPr="0092658F" w14:paraId="44E2F604" w14:textId="77777777" w:rsidTr="00423CDA">
        <w:trPr>
          <w:jc w:val="center"/>
        </w:trPr>
        <w:tc>
          <w:tcPr>
            <w:tcW w:w="1131" w:type="dxa"/>
          </w:tcPr>
          <w:p w14:paraId="140D944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w:t>
            </w:r>
          </w:p>
        </w:tc>
        <w:tc>
          <w:tcPr>
            <w:tcW w:w="1559" w:type="dxa"/>
          </w:tcPr>
          <w:p w14:paraId="67FD59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2.002307</w:t>
            </w:r>
          </w:p>
        </w:tc>
        <w:tc>
          <w:tcPr>
            <w:tcW w:w="2446" w:type="dxa"/>
          </w:tcPr>
          <w:p w14:paraId="7D59C6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mai táng phí đối với cựu chiến binh</w:t>
            </w:r>
          </w:p>
        </w:tc>
        <w:tc>
          <w:tcPr>
            <w:tcW w:w="1599" w:type="dxa"/>
          </w:tcPr>
          <w:p w14:paraId="781E6A0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41D5DF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26E4B7D" wp14:editId="7C52D1FF">
                  <wp:extent cx="640080" cy="6400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
                          <a:stretch>
                            <a:fillRect/>
                          </a:stretch>
                        </pic:blipFill>
                        <pic:spPr>
                          <a:xfrm>
                            <a:off x="0" y="0"/>
                            <a:ext cx="640080" cy="640080"/>
                          </a:xfrm>
                          <a:prstGeom prst="rect">
                            <a:avLst/>
                          </a:prstGeom>
                        </pic:spPr>
                      </pic:pic>
                    </a:graphicData>
                  </a:graphic>
                </wp:inline>
              </w:drawing>
            </w:r>
          </w:p>
        </w:tc>
      </w:tr>
      <w:tr w:rsidR="005C547F" w:rsidRPr="0092658F" w14:paraId="36C39A52" w14:textId="77777777" w:rsidTr="00423CDA">
        <w:trPr>
          <w:jc w:val="center"/>
        </w:trPr>
        <w:tc>
          <w:tcPr>
            <w:tcW w:w="1131" w:type="dxa"/>
          </w:tcPr>
          <w:p w14:paraId="5204C7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w:t>
            </w:r>
          </w:p>
        </w:tc>
        <w:tc>
          <w:tcPr>
            <w:tcW w:w="1559" w:type="dxa"/>
          </w:tcPr>
          <w:p w14:paraId="1C70EC5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1.010777</w:t>
            </w:r>
          </w:p>
        </w:tc>
        <w:tc>
          <w:tcPr>
            <w:tcW w:w="2446" w:type="dxa"/>
          </w:tcPr>
          <w:p w14:paraId="3327B7A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đổi Bằng “Tổ quốc ghi công”</w:t>
            </w:r>
          </w:p>
        </w:tc>
        <w:tc>
          <w:tcPr>
            <w:tcW w:w="1599" w:type="dxa"/>
          </w:tcPr>
          <w:p w14:paraId="15BD205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138D821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04F30CE" wp14:editId="49100A67">
                  <wp:extent cx="640080" cy="6400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
                          <a:stretch>
                            <a:fillRect/>
                          </a:stretch>
                        </pic:blipFill>
                        <pic:spPr>
                          <a:xfrm>
                            <a:off x="0" y="0"/>
                            <a:ext cx="640080" cy="640080"/>
                          </a:xfrm>
                          <a:prstGeom prst="rect">
                            <a:avLst/>
                          </a:prstGeom>
                        </pic:spPr>
                      </pic:pic>
                    </a:graphicData>
                  </a:graphic>
                </wp:inline>
              </w:drawing>
            </w:r>
          </w:p>
        </w:tc>
      </w:tr>
      <w:tr w:rsidR="005C547F" w:rsidRPr="0092658F" w14:paraId="3EDBDD0C" w14:textId="77777777" w:rsidTr="00423CDA">
        <w:trPr>
          <w:jc w:val="center"/>
        </w:trPr>
        <w:tc>
          <w:tcPr>
            <w:tcW w:w="1131" w:type="dxa"/>
          </w:tcPr>
          <w:p w14:paraId="090414F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w:t>
            </w:r>
          </w:p>
        </w:tc>
        <w:tc>
          <w:tcPr>
            <w:tcW w:w="1559" w:type="dxa"/>
          </w:tcPr>
          <w:p w14:paraId="7CA4B45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1.010783</w:t>
            </w:r>
          </w:p>
        </w:tc>
        <w:tc>
          <w:tcPr>
            <w:tcW w:w="2446" w:type="dxa"/>
          </w:tcPr>
          <w:p w14:paraId="55A6AC4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Tiếp nhận người có công vào cơ sở nuôi dưỡng, điều dưỡng người có công do Bộ Nội vụ quản lý</w:t>
            </w:r>
          </w:p>
        </w:tc>
        <w:tc>
          <w:tcPr>
            <w:tcW w:w="1599" w:type="dxa"/>
          </w:tcPr>
          <w:p w14:paraId="762B9DE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02562BD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76BFAC5" wp14:editId="548019E1">
                  <wp:extent cx="640080" cy="64008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8"/>
                          <a:stretch>
                            <a:fillRect/>
                          </a:stretch>
                        </pic:blipFill>
                        <pic:spPr>
                          <a:xfrm>
                            <a:off x="0" y="0"/>
                            <a:ext cx="640080" cy="640080"/>
                          </a:xfrm>
                          <a:prstGeom prst="rect">
                            <a:avLst/>
                          </a:prstGeom>
                        </pic:spPr>
                      </pic:pic>
                    </a:graphicData>
                  </a:graphic>
                </wp:inline>
              </w:drawing>
            </w:r>
          </w:p>
        </w:tc>
      </w:tr>
      <w:tr w:rsidR="005C547F" w:rsidRPr="0092658F" w14:paraId="2E86815B" w14:textId="77777777" w:rsidTr="00423CDA">
        <w:trPr>
          <w:jc w:val="center"/>
        </w:trPr>
        <w:tc>
          <w:tcPr>
            <w:tcW w:w="1131" w:type="dxa"/>
          </w:tcPr>
          <w:p w14:paraId="13BBF3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33</w:t>
            </w:r>
          </w:p>
        </w:tc>
        <w:tc>
          <w:tcPr>
            <w:tcW w:w="1559" w:type="dxa"/>
          </w:tcPr>
          <w:p w14:paraId="2C72791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1.010788</w:t>
            </w:r>
          </w:p>
        </w:tc>
        <w:tc>
          <w:tcPr>
            <w:tcW w:w="2446" w:type="dxa"/>
          </w:tcPr>
          <w:p w14:paraId="3E9C3B3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và giải quyết chế độ ưu đãi người hoạt động cách mạng</w:t>
            </w:r>
          </w:p>
        </w:tc>
        <w:tc>
          <w:tcPr>
            <w:tcW w:w="1599" w:type="dxa"/>
          </w:tcPr>
          <w:p w14:paraId="0A97F73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02F28F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16D9D10" wp14:editId="752F3DDC">
                  <wp:extent cx="640080" cy="6400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9"/>
                          <a:stretch>
                            <a:fillRect/>
                          </a:stretch>
                        </pic:blipFill>
                        <pic:spPr>
                          <a:xfrm>
                            <a:off x="0" y="0"/>
                            <a:ext cx="640080" cy="640080"/>
                          </a:xfrm>
                          <a:prstGeom prst="rect">
                            <a:avLst/>
                          </a:prstGeom>
                        </pic:spPr>
                      </pic:pic>
                    </a:graphicData>
                  </a:graphic>
                </wp:inline>
              </w:drawing>
            </w:r>
          </w:p>
        </w:tc>
      </w:tr>
      <w:tr w:rsidR="005C547F" w:rsidRPr="0092658F" w14:paraId="0B8B0B70" w14:textId="77777777" w:rsidTr="00423CDA">
        <w:trPr>
          <w:jc w:val="center"/>
        </w:trPr>
        <w:tc>
          <w:tcPr>
            <w:tcW w:w="1131" w:type="dxa"/>
          </w:tcPr>
          <w:p w14:paraId="791D58F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w:t>
            </w:r>
          </w:p>
        </w:tc>
        <w:tc>
          <w:tcPr>
            <w:tcW w:w="1559" w:type="dxa"/>
          </w:tcPr>
          <w:p w14:paraId="75EC36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1.010772</w:t>
            </w:r>
          </w:p>
        </w:tc>
        <w:tc>
          <w:tcPr>
            <w:tcW w:w="2446" w:type="dxa"/>
          </w:tcPr>
          <w:p w14:paraId="01FE72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Bằng “Tổ quốc ghi công”</w:t>
            </w:r>
          </w:p>
        </w:tc>
        <w:tc>
          <w:tcPr>
            <w:tcW w:w="1599" w:type="dxa"/>
          </w:tcPr>
          <w:p w14:paraId="196DC7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23799D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06512F7" wp14:editId="309552E4">
                  <wp:extent cx="640080" cy="64008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0"/>
                          <a:stretch>
                            <a:fillRect/>
                          </a:stretch>
                        </pic:blipFill>
                        <pic:spPr>
                          <a:xfrm>
                            <a:off x="0" y="0"/>
                            <a:ext cx="640080" cy="640080"/>
                          </a:xfrm>
                          <a:prstGeom prst="rect">
                            <a:avLst/>
                          </a:prstGeom>
                        </pic:spPr>
                      </pic:pic>
                    </a:graphicData>
                  </a:graphic>
                </wp:inline>
              </w:drawing>
            </w:r>
          </w:p>
        </w:tc>
      </w:tr>
      <w:tr w:rsidR="005C547F" w:rsidRPr="0092658F" w14:paraId="7CFE925C" w14:textId="77777777" w:rsidTr="00423CDA">
        <w:trPr>
          <w:jc w:val="center"/>
        </w:trPr>
        <w:tc>
          <w:tcPr>
            <w:tcW w:w="1131" w:type="dxa"/>
          </w:tcPr>
          <w:p w14:paraId="704289F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w:t>
            </w:r>
          </w:p>
        </w:tc>
        <w:tc>
          <w:tcPr>
            <w:tcW w:w="1559" w:type="dxa"/>
          </w:tcPr>
          <w:p w14:paraId="43B4F2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1.010778</w:t>
            </w:r>
          </w:p>
        </w:tc>
        <w:tc>
          <w:tcPr>
            <w:tcW w:w="2446" w:type="dxa"/>
          </w:tcPr>
          <w:p w14:paraId="0FC129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Bằng “Tổ quốc ghi công”</w:t>
            </w:r>
          </w:p>
        </w:tc>
        <w:tc>
          <w:tcPr>
            <w:tcW w:w="1599" w:type="dxa"/>
          </w:tcPr>
          <w:p w14:paraId="00567B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10CF550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B99C167" wp14:editId="049D7EB0">
                  <wp:extent cx="640080" cy="6400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1"/>
                          <a:stretch>
                            <a:fillRect/>
                          </a:stretch>
                        </pic:blipFill>
                        <pic:spPr>
                          <a:xfrm>
                            <a:off x="0" y="0"/>
                            <a:ext cx="640080" cy="640080"/>
                          </a:xfrm>
                          <a:prstGeom prst="rect">
                            <a:avLst/>
                          </a:prstGeom>
                        </pic:spPr>
                      </pic:pic>
                    </a:graphicData>
                  </a:graphic>
                </wp:inline>
              </w:drawing>
            </w:r>
          </w:p>
        </w:tc>
      </w:tr>
      <w:tr w:rsidR="005C547F" w:rsidRPr="0092658F" w14:paraId="4BEB0A0B" w14:textId="77777777" w:rsidTr="00423CDA">
        <w:trPr>
          <w:jc w:val="center"/>
        </w:trPr>
        <w:tc>
          <w:tcPr>
            <w:tcW w:w="1131" w:type="dxa"/>
          </w:tcPr>
          <w:p w14:paraId="4D41DC4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w:t>
            </w:r>
          </w:p>
        </w:tc>
        <w:tc>
          <w:tcPr>
            <w:tcW w:w="1559" w:type="dxa"/>
          </w:tcPr>
          <w:p w14:paraId="72AD2BD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1.010781</w:t>
            </w:r>
          </w:p>
        </w:tc>
        <w:tc>
          <w:tcPr>
            <w:tcW w:w="2446" w:type="dxa"/>
          </w:tcPr>
          <w:p w14:paraId="7877EE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Bằng “Tổ quốc ghi công” đối với người hy sinh hoặc mất tích trong chiến tranh</w:t>
            </w:r>
          </w:p>
        </w:tc>
        <w:tc>
          <w:tcPr>
            <w:tcW w:w="1599" w:type="dxa"/>
          </w:tcPr>
          <w:p w14:paraId="2BFE3B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5349A9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911D991" wp14:editId="2CD448EC">
                  <wp:extent cx="640080" cy="6400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2"/>
                          <a:stretch>
                            <a:fillRect/>
                          </a:stretch>
                        </pic:blipFill>
                        <pic:spPr>
                          <a:xfrm>
                            <a:off x="0" y="0"/>
                            <a:ext cx="640080" cy="640080"/>
                          </a:xfrm>
                          <a:prstGeom prst="rect">
                            <a:avLst/>
                          </a:prstGeom>
                        </pic:spPr>
                      </pic:pic>
                    </a:graphicData>
                  </a:graphic>
                </wp:inline>
              </w:drawing>
            </w:r>
          </w:p>
        </w:tc>
      </w:tr>
      <w:tr w:rsidR="005C547F" w:rsidRPr="0092658F" w14:paraId="777E0CB7" w14:textId="77777777" w:rsidTr="00423CDA">
        <w:trPr>
          <w:jc w:val="center"/>
        </w:trPr>
        <w:tc>
          <w:tcPr>
            <w:tcW w:w="1131" w:type="dxa"/>
          </w:tcPr>
          <w:p w14:paraId="12ED2F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37</w:t>
            </w:r>
          </w:p>
        </w:tc>
        <w:tc>
          <w:tcPr>
            <w:tcW w:w="1559" w:type="dxa"/>
          </w:tcPr>
          <w:p w14:paraId="304E88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1.010805</w:t>
            </w:r>
          </w:p>
        </w:tc>
        <w:tc>
          <w:tcPr>
            <w:tcW w:w="2446" w:type="dxa"/>
          </w:tcPr>
          <w:p w14:paraId="4FD20B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ưu đãi đối với Anh hùng lực lượng vũ trang nhân dân, Anh hùng lao động trong thời kỳ kháng chiến hiện không công tác trong quân đội, công an</w:t>
            </w:r>
          </w:p>
        </w:tc>
        <w:tc>
          <w:tcPr>
            <w:tcW w:w="1599" w:type="dxa"/>
          </w:tcPr>
          <w:p w14:paraId="48125A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032683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6FE56E1" wp14:editId="4657EB13">
                  <wp:extent cx="640080" cy="6400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3"/>
                          <a:stretch>
                            <a:fillRect/>
                          </a:stretch>
                        </pic:blipFill>
                        <pic:spPr>
                          <a:xfrm>
                            <a:off x="0" y="0"/>
                            <a:ext cx="640080" cy="640080"/>
                          </a:xfrm>
                          <a:prstGeom prst="rect">
                            <a:avLst/>
                          </a:prstGeom>
                        </pic:spPr>
                      </pic:pic>
                    </a:graphicData>
                  </a:graphic>
                </wp:inline>
              </w:drawing>
            </w:r>
          </w:p>
        </w:tc>
      </w:tr>
      <w:tr w:rsidR="005C547F" w:rsidRPr="0092658F" w14:paraId="39D014B9" w14:textId="77777777" w:rsidTr="00423CDA">
        <w:trPr>
          <w:jc w:val="center"/>
        </w:trPr>
        <w:tc>
          <w:tcPr>
            <w:tcW w:w="1131" w:type="dxa"/>
          </w:tcPr>
          <w:p w14:paraId="39BAD2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38</w:t>
            </w:r>
          </w:p>
        </w:tc>
        <w:tc>
          <w:tcPr>
            <w:tcW w:w="1559" w:type="dxa"/>
          </w:tcPr>
          <w:p w14:paraId="4F38B8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1.010810</w:t>
            </w:r>
          </w:p>
        </w:tc>
        <w:tc>
          <w:tcPr>
            <w:tcW w:w="2446" w:type="dxa"/>
          </w:tcPr>
          <w:p w14:paraId="4E110A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đối với người bị thương trong chiến tranh không thuộc quân đội, công an</w:t>
            </w:r>
          </w:p>
        </w:tc>
        <w:tc>
          <w:tcPr>
            <w:tcW w:w="1599" w:type="dxa"/>
          </w:tcPr>
          <w:p w14:paraId="7ED4770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37E727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5E222FA" wp14:editId="3F6499F3">
                  <wp:extent cx="640080" cy="6400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4"/>
                          <a:stretch>
                            <a:fillRect/>
                          </a:stretch>
                        </pic:blipFill>
                        <pic:spPr>
                          <a:xfrm>
                            <a:off x="0" y="0"/>
                            <a:ext cx="640080" cy="640080"/>
                          </a:xfrm>
                          <a:prstGeom prst="rect">
                            <a:avLst/>
                          </a:prstGeom>
                        </pic:spPr>
                      </pic:pic>
                    </a:graphicData>
                  </a:graphic>
                </wp:inline>
              </w:drawing>
            </w:r>
          </w:p>
        </w:tc>
      </w:tr>
      <w:tr w:rsidR="005C547F" w:rsidRPr="0092658F" w14:paraId="0B870C15" w14:textId="77777777" w:rsidTr="00423CDA">
        <w:trPr>
          <w:jc w:val="center"/>
        </w:trPr>
        <w:tc>
          <w:tcPr>
            <w:tcW w:w="1131" w:type="dxa"/>
          </w:tcPr>
          <w:p w14:paraId="7EB7E25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39</w:t>
            </w:r>
          </w:p>
        </w:tc>
        <w:tc>
          <w:tcPr>
            <w:tcW w:w="1559" w:type="dxa"/>
          </w:tcPr>
          <w:p w14:paraId="6F73C5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1.010815</w:t>
            </w:r>
          </w:p>
        </w:tc>
        <w:tc>
          <w:tcPr>
            <w:tcW w:w="2446" w:type="dxa"/>
          </w:tcPr>
          <w:p w14:paraId="476CB6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và giải quyết chế độ ưu đãi người hoạt động cách mạng.</w:t>
            </w:r>
          </w:p>
        </w:tc>
        <w:tc>
          <w:tcPr>
            <w:tcW w:w="1599" w:type="dxa"/>
          </w:tcPr>
          <w:p w14:paraId="30AFFD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6A9905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172E3E9" wp14:editId="7F9E12F2">
                  <wp:extent cx="640080" cy="6400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5"/>
                          <a:stretch>
                            <a:fillRect/>
                          </a:stretch>
                        </pic:blipFill>
                        <pic:spPr>
                          <a:xfrm>
                            <a:off x="0" y="0"/>
                            <a:ext cx="640080" cy="640080"/>
                          </a:xfrm>
                          <a:prstGeom prst="rect">
                            <a:avLst/>
                          </a:prstGeom>
                        </pic:spPr>
                      </pic:pic>
                    </a:graphicData>
                  </a:graphic>
                </wp:inline>
              </w:drawing>
            </w:r>
          </w:p>
        </w:tc>
      </w:tr>
      <w:tr w:rsidR="005C547F" w:rsidRPr="0092658F" w14:paraId="4A8CB160" w14:textId="77777777" w:rsidTr="00423CDA">
        <w:trPr>
          <w:jc w:val="center"/>
        </w:trPr>
        <w:tc>
          <w:tcPr>
            <w:tcW w:w="1131" w:type="dxa"/>
          </w:tcPr>
          <w:p w14:paraId="56E747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40</w:t>
            </w:r>
          </w:p>
        </w:tc>
        <w:tc>
          <w:tcPr>
            <w:tcW w:w="1559" w:type="dxa"/>
          </w:tcPr>
          <w:p w14:paraId="01A79F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1.013744</w:t>
            </w:r>
          </w:p>
        </w:tc>
        <w:tc>
          <w:tcPr>
            <w:tcW w:w="2446" w:type="dxa"/>
          </w:tcPr>
          <w:p w14:paraId="168DB1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1599" w:type="dxa"/>
          </w:tcPr>
          <w:p w14:paraId="54DF7E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1D0100E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E49BBAE" wp14:editId="1DB20676">
                  <wp:extent cx="640080" cy="6400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6"/>
                          <a:stretch>
                            <a:fillRect/>
                          </a:stretch>
                        </pic:blipFill>
                        <pic:spPr>
                          <a:xfrm>
                            <a:off x="0" y="0"/>
                            <a:ext cx="640080" cy="640080"/>
                          </a:xfrm>
                          <a:prstGeom prst="rect">
                            <a:avLst/>
                          </a:prstGeom>
                        </pic:spPr>
                      </pic:pic>
                    </a:graphicData>
                  </a:graphic>
                </wp:inline>
              </w:drawing>
            </w:r>
          </w:p>
        </w:tc>
      </w:tr>
      <w:tr w:rsidR="005C547F" w:rsidRPr="0092658F" w14:paraId="0C3DFADD" w14:textId="77777777" w:rsidTr="00423CDA">
        <w:trPr>
          <w:jc w:val="center"/>
        </w:trPr>
        <w:tc>
          <w:tcPr>
            <w:tcW w:w="1131" w:type="dxa"/>
          </w:tcPr>
          <w:p w14:paraId="127D9BB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41</w:t>
            </w:r>
          </w:p>
        </w:tc>
        <w:tc>
          <w:tcPr>
            <w:tcW w:w="1559" w:type="dxa"/>
          </w:tcPr>
          <w:p w14:paraId="77CAE4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1.013749</w:t>
            </w:r>
          </w:p>
        </w:tc>
        <w:tc>
          <w:tcPr>
            <w:tcW w:w="2446" w:type="dxa"/>
          </w:tcPr>
          <w:p w14:paraId="3D9E0E5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đối với quân nhân, cán bộ đi chiến trường B,C,K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1599" w:type="dxa"/>
          </w:tcPr>
          <w:p w14:paraId="739814E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2C6726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1AEA745" wp14:editId="3453EA11">
                  <wp:extent cx="640080" cy="6400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7"/>
                          <a:stretch>
                            <a:fillRect/>
                          </a:stretch>
                        </pic:blipFill>
                        <pic:spPr>
                          <a:xfrm>
                            <a:off x="0" y="0"/>
                            <a:ext cx="640080" cy="640080"/>
                          </a:xfrm>
                          <a:prstGeom prst="rect">
                            <a:avLst/>
                          </a:prstGeom>
                        </pic:spPr>
                      </pic:pic>
                    </a:graphicData>
                  </a:graphic>
                </wp:inline>
              </w:drawing>
            </w:r>
          </w:p>
        </w:tc>
      </w:tr>
      <w:tr w:rsidR="005C547F" w:rsidRPr="0092658F" w14:paraId="779001BD" w14:textId="77777777" w:rsidTr="00423CDA">
        <w:trPr>
          <w:jc w:val="center"/>
        </w:trPr>
        <w:tc>
          <w:tcPr>
            <w:tcW w:w="1131" w:type="dxa"/>
          </w:tcPr>
          <w:p w14:paraId="40CDA06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42</w:t>
            </w:r>
          </w:p>
        </w:tc>
        <w:tc>
          <w:tcPr>
            <w:tcW w:w="1559" w:type="dxa"/>
          </w:tcPr>
          <w:p w14:paraId="2B8EE75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1.001257</w:t>
            </w:r>
          </w:p>
        </w:tc>
        <w:tc>
          <w:tcPr>
            <w:tcW w:w="2446" w:type="dxa"/>
          </w:tcPr>
          <w:p w14:paraId="244D7A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Giải quyết trợ cấp một lần đối với người có thành tích tham gia kháng chiến đã được </w:t>
            </w:r>
            <w:r w:rsidRPr="0092658F">
              <w:rPr>
                <w:rFonts w:ascii="Times New Roman" w:hAnsi="Times New Roman" w:cs="Times New Roman"/>
              </w:rPr>
              <w:lastRenderedPageBreak/>
              <w:t>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1599" w:type="dxa"/>
          </w:tcPr>
          <w:p w14:paraId="4B70AD4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Người có công</w:t>
            </w:r>
          </w:p>
        </w:tc>
        <w:tc>
          <w:tcPr>
            <w:tcW w:w="1728" w:type="dxa"/>
          </w:tcPr>
          <w:p w14:paraId="3CB49A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2476C83" wp14:editId="591AAB5D">
                  <wp:extent cx="640080" cy="64008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8"/>
                          <a:stretch>
                            <a:fillRect/>
                          </a:stretch>
                        </pic:blipFill>
                        <pic:spPr>
                          <a:xfrm>
                            <a:off x="0" y="0"/>
                            <a:ext cx="640080" cy="640080"/>
                          </a:xfrm>
                          <a:prstGeom prst="rect">
                            <a:avLst/>
                          </a:prstGeom>
                        </pic:spPr>
                      </pic:pic>
                    </a:graphicData>
                  </a:graphic>
                </wp:inline>
              </w:drawing>
            </w:r>
          </w:p>
        </w:tc>
      </w:tr>
      <w:tr w:rsidR="005C547F" w:rsidRPr="0092658F" w14:paraId="02C51C22" w14:textId="77777777" w:rsidTr="00423CDA">
        <w:trPr>
          <w:jc w:val="center"/>
        </w:trPr>
        <w:tc>
          <w:tcPr>
            <w:tcW w:w="1131" w:type="dxa"/>
          </w:tcPr>
          <w:p w14:paraId="6A9FAF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43</w:t>
            </w:r>
          </w:p>
        </w:tc>
        <w:tc>
          <w:tcPr>
            <w:tcW w:w="1559" w:type="dxa"/>
          </w:tcPr>
          <w:p w14:paraId="0B1663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2.001157</w:t>
            </w:r>
          </w:p>
        </w:tc>
        <w:tc>
          <w:tcPr>
            <w:tcW w:w="2446" w:type="dxa"/>
          </w:tcPr>
          <w:p w14:paraId="7501E5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Trợ cấp một lần đối với thanh niên xung phong đã hoàn thành nhiệm vụ trong kháng chiến</w:t>
            </w:r>
          </w:p>
        </w:tc>
        <w:tc>
          <w:tcPr>
            <w:tcW w:w="1599" w:type="dxa"/>
          </w:tcPr>
          <w:p w14:paraId="64C121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602EE9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F2CFD74" wp14:editId="2C042FD9">
                  <wp:extent cx="640080" cy="6400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49"/>
                          <a:stretch>
                            <a:fillRect/>
                          </a:stretch>
                        </pic:blipFill>
                        <pic:spPr>
                          <a:xfrm>
                            <a:off x="0" y="0"/>
                            <a:ext cx="640080" cy="640080"/>
                          </a:xfrm>
                          <a:prstGeom prst="rect">
                            <a:avLst/>
                          </a:prstGeom>
                        </pic:spPr>
                      </pic:pic>
                    </a:graphicData>
                  </a:graphic>
                </wp:inline>
              </w:drawing>
            </w:r>
          </w:p>
        </w:tc>
      </w:tr>
      <w:tr w:rsidR="005C547F" w:rsidRPr="0092658F" w14:paraId="52D0971D" w14:textId="77777777" w:rsidTr="00423CDA">
        <w:trPr>
          <w:jc w:val="center"/>
        </w:trPr>
        <w:tc>
          <w:tcPr>
            <w:tcW w:w="1131" w:type="dxa"/>
          </w:tcPr>
          <w:p w14:paraId="5ED4EDA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44</w:t>
            </w:r>
          </w:p>
        </w:tc>
        <w:tc>
          <w:tcPr>
            <w:tcW w:w="1559" w:type="dxa"/>
          </w:tcPr>
          <w:p w14:paraId="29AD63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2.002308</w:t>
            </w:r>
          </w:p>
        </w:tc>
        <w:tc>
          <w:tcPr>
            <w:tcW w:w="2446" w:type="dxa"/>
          </w:tcPr>
          <w:p w14:paraId="7BC67C3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mai táng phí đối với thanh niên xung phong thời kỳ chống Pháp</w:t>
            </w:r>
          </w:p>
        </w:tc>
        <w:tc>
          <w:tcPr>
            <w:tcW w:w="1599" w:type="dxa"/>
          </w:tcPr>
          <w:p w14:paraId="08978F7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3967811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7AC501B" wp14:editId="6889DF18">
                  <wp:extent cx="640080" cy="64008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0"/>
                          <a:stretch>
                            <a:fillRect/>
                          </a:stretch>
                        </pic:blipFill>
                        <pic:spPr>
                          <a:xfrm>
                            <a:off x="0" y="0"/>
                            <a:ext cx="640080" cy="640080"/>
                          </a:xfrm>
                          <a:prstGeom prst="rect">
                            <a:avLst/>
                          </a:prstGeom>
                        </pic:spPr>
                      </pic:pic>
                    </a:graphicData>
                  </a:graphic>
                </wp:inline>
              </w:drawing>
            </w:r>
          </w:p>
        </w:tc>
      </w:tr>
      <w:tr w:rsidR="005C547F" w:rsidRPr="0092658F" w14:paraId="7282D0B7" w14:textId="77777777" w:rsidTr="00423CDA">
        <w:trPr>
          <w:jc w:val="center"/>
        </w:trPr>
        <w:tc>
          <w:tcPr>
            <w:tcW w:w="1131" w:type="dxa"/>
          </w:tcPr>
          <w:p w14:paraId="274217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45</w:t>
            </w:r>
          </w:p>
        </w:tc>
        <w:tc>
          <w:tcPr>
            <w:tcW w:w="1559" w:type="dxa"/>
          </w:tcPr>
          <w:p w14:paraId="2D7D9C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1.010802</w:t>
            </w:r>
          </w:p>
        </w:tc>
        <w:tc>
          <w:tcPr>
            <w:tcW w:w="2446" w:type="dxa"/>
          </w:tcPr>
          <w:p w14:paraId="46F2B30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ưu đãi đối với vợ hoặc chồng liệt sĩ lấy chồng hoặc vợ khác</w:t>
            </w:r>
          </w:p>
        </w:tc>
        <w:tc>
          <w:tcPr>
            <w:tcW w:w="1599" w:type="dxa"/>
          </w:tcPr>
          <w:p w14:paraId="67CB38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7A5038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C4079E8" wp14:editId="2091791F">
                  <wp:extent cx="640080" cy="64008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1"/>
                          <a:stretch>
                            <a:fillRect/>
                          </a:stretch>
                        </pic:blipFill>
                        <pic:spPr>
                          <a:xfrm>
                            <a:off x="0" y="0"/>
                            <a:ext cx="640080" cy="640080"/>
                          </a:xfrm>
                          <a:prstGeom prst="rect">
                            <a:avLst/>
                          </a:prstGeom>
                        </pic:spPr>
                      </pic:pic>
                    </a:graphicData>
                  </a:graphic>
                </wp:inline>
              </w:drawing>
            </w:r>
          </w:p>
        </w:tc>
      </w:tr>
      <w:tr w:rsidR="005C547F" w:rsidRPr="0092658F" w14:paraId="2E1664B6" w14:textId="77777777" w:rsidTr="00423CDA">
        <w:trPr>
          <w:jc w:val="center"/>
        </w:trPr>
        <w:tc>
          <w:tcPr>
            <w:tcW w:w="1131" w:type="dxa"/>
          </w:tcPr>
          <w:p w14:paraId="1F8DEA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46</w:t>
            </w:r>
          </w:p>
        </w:tc>
        <w:tc>
          <w:tcPr>
            <w:tcW w:w="1559" w:type="dxa"/>
          </w:tcPr>
          <w:p w14:paraId="2271B6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1.010804</w:t>
            </w:r>
          </w:p>
        </w:tc>
        <w:tc>
          <w:tcPr>
            <w:tcW w:w="2446" w:type="dxa"/>
          </w:tcPr>
          <w:p w14:paraId="7F6DBF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ưu đãi đối với trường hợp tặng hoặc truy tặng danh hiệu vinh dự nhà nước “Bà mẹ Việt Nam anh hùng"</w:t>
            </w:r>
          </w:p>
        </w:tc>
        <w:tc>
          <w:tcPr>
            <w:tcW w:w="1599" w:type="dxa"/>
          </w:tcPr>
          <w:p w14:paraId="30541C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25CC6A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7E06AD0" wp14:editId="476E6B27">
                  <wp:extent cx="640080" cy="64008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2"/>
                          <a:stretch>
                            <a:fillRect/>
                          </a:stretch>
                        </pic:blipFill>
                        <pic:spPr>
                          <a:xfrm>
                            <a:off x="0" y="0"/>
                            <a:ext cx="640080" cy="640080"/>
                          </a:xfrm>
                          <a:prstGeom prst="rect">
                            <a:avLst/>
                          </a:prstGeom>
                        </pic:spPr>
                      </pic:pic>
                    </a:graphicData>
                  </a:graphic>
                </wp:inline>
              </w:drawing>
            </w:r>
          </w:p>
        </w:tc>
      </w:tr>
      <w:tr w:rsidR="005C547F" w:rsidRPr="0092658F" w14:paraId="072F2F82" w14:textId="77777777" w:rsidTr="00423CDA">
        <w:trPr>
          <w:jc w:val="center"/>
        </w:trPr>
        <w:tc>
          <w:tcPr>
            <w:tcW w:w="1131" w:type="dxa"/>
          </w:tcPr>
          <w:p w14:paraId="2C226D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47</w:t>
            </w:r>
          </w:p>
        </w:tc>
        <w:tc>
          <w:tcPr>
            <w:tcW w:w="1559" w:type="dxa"/>
          </w:tcPr>
          <w:p w14:paraId="3FBEDB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1.010811</w:t>
            </w:r>
          </w:p>
        </w:tc>
        <w:tc>
          <w:tcPr>
            <w:tcW w:w="2446" w:type="dxa"/>
          </w:tcPr>
          <w:p w14:paraId="17FA6B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1599" w:type="dxa"/>
          </w:tcPr>
          <w:p w14:paraId="7CF314B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146F26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2119CD8" wp14:editId="28BAF6F7">
                  <wp:extent cx="640080" cy="6400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3"/>
                          <a:stretch>
                            <a:fillRect/>
                          </a:stretch>
                        </pic:blipFill>
                        <pic:spPr>
                          <a:xfrm>
                            <a:off x="0" y="0"/>
                            <a:ext cx="640080" cy="640080"/>
                          </a:xfrm>
                          <a:prstGeom prst="rect">
                            <a:avLst/>
                          </a:prstGeom>
                        </pic:spPr>
                      </pic:pic>
                    </a:graphicData>
                  </a:graphic>
                </wp:inline>
              </w:drawing>
            </w:r>
          </w:p>
        </w:tc>
      </w:tr>
      <w:tr w:rsidR="005C547F" w:rsidRPr="0092658F" w14:paraId="21A2DB99" w14:textId="77777777" w:rsidTr="00423CDA">
        <w:trPr>
          <w:jc w:val="center"/>
        </w:trPr>
        <w:tc>
          <w:tcPr>
            <w:tcW w:w="1131" w:type="dxa"/>
          </w:tcPr>
          <w:p w14:paraId="383E3C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48</w:t>
            </w:r>
          </w:p>
        </w:tc>
        <w:tc>
          <w:tcPr>
            <w:tcW w:w="1559" w:type="dxa"/>
          </w:tcPr>
          <w:p w14:paraId="46B0907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1.010818</w:t>
            </w:r>
          </w:p>
        </w:tc>
        <w:tc>
          <w:tcPr>
            <w:tcW w:w="2446" w:type="dxa"/>
          </w:tcPr>
          <w:p w14:paraId="7EA3244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và giải quyết chế độ người hoạt động cách mạng, kháng chiến, bảo vệ tổ quốc, làm nghĩa vụ quốc tế bị địch bắt tù, đày</w:t>
            </w:r>
          </w:p>
        </w:tc>
        <w:tc>
          <w:tcPr>
            <w:tcW w:w="1599" w:type="dxa"/>
          </w:tcPr>
          <w:p w14:paraId="53B4C6E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5940AFB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7A13C2C" wp14:editId="6F8E20AC">
                  <wp:extent cx="640080" cy="6400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4"/>
                          <a:stretch>
                            <a:fillRect/>
                          </a:stretch>
                        </pic:blipFill>
                        <pic:spPr>
                          <a:xfrm>
                            <a:off x="0" y="0"/>
                            <a:ext cx="640080" cy="640080"/>
                          </a:xfrm>
                          <a:prstGeom prst="rect">
                            <a:avLst/>
                          </a:prstGeom>
                        </pic:spPr>
                      </pic:pic>
                    </a:graphicData>
                  </a:graphic>
                </wp:inline>
              </w:drawing>
            </w:r>
          </w:p>
        </w:tc>
      </w:tr>
      <w:tr w:rsidR="005C547F" w:rsidRPr="0092658F" w14:paraId="793535BD" w14:textId="77777777" w:rsidTr="00423CDA">
        <w:trPr>
          <w:jc w:val="center"/>
        </w:trPr>
        <w:tc>
          <w:tcPr>
            <w:tcW w:w="1131" w:type="dxa"/>
          </w:tcPr>
          <w:p w14:paraId="7FCF52A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49</w:t>
            </w:r>
          </w:p>
        </w:tc>
        <w:tc>
          <w:tcPr>
            <w:tcW w:w="1559" w:type="dxa"/>
          </w:tcPr>
          <w:p w14:paraId="4FA385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1.010819</w:t>
            </w:r>
          </w:p>
        </w:tc>
        <w:tc>
          <w:tcPr>
            <w:tcW w:w="2446" w:type="dxa"/>
          </w:tcPr>
          <w:p w14:paraId="4F4075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người hoạt động kháng chiến giải phóng dân tộc, bảo vệ tổ quốc và làm nghĩa vụ quốc tế</w:t>
            </w:r>
          </w:p>
        </w:tc>
        <w:tc>
          <w:tcPr>
            <w:tcW w:w="1599" w:type="dxa"/>
          </w:tcPr>
          <w:p w14:paraId="76DAA1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3C7540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A886BA2" wp14:editId="1E95F727">
                  <wp:extent cx="640080" cy="6400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5"/>
                          <a:stretch>
                            <a:fillRect/>
                          </a:stretch>
                        </pic:blipFill>
                        <pic:spPr>
                          <a:xfrm>
                            <a:off x="0" y="0"/>
                            <a:ext cx="640080" cy="640080"/>
                          </a:xfrm>
                          <a:prstGeom prst="rect">
                            <a:avLst/>
                          </a:prstGeom>
                        </pic:spPr>
                      </pic:pic>
                    </a:graphicData>
                  </a:graphic>
                </wp:inline>
              </w:drawing>
            </w:r>
          </w:p>
        </w:tc>
      </w:tr>
      <w:tr w:rsidR="005C547F" w:rsidRPr="0092658F" w14:paraId="5D5BF340" w14:textId="77777777" w:rsidTr="00423CDA">
        <w:trPr>
          <w:jc w:val="center"/>
        </w:trPr>
        <w:tc>
          <w:tcPr>
            <w:tcW w:w="1131" w:type="dxa"/>
          </w:tcPr>
          <w:p w14:paraId="095B90F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50</w:t>
            </w:r>
          </w:p>
        </w:tc>
        <w:tc>
          <w:tcPr>
            <w:tcW w:w="1559" w:type="dxa"/>
          </w:tcPr>
          <w:p w14:paraId="18D43C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1.010820</w:t>
            </w:r>
          </w:p>
        </w:tc>
        <w:tc>
          <w:tcPr>
            <w:tcW w:w="2446" w:type="dxa"/>
          </w:tcPr>
          <w:p w14:paraId="210EAC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người có công giúp đỡ cách mạng.</w:t>
            </w:r>
          </w:p>
        </w:tc>
        <w:tc>
          <w:tcPr>
            <w:tcW w:w="1599" w:type="dxa"/>
          </w:tcPr>
          <w:p w14:paraId="4B028F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3C3521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A3749B6" wp14:editId="3613D450">
                  <wp:extent cx="640080" cy="64008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6"/>
                          <a:stretch>
                            <a:fillRect/>
                          </a:stretch>
                        </pic:blipFill>
                        <pic:spPr>
                          <a:xfrm>
                            <a:off x="0" y="0"/>
                            <a:ext cx="640080" cy="640080"/>
                          </a:xfrm>
                          <a:prstGeom prst="rect">
                            <a:avLst/>
                          </a:prstGeom>
                        </pic:spPr>
                      </pic:pic>
                    </a:graphicData>
                  </a:graphic>
                </wp:inline>
              </w:drawing>
            </w:r>
          </w:p>
        </w:tc>
      </w:tr>
      <w:tr w:rsidR="005C547F" w:rsidRPr="0092658F" w14:paraId="245BA5EC" w14:textId="77777777" w:rsidTr="00423CDA">
        <w:trPr>
          <w:jc w:val="center"/>
        </w:trPr>
        <w:tc>
          <w:tcPr>
            <w:tcW w:w="1131" w:type="dxa"/>
          </w:tcPr>
          <w:p w14:paraId="2B8FC2C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51</w:t>
            </w:r>
          </w:p>
        </w:tc>
        <w:tc>
          <w:tcPr>
            <w:tcW w:w="1559" w:type="dxa"/>
          </w:tcPr>
          <w:p w14:paraId="453129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1.010801</w:t>
            </w:r>
          </w:p>
        </w:tc>
        <w:tc>
          <w:tcPr>
            <w:tcW w:w="2446" w:type="dxa"/>
          </w:tcPr>
          <w:p w14:paraId="0A1338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trợ cấp ưu đãi đối với thân nhân liệt sĩ</w:t>
            </w:r>
          </w:p>
        </w:tc>
        <w:tc>
          <w:tcPr>
            <w:tcW w:w="1599" w:type="dxa"/>
          </w:tcPr>
          <w:p w14:paraId="1E6399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6DF328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1C4CB05" wp14:editId="65AD3D01">
                  <wp:extent cx="640080" cy="6400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7"/>
                          <a:stretch>
                            <a:fillRect/>
                          </a:stretch>
                        </pic:blipFill>
                        <pic:spPr>
                          <a:xfrm>
                            <a:off x="0" y="0"/>
                            <a:ext cx="640080" cy="640080"/>
                          </a:xfrm>
                          <a:prstGeom prst="rect">
                            <a:avLst/>
                          </a:prstGeom>
                        </pic:spPr>
                      </pic:pic>
                    </a:graphicData>
                  </a:graphic>
                </wp:inline>
              </w:drawing>
            </w:r>
          </w:p>
        </w:tc>
      </w:tr>
      <w:tr w:rsidR="005C547F" w:rsidRPr="0092658F" w14:paraId="3AD78CFE" w14:textId="77777777" w:rsidTr="00423CDA">
        <w:trPr>
          <w:jc w:val="center"/>
        </w:trPr>
        <w:tc>
          <w:tcPr>
            <w:tcW w:w="1131" w:type="dxa"/>
          </w:tcPr>
          <w:p w14:paraId="6AF908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52</w:t>
            </w:r>
          </w:p>
        </w:tc>
        <w:tc>
          <w:tcPr>
            <w:tcW w:w="1559" w:type="dxa"/>
          </w:tcPr>
          <w:p w14:paraId="6ECDD8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1.010803</w:t>
            </w:r>
          </w:p>
        </w:tc>
        <w:tc>
          <w:tcPr>
            <w:tcW w:w="2446" w:type="dxa"/>
          </w:tcPr>
          <w:p w14:paraId="69EAB9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trợ cấp thờ cúng liệt sĩ.</w:t>
            </w:r>
          </w:p>
        </w:tc>
        <w:tc>
          <w:tcPr>
            <w:tcW w:w="1599" w:type="dxa"/>
          </w:tcPr>
          <w:p w14:paraId="6CE968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514E10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20A466D" wp14:editId="1F3C8F21">
                  <wp:extent cx="640080" cy="6400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8"/>
                          <a:stretch>
                            <a:fillRect/>
                          </a:stretch>
                        </pic:blipFill>
                        <pic:spPr>
                          <a:xfrm>
                            <a:off x="0" y="0"/>
                            <a:ext cx="640080" cy="640080"/>
                          </a:xfrm>
                          <a:prstGeom prst="rect">
                            <a:avLst/>
                          </a:prstGeom>
                        </pic:spPr>
                      </pic:pic>
                    </a:graphicData>
                  </a:graphic>
                </wp:inline>
              </w:drawing>
            </w:r>
          </w:p>
        </w:tc>
      </w:tr>
      <w:tr w:rsidR="005C547F" w:rsidRPr="0092658F" w14:paraId="324C4EC0" w14:textId="77777777" w:rsidTr="00423CDA">
        <w:trPr>
          <w:jc w:val="center"/>
        </w:trPr>
        <w:tc>
          <w:tcPr>
            <w:tcW w:w="1131" w:type="dxa"/>
          </w:tcPr>
          <w:p w14:paraId="7A48BCB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53</w:t>
            </w:r>
          </w:p>
        </w:tc>
        <w:tc>
          <w:tcPr>
            <w:tcW w:w="1559" w:type="dxa"/>
          </w:tcPr>
          <w:p w14:paraId="537DC8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1.010814</w:t>
            </w:r>
          </w:p>
        </w:tc>
        <w:tc>
          <w:tcPr>
            <w:tcW w:w="2446" w:type="dxa"/>
          </w:tcPr>
          <w:p w14:paraId="1B7CCE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bổ sung hoặc cấp lại giấy chứng nhận người có công do ngành Lao động - Thương binh và Xã hội quản lý và giấy chứng nhận thân nhân liệt sĩ</w:t>
            </w:r>
          </w:p>
        </w:tc>
        <w:tc>
          <w:tcPr>
            <w:tcW w:w="1599" w:type="dxa"/>
          </w:tcPr>
          <w:p w14:paraId="1E0678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7950F8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14B9C0F" wp14:editId="7CAED8B1">
                  <wp:extent cx="640080" cy="6400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9"/>
                          <a:stretch>
                            <a:fillRect/>
                          </a:stretch>
                        </pic:blipFill>
                        <pic:spPr>
                          <a:xfrm>
                            <a:off x="0" y="0"/>
                            <a:ext cx="640080" cy="640080"/>
                          </a:xfrm>
                          <a:prstGeom prst="rect">
                            <a:avLst/>
                          </a:prstGeom>
                        </pic:spPr>
                      </pic:pic>
                    </a:graphicData>
                  </a:graphic>
                </wp:inline>
              </w:drawing>
            </w:r>
          </w:p>
        </w:tc>
      </w:tr>
      <w:tr w:rsidR="005C547F" w:rsidRPr="0092658F" w14:paraId="30F42A3F" w14:textId="77777777" w:rsidTr="00423CDA">
        <w:trPr>
          <w:jc w:val="center"/>
        </w:trPr>
        <w:tc>
          <w:tcPr>
            <w:tcW w:w="1131" w:type="dxa"/>
          </w:tcPr>
          <w:p w14:paraId="3475F5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54</w:t>
            </w:r>
          </w:p>
        </w:tc>
        <w:tc>
          <w:tcPr>
            <w:tcW w:w="1559" w:type="dxa"/>
          </w:tcPr>
          <w:p w14:paraId="2C4FF4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1.010816</w:t>
            </w:r>
          </w:p>
        </w:tc>
        <w:tc>
          <w:tcPr>
            <w:tcW w:w="2446" w:type="dxa"/>
          </w:tcPr>
          <w:p w14:paraId="125233D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và giải quyết chế độ ưu đãi người hoạt động kháng chiến bị nhiễm chất độc hóa học</w:t>
            </w:r>
          </w:p>
        </w:tc>
        <w:tc>
          <w:tcPr>
            <w:tcW w:w="1599" w:type="dxa"/>
          </w:tcPr>
          <w:p w14:paraId="769CBE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764E32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ABBF835" wp14:editId="782DF778">
                  <wp:extent cx="640080" cy="64008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0"/>
                          <a:stretch>
                            <a:fillRect/>
                          </a:stretch>
                        </pic:blipFill>
                        <pic:spPr>
                          <a:xfrm>
                            <a:off x="0" y="0"/>
                            <a:ext cx="640080" cy="640080"/>
                          </a:xfrm>
                          <a:prstGeom prst="rect">
                            <a:avLst/>
                          </a:prstGeom>
                        </pic:spPr>
                      </pic:pic>
                    </a:graphicData>
                  </a:graphic>
                </wp:inline>
              </w:drawing>
            </w:r>
          </w:p>
        </w:tc>
      </w:tr>
      <w:tr w:rsidR="005C547F" w:rsidRPr="0092658F" w14:paraId="336AD4F8" w14:textId="77777777" w:rsidTr="00423CDA">
        <w:trPr>
          <w:jc w:val="center"/>
        </w:trPr>
        <w:tc>
          <w:tcPr>
            <w:tcW w:w="1131" w:type="dxa"/>
          </w:tcPr>
          <w:p w14:paraId="2205935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55</w:t>
            </w:r>
          </w:p>
        </w:tc>
        <w:tc>
          <w:tcPr>
            <w:tcW w:w="1559" w:type="dxa"/>
          </w:tcPr>
          <w:p w14:paraId="4AF181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1.010817</w:t>
            </w:r>
          </w:p>
        </w:tc>
        <w:tc>
          <w:tcPr>
            <w:tcW w:w="2446" w:type="dxa"/>
          </w:tcPr>
          <w:p w14:paraId="2E0FC3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và giải quyết chế độ con đẻ của người hoạt động kháng chiến bị nhiễm chất độc hóa học</w:t>
            </w:r>
          </w:p>
        </w:tc>
        <w:tc>
          <w:tcPr>
            <w:tcW w:w="1599" w:type="dxa"/>
          </w:tcPr>
          <w:p w14:paraId="2DC3DD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4E0511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67BBE38" wp14:editId="243D1521">
                  <wp:extent cx="640080" cy="6400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1"/>
                          <a:stretch>
                            <a:fillRect/>
                          </a:stretch>
                        </pic:blipFill>
                        <pic:spPr>
                          <a:xfrm>
                            <a:off x="0" y="0"/>
                            <a:ext cx="640080" cy="640080"/>
                          </a:xfrm>
                          <a:prstGeom prst="rect">
                            <a:avLst/>
                          </a:prstGeom>
                        </pic:spPr>
                      </pic:pic>
                    </a:graphicData>
                  </a:graphic>
                </wp:inline>
              </w:drawing>
            </w:r>
          </w:p>
        </w:tc>
      </w:tr>
      <w:tr w:rsidR="005C547F" w:rsidRPr="0092658F" w14:paraId="5C6C4C3A" w14:textId="77777777" w:rsidTr="00423CDA">
        <w:trPr>
          <w:jc w:val="center"/>
        </w:trPr>
        <w:tc>
          <w:tcPr>
            <w:tcW w:w="1131" w:type="dxa"/>
          </w:tcPr>
          <w:p w14:paraId="2478F4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56</w:t>
            </w:r>
          </w:p>
        </w:tc>
        <w:tc>
          <w:tcPr>
            <w:tcW w:w="1559" w:type="dxa"/>
          </w:tcPr>
          <w:p w14:paraId="4F358F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1.010821</w:t>
            </w:r>
          </w:p>
        </w:tc>
        <w:tc>
          <w:tcPr>
            <w:tcW w:w="2446" w:type="dxa"/>
          </w:tcPr>
          <w:p w14:paraId="54DE33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hỗ trợ để theo học đến trình độ đại học tại các cơ sở giáo dục thuộc hệ thống giáo dục quốc dân</w:t>
            </w:r>
          </w:p>
        </w:tc>
        <w:tc>
          <w:tcPr>
            <w:tcW w:w="1599" w:type="dxa"/>
          </w:tcPr>
          <w:p w14:paraId="6B6EC55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139529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66061F6" wp14:editId="4A9B0570">
                  <wp:extent cx="640080" cy="6400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2"/>
                          <a:stretch>
                            <a:fillRect/>
                          </a:stretch>
                        </pic:blipFill>
                        <pic:spPr>
                          <a:xfrm>
                            <a:off x="0" y="0"/>
                            <a:ext cx="640080" cy="640080"/>
                          </a:xfrm>
                          <a:prstGeom prst="rect">
                            <a:avLst/>
                          </a:prstGeom>
                        </pic:spPr>
                      </pic:pic>
                    </a:graphicData>
                  </a:graphic>
                </wp:inline>
              </w:drawing>
            </w:r>
          </w:p>
        </w:tc>
      </w:tr>
      <w:tr w:rsidR="005C547F" w:rsidRPr="0092658F" w14:paraId="6B1A87A7" w14:textId="77777777" w:rsidTr="00423CDA">
        <w:trPr>
          <w:jc w:val="center"/>
        </w:trPr>
        <w:tc>
          <w:tcPr>
            <w:tcW w:w="1131" w:type="dxa"/>
          </w:tcPr>
          <w:p w14:paraId="41B535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57</w:t>
            </w:r>
          </w:p>
        </w:tc>
        <w:tc>
          <w:tcPr>
            <w:tcW w:w="1559" w:type="dxa"/>
          </w:tcPr>
          <w:p w14:paraId="5FCD515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1.010824</w:t>
            </w:r>
          </w:p>
        </w:tc>
        <w:tc>
          <w:tcPr>
            <w:tcW w:w="2446" w:type="dxa"/>
          </w:tcPr>
          <w:p w14:paraId="62B6F3B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Hưởng trợ cấp khi người có công đang hưởng trợ cấp ưu đãi từ trần</w:t>
            </w:r>
          </w:p>
        </w:tc>
        <w:tc>
          <w:tcPr>
            <w:tcW w:w="1599" w:type="dxa"/>
          </w:tcPr>
          <w:p w14:paraId="1FB07D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50C330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82C892E" wp14:editId="1F978E58">
                  <wp:extent cx="640080" cy="64008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3"/>
                          <a:stretch>
                            <a:fillRect/>
                          </a:stretch>
                        </pic:blipFill>
                        <pic:spPr>
                          <a:xfrm>
                            <a:off x="0" y="0"/>
                            <a:ext cx="640080" cy="640080"/>
                          </a:xfrm>
                          <a:prstGeom prst="rect">
                            <a:avLst/>
                          </a:prstGeom>
                        </pic:spPr>
                      </pic:pic>
                    </a:graphicData>
                  </a:graphic>
                </wp:inline>
              </w:drawing>
            </w:r>
          </w:p>
        </w:tc>
      </w:tr>
      <w:tr w:rsidR="005C547F" w:rsidRPr="0092658F" w14:paraId="17708791" w14:textId="77777777" w:rsidTr="00423CDA">
        <w:trPr>
          <w:jc w:val="center"/>
        </w:trPr>
        <w:tc>
          <w:tcPr>
            <w:tcW w:w="1131" w:type="dxa"/>
          </w:tcPr>
          <w:p w14:paraId="73D302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58</w:t>
            </w:r>
          </w:p>
        </w:tc>
        <w:tc>
          <w:tcPr>
            <w:tcW w:w="1559" w:type="dxa"/>
          </w:tcPr>
          <w:p w14:paraId="011FA3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1.010825</w:t>
            </w:r>
          </w:p>
        </w:tc>
        <w:tc>
          <w:tcPr>
            <w:tcW w:w="2446" w:type="dxa"/>
          </w:tcPr>
          <w:p w14:paraId="35DCD3C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Bổ sung tình hình thân nhân trong hồ sơ liệt sĩ.</w:t>
            </w:r>
          </w:p>
        </w:tc>
        <w:tc>
          <w:tcPr>
            <w:tcW w:w="1599" w:type="dxa"/>
          </w:tcPr>
          <w:p w14:paraId="73B487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6FCC9B5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43C7746" wp14:editId="6EB87FD5">
                  <wp:extent cx="640080" cy="6400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4"/>
                          <a:stretch>
                            <a:fillRect/>
                          </a:stretch>
                        </pic:blipFill>
                        <pic:spPr>
                          <a:xfrm>
                            <a:off x="0" y="0"/>
                            <a:ext cx="640080" cy="640080"/>
                          </a:xfrm>
                          <a:prstGeom prst="rect">
                            <a:avLst/>
                          </a:prstGeom>
                        </pic:spPr>
                      </pic:pic>
                    </a:graphicData>
                  </a:graphic>
                </wp:inline>
              </w:drawing>
            </w:r>
          </w:p>
        </w:tc>
      </w:tr>
      <w:tr w:rsidR="005C547F" w:rsidRPr="0092658F" w14:paraId="207987C0" w14:textId="77777777" w:rsidTr="00423CDA">
        <w:trPr>
          <w:jc w:val="center"/>
        </w:trPr>
        <w:tc>
          <w:tcPr>
            <w:tcW w:w="1131" w:type="dxa"/>
          </w:tcPr>
          <w:p w14:paraId="530D7E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59</w:t>
            </w:r>
          </w:p>
        </w:tc>
        <w:tc>
          <w:tcPr>
            <w:tcW w:w="1559" w:type="dxa"/>
          </w:tcPr>
          <w:p w14:paraId="47B116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1.010829</w:t>
            </w:r>
          </w:p>
        </w:tc>
        <w:tc>
          <w:tcPr>
            <w:tcW w:w="2446" w:type="dxa"/>
          </w:tcPr>
          <w:p w14:paraId="6FA798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Di chuyển hài cốt liệt sĩ đang an táng tại nghĩa trang liệt sĩ đi nơi khác theo nguyện vọng của đại diện thân nhân hoặc người hưởng trợ cấp thờ cúng liệt sĩ</w:t>
            </w:r>
          </w:p>
        </w:tc>
        <w:tc>
          <w:tcPr>
            <w:tcW w:w="1599" w:type="dxa"/>
          </w:tcPr>
          <w:p w14:paraId="0B815F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7D2C1DA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70D128E" wp14:editId="0B8D94F3">
                  <wp:extent cx="640080" cy="64008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5"/>
                          <a:stretch>
                            <a:fillRect/>
                          </a:stretch>
                        </pic:blipFill>
                        <pic:spPr>
                          <a:xfrm>
                            <a:off x="0" y="0"/>
                            <a:ext cx="640080" cy="640080"/>
                          </a:xfrm>
                          <a:prstGeom prst="rect">
                            <a:avLst/>
                          </a:prstGeom>
                        </pic:spPr>
                      </pic:pic>
                    </a:graphicData>
                  </a:graphic>
                </wp:inline>
              </w:drawing>
            </w:r>
          </w:p>
        </w:tc>
      </w:tr>
      <w:tr w:rsidR="005C547F" w:rsidRPr="0092658F" w14:paraId="32368AC8" w14:textId="77777777" w:rsidTr="00423CDA">
        <w:trPr>
          <w:jc w:val="center"/>
        </w:trPr>
        <w:tc>
          <w:tcPr>
            <w:tcW w:w="1131" w:type="dxa"/>
          </w:tcPr>
          <w:p w14:paraId="715997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60</w:t>
            </w:r>
          </w:p>
        </w:tc>
        <w:tc>
          <w:tcPr>
            <w:tcW w:w="1559" w:type="dxa"/>
          </w:tcPr>
          <w:p w14:paraId="151DD51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1.010833</w:t>
            </w:r>
          </w:p>
        </w:tc>
        <w:tc>
          <w:tcPr>
            <w:tcW w:w="2446" w:type="dxa"/>
          </w:tcPr>
          <w:p w14:paraId="3485BC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xác nhận thân nhân của người có công</w:t>
            </w:r>
          </w:p>
        </w:tc>
        <w:tc>
          <w:tcPr>
            <w:tcW w:w="1599" w:type="dxa"/>
          </w:tcPr>
          <w:p w14:paraId="098F553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5AC427C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197ED11" wp14:editId="4C6E8742">
                  <wp:extent cx="640080" cy="64008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6"/>
                          <a:stretch>
                            <a:fillRect/>
                          </a:stretch>
                        </pic:blipFill>
                        <pic:spPr>
                          <a:xfrm>
                            <a:off x="0" y="0"/>
                            <a:ext cx="640080" cy="640080"/>
                          </a:xfrm>
                          <a:prstGeom prst="rect">
                            <a:avLst/>
                          </a:prstGeom>
                        </pic:spPr>
                      </pic:pic>
                    </a:graphicData>
                  </a:graphic>
                </wp:inline>
              </w:drawing>
            </w:r>
          </w:p>
        </w:tc>
      </w:tr>
      <w:tr w:rsidR="005C547F" w:rsidRPr="0092658F" w14:paraId="07ECB76B" w14:textId="77777777" w:rsidTr="00423CDA">
        <w:trPr>
          <w:jc w:val="center"/>
        </w:trPr>
        <w:tc>
          <w:tcPr>
            <w:tcW w:w="1131" w:type="dxa"/>
          </w:tcPr>
          <w:p w14:paraId="7176E8C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61</w:t>
            </w:r>
          </w:p>
        </w:tc>
        <w:tc>
          <w:tcPr>
            <w:tcW w:w="1559" w:type="dxa"/>
          </w:tcPr>
          <w:p w14:paraId="79CE11F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1.004982</w:t>
            </w:r>
          </w:p>
        </w:tc>
        <w:tc>
          <w:tcPr>
            <w:tcW w:w="2446" w:type="dxa"/>
          </w:tcPr>
          <w:p w14:paraId="7194C0C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giải thể hợp tác xã, liên hiệp hợp tác xã</w:t>
            </w:r>
          </w:p>
        </w:tc>
        <w:tc>
          <w:tcPr>
            <w:tcW w:w="1599" w:type="dxa"/>
          </w:tcPr>
          <w:p w14:paraId="72B51A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8BD79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747BFE6" wp14:editId="2699BAFD">
                  <wp:extent cx="640080" cy="6400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7"/>
                          <a:stretch>
                            <a:fillRect/>
                          </a:stretch>
                        </pic:blipFill>
                        <pic:spPr>
                          <a:xfrm>
                            <a:off x="0" y="0"/>
                            <a:ext cx="640080" cy="640080"/>
                          </a:xfrm>
                          <a:prstGeom prst="rect">
                            <a:avLst/>
                          </a:prstGeom>
                        </pic:spPr>
                      </pic:pic>
                    </a:graphicData>
                  </a:graphic>
                </wp:inline>
              </w:drawing>
            </w:r>
          </w:p>
        </w:tc>
      </w:tr>
      <w:tr w:rsidR="005C547F" w:rsidRPr="0092658F" w14:paraId="740EE4E8" w14:textId="77777777" w:rsidTr="00423CDA">
        <w:trPr>
          <w:jc w:val="center"/>
        </w:trPr>
        <w:tc>
          <w:tcPr>
            <w:tcW w:w="1131" w:type="dxa"/>
          </w:tcPr>
          <w:p w14:paraId="1F45494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62</w:t>
            </w:r>
          </w:p>
        </w:tc>
        <w:tc>
          <w:tcPr>
            <w:tcW w:w="1559" w:type="dxa"/>
          </w:tcPr>
          <w:p w14:paraId="4018241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1.005378</w:t>
            </w:r>
          </w:p>
        </w:tc>
        <w:tc>
          <w:tcPr>
            <w:tcW w:w="2446" w:type="dxa"/>
          </w:tcPr>
          <w:p w14:paraId="792D929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thay đổi nội dung đăng ký hoạt động của chi nhánh, văn phòng đại diện, địa điểm kinh doanh của hợp tác xã, liên hiệp hợp tác xã</w:t>
            </w:r>
          </w:p>
        </w:tc>
        <w:tc>
          <w:tcPr>
            <w:tcW w:w="1599" w:type="dxa"/>
          </w:tcPr>
          <w:p w14:paraId="645EB8C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0E45EA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2A74CFB" wp14:editId="1741278E">
                  <wp:extent cx="640080" cy="64008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8"/>
                          <a:stretch>
                            <a:fillRect/>
                          </a:stretch>
                        </pic:blipFill>
                        <pic:spPr>
                          <a:xfrm>
                            <a:off x="0" y="0"/>
                            <a:ext cx="640080" cy="640080"/>
                          </a:xfrm>
                          <a:prstGeom prst="rect">
                            <a:avLst/>
                          </a:prstGeom>
                        </pic:spPr>
                      </pic:pic>
                    </a:graphicData>
                  </a:graphic>
                </wp:inline>
              </w:drawing>
            </w:r>
          </w:p>
        </w:tc>
      </w:tr>
      <w:tr w:rsidR="005C547F" w:rsidRPr="0092658F" w14:paraId="4DDB5D9C" w14:textId="77777777" w:rsidTr="00423CDA">
        <w:trPr>
          <w:jc w:val="center"/>
        </w:trPr>
        <w:tc>
          <w:tcPr>
            <w:tcW w:w="1131" w:type="dxa"/>
          </w:tcPr>
          <w:p w14:paraId="7A708EB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63</w:t>
            </w:r>
          </w:p>
        </w:tc>
        <w:tc>
          <w:tcPr>
            <w:tcW w:w="1559" w:type="dxa"/>
          </w:tcPr>
          <w:p w14:paraId="4B20EF9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1.010830</w:t>
            </w:r>
          </w:p>
        </w:tc>
        <w:tc>
          <w:tcPr>
            <w:tcW w:w="2446" w:type="dxa"/>
          </w:tcPr>
          <w:p w14:paraId="4994EC6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Di chuyển hài cốt liệt sĩ đang an táng ngoài nghĩa trang liệt sĩ về an táng tại nghĩa trang liệt sĩ theo nguyện vọng của đại </w:t>
            </w:r>
            <w:r w:rsidRPr="0092658F">
              <w:rPr>
                <w:rFonts w:ascii="Times New Roman" w:hAnsi="Times New Roman" w:cs="Times New Roman"/>
              </w:rPr>
              <w:lastRenderedPageBreak/>
              <w:t>diện thân nhân hoặc người hưởng trợ cấp thờ cúng liệt sĩ</w:t>
            </w:r>
          </w:p>
        </w:tc>
        <w:tc>
          <w:tcPr>
            <w:tcW w:w="1599" w:type="dxa"/>
          </w:tcPr>
          <w:p w14:paraId="713DA5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Người có công</w:t>
            </w:r>
          </w:p>
        </w:tc>
        <w:tc>
          <w:tcPr>
            <w:tcW w:w="1728" w:type="dxa"/>
          </w:tcPr>
          <w:p w14:paraId="65000C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9973B7E" wp14:editId="79D2207E">
                  <wp:extent cx="640080" cy="6400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9"/>
                          <a:stretch>
                            <a:fillRect/>
                          </a:stretch>
                        </pic:blipFill>
                        <pic:spPr>
                          <a:xfrm>
                            <a:off x="0" y="0"/>
                            <a:ext cx="640080" cy="640080"/>
                          </a:xfrm>
                          <a:prstGeom prst="rect">
                            <a:avLst/>
                          </a:prstGeom>
                        </pic:spPr>
                      </pic:pic>
                    </a:graphicData>
                  </a:graphic>
                </wp:inline>
              </w:drawing>
            </w:r>
          </w:p>
        </w:tc>
      </w:tr>
      <w:tr w:rsidR="005C547F" w:rsidRPr="0092658F" w14:paraId="12AEBBDF" w14:textId="77777777" w:rsidTr="00423CDA">
        <w:trPr>
          <w:jc w:val="center"/>
        </w:trPr>
        <w:tc>
          <w:tcPr>
            <w:tcW w:w="1131" w:type="dxa"/>
          </w:tcPr>
          <w:p w14:paraId="73A3126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64</w:t>
            </w:r>
          </w:p>
        </w:tc>
        <w:tc>
          <w:tcPr>
            <w:tcW w:w="1559" w:type="dxa"/>
          </w:tcPr>
          <w:p w14:paraId="520690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2.001958</w:t>
            </w:r>
          </w:p>
        </w:tc>
        <w:tc>
          <w:tcPr>
            <w:tcW w:w="2446" w:type="dxa"/>
          </w:tcPr>
          <w:p w14:paraId="60E3560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về việc thành lập doanh nghiệp của hợp tác xã, liên hiệp hợp tác xã</w:t>
            </w:r>
          </w:p>
        </w:tc>
        <w:tc>
          <w:tcPr>
            <w:tcW w:w="1599" w:type="dxa"/>
          </w:tcPr>
          <w:p w14:paraId="0C68DD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E01B5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D358C2B" wp14:editId="5A4F13FA">
                  <wp:extent cx="640080" cy="64008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0"/>
                          <a:stretch>
                            <a:fillRect/>
                          </a:stretch>
                        </pic:blipFill>
                        <pic:spPr>
                          <a:xfrm>
                            <a:off x="0" y="0"/>
                            <a:ext cx="640080" cy="640080"/>
                          </a:xfrm>
                          <a:prstGeom prst="rect">
                            <a:avLst/>
                          </a:prstGeom>
                        </pic:spPr>
                      </pic:pic>
                    </a:graphicData>
                  </a:graphic>
                </wp:inline>
              </w:drawing>
            </w:r>
          </w:p>
        </w:tc>
      </w:tr>
      <w:tr w:rsidR="005C547F" w:rsidRPr="0092658F" w14:paraId="19B51932" w14:textId="77777777" w:rsidTr="00423CDA">
        <w:trPr>
          <w:jc w:val="center"/>
        </w:trPr>
        <w:tc>
          <w:tcPr>
            <w:tcW w:w="1131" w:type="dxa"/>
          </w:tcPr>
          <w:p w14:paraId="546A062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65</w:t>
            </w:r>
          </w:p>
        </w:tc>
        <w:tc>
          <w:tcPr>
            <w:tcW w:w="1559" w:type="dxa"/>
          </w:tcPr>
          <w:p w14:paraId="027A92C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1.004901</w:t>
            </w:r>
          </w:p>
        </w:tc>
        <w:tc>
          <w:tcPr>
            <w:tcW w:w="2446" w:type="dxa"/>
          </w:tcPr>
          <w:p w14:paraId="335CE3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đổi Giấy chứng nhận đăng ký hợp tác xã, liên hiệp hợp tác xã</w:t>
            </w:r>
          </w:p>
        </w:tc>
        <w:tc>
          <w:tcPr>
            <w:tcW w:w="1599" w:type="dxa"/>
          </w:tcPr>
          <w:p w14:paraId="0D99732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52E4419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6BE4D2A" wp14:editId="6DA31AF3">
                  <wp:extent cx="640080" cy="64008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1"/>
                          <a:stretch>
                            <a:fillRect/>
                          </a:stretch>
                        </pic:blipFill>
                        <pic:spPr>
                          <a:xfrm>
                            <a:off x="0" y="0"/>
                            <a:ext cx="640080" cy="640080"/>
                          </a:xfrm>
                          <a:prstGeom prst="rect">
                            <a:avLst/>
                          </a:prstGeom>
                        </pic:spPr>
                      </pic:pic>
                    </a:graphicData>
                  </a:graphic>
                </wp:inline>
              </w:drawing>
            </w:r>
          </w:p>
        </w:tc>
      </w:tr>
      <w:tr w:rsidR="005C547F" w:rsidRPr="0092658F" w14:paraId="16DEDBAA" w14:textId="77777777" w:rsidTr="00423CDA">
        <w:trPr>
          <w:jc w:val="center"/>
        </w:trPr>
        <w:tc>
          <w:tcPr>
            <w:tcW w:w="1131" w:type="dxa"/>
          </w:tcPr>
          <w:p w14:paraId="539456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66</w:t>
            </w:r>
          </w:p>
        </w:tc>
        <w:tc>
          <w:tcPr>
            <w:tcW w:w="1559" w:type="dxa"/>
          </w:tcPr>
          <w:p w14:paraId="7CD0D7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1.005277</w:t>
            </w:r>
          </w:p>
        </w:tc>
        <w:tc>
          <w:tcPr>
            <w:tcW w:w="2446" w:type="dxa"/>
          </w:tcPr>
          <w:p w14:paraId="72E606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w="1599" w:type="dxa"/>
          </w:tcPr>
          <w:p w14:paraId="7D86186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1C62D7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54DBC30" wp14:editId="32394419">
                  <wp:extent cx="640080" cy="64008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2"/>
                          <a:stretch>
                            <a:fillRect/>
                          </a:stretch>
                        </pic:blipFill>
                        <pic:spPr>
                          <a:xfrm>
                            <a:off x="0" y="0"/>
                            <a:ext cx="640080" cy="640080"/>
                          </a:xfrm>
                          <a:prstGeom prst="rect">
                            <a:avLst/>
                          </a:prstGeom>
                        </pic:spPr>
                      </pic:pic>
                    </a:graphicData>
                  </a:graphic>
                </wp:inline>
              </w:drawing>
            </w:r>
          </w:p>
        </w:tc>
      </w:tr>
      <w:tr w:rsidR="005C547F" w:rsidRPr="0092658F" w14:paraId="0E4ABDA0" w14:textId="77777777" w:rsidTr="00423CDA">
        <w:trPr>
          <w:jc w:val="center"/>
        </w:trPr>
        <w:tc>
          <w:tcPr>
            <w:tcW w:w="1131" w:type="dxa"/>
          </w:tcPr>
          <w:p w14:paraId="7E9DD9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67</w:t>
            </w:r>
          </w:p>
        </w:tc>
        <w:tc>
          <w:tcPr>
            <w:tcW w:w="1559" w:type="dxa"/>
          </w:tcPr>
          <w:p w14:paraId="08A389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1.005280</w:t>
            </w:r>
          </w:p>
        </w:tc>
        <w:tc>
          <w:tcPr>
            <w:tcW w:w="2446" w:type="dxa"/>
          </w:tcPr>
          <w:p w14:paraId="04DBB7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thành lập hợp tác xã, liên hiệp hợp tác xã; đăng ký chuyển đổi tổ hợp tác thành hợp tác xã; đăng ký khi hợp tác xã, liên hiệp hợp tác xã chia, tách, hợp nhất</w:t>
            </w:r>
          </w:p>
        </w:tc>
        <w:tc>
          <w:tcPr>
            <w:tcW w:w="1599" w:type="dxa"/>
          </w:tcPr>
          <w:p w14:paraId="7C24E7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EC31D6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F63192" wp14:editId="54D89A9C">
                  <wp:extent cx="640080" cy="6400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3"/>
                          <a:stretch>
                            <a:fillRect/>
                          </a:stretch>
                        </pic:blipFill>
                        <pic:spPr>
                          <a:xfrm>
                            <a:off x="0" y="0"/>
                            <a:ext cx="640080" cy="640080"/>
                          </a:xfrm>
                          <a:prstGeom prst="rect">
                            <a:avLst/>
                          </a:prstGeom>
                        </pic:spPr>
                      </pic:pic>
                    </a:graphicData>
                  </a:graphic>
                </wp:inline>
              </w:drawing>
            </w:r>
          </w:p>
        </w:tc>
      </w:tr>
      <w:tr w:rsidR="005C547F" w:rsidRPr="0092658F" w14:paraId="7116F66F" w14:textId="77777777" w:rsidTr="00423CDA">
        <w:trPr>
          <w:jc w:val="center"/>
        </w:trPr>
        <w:tc>
          <w:tcPr>
            <w:tcW w:w="1131" w:type="dxa"/>
          </w:tcPr>
          <w:p w14:paraId="64595D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68</w:t>
            </w:r>
          </w:p>
        </w:tc>
        <w:tc>
          <w:tcPr>
            <w:tcW w:w="1559" w:type="dxa"/>
          </w:tcPr>
          <w:p w14:paraId="535638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2.002649</w:t>
            </w:r>
          </w:p>
        </w:tc>
        <w:tc>
          <w:tcPr>
            <w:tcW w:w="2446" w:type="dxa"/>
          </w:tcPr>
          <w:p w14:paraId="2DBD3A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bổ sung, cập nhật thông tin trong hồ sơ đăng ký hợp tác xã, liên hiệp hợp tác xã</w:t>
            </w:r>
          </w:p>
        </w:tc>
        <w:tc>
          <w:tcPr>
            <w:tcW w:w="1599" w:type="dxa"/>
          </w:tcPr>
          <w:p w14:paraId="4F717E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5005298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4B03415" wp14:editId="46CAC233">
                  <wp:extent cx="640080" cy="64008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4"/>
                          <a:stretch>
                            <a:fillRect/>
                          </a:stretch>
                        </pic:blipFill>
                        <pic:spPr>
                          <a:xfrm>
                            <a:off x="0" y="0"/>
                            <a:ext cx="640080" cy="640080"/>
                          </a:xfrm>
                          <a:prstGeom prst="rect">
                            <a:avLst/>
                          </a:prstGeom>
                        </pic:spPr>
                      </pic:pic>
                    </a:graphicData>
                  </a:graphic>
                </wp:inline>
              </w:drawing>
            </w:r>
          </w:p>
        </w:tc>
      </w:tr>
      <w:tr w:rsidR="005C547F" w:rsidRPr="0092658F" w14:paraId="2ECB6815" w14:textId="77777777" w:rsidTr="00423CDA">
        <w:trPr>
          <w:jc w:val="center"/>
        </w:trPr>
        <w:tc>
          <w:tcPr>
            <w:tcW w:w="1131" w:type="dxa"/>
          </w:tcPr>
          <w:p w14:paraId="18F8EAB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69</w:t>
            </w:r>
          </w:p>
        </w:tc>
        <w:tc>
          <w:tcPr>
            <w:tcW w:w="1559" w:type="dxa"/>
          </w:tcPr>
          <w:p w14:paraId="205192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2.002642</w:t>
            </w:r>
          </w:p>
        </w:tc>
        <w:tc>
          <w:tcPr>
            <w:tcW w:w="2446" w:type="dxa"/>
          </w:tcPr>
          <w:p w14:paraId="746843A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Chấm dứt hoạt động tổ hợp tác</w:t>
            </w:r>
          </w:p>
        </w:tc>
        <w:tc>
          <w:tcPr>
            <w:tcW w:w="1599" w:type="dxa"/>
          </w:tcPr>
          <w:p w14:paraId="5EF98B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65F3D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B88FDAF" wp14:editId="017916A4">
                  <wp:extent cx="640080" cy="6400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5"/>
                          <a:stretch>
                            <a:fillRect/>
                          </a:stretch>
                        </pic:blipFill>
                        <pic:spPr>
                          <a:xfrm>
                            <a:off x="0" y="0"/>
                            <a:ext cx="640080" cy="640080"/>
                          </a:xfrm>
                          <a:prstGeom prst="rect">
                            <a:avLst/>
                          </a:prstGeom>
                        </pic:spPr>
                      </pic:pic>
                    </a:graphicData>
                  </a:graphic>
                </wp:inline>
              </w:drawing>
            </w:r>
          </w:p>
        </w:tc>
      </w:tr>
      <w:tr w:rsidR="005C547F" w:rsidRPr="0092658F" w14:paraId="698AF975" w14:textId="77777777" w:rsidTr="00423CDA">
        <w:trPr>
          <w:jc w:val="center"/>
        </w:trPr>
        <w:tc>
          <w:tcPr>
            <w:tcW w:w="1131" w:type="dxa"/>
          </w:tcPr>
          <w:p w14:paraId="4C64C2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70</w:t>
            </w:r>
          </w:p>
        </w:tc>
        <w:tc>
          <w:tcPr>
            <w:tcW w:w="1559" w:type="dxa"/>
          </w:tcPr>
          <w:p w14:paraId="5081A1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2.002639</w:t>
            </w:r>
          </w:p>
        </w:tc>
        <w:tc>
          <w:tcPr>
            <w:tcW w:w="2446" w:type="dxa"/>
          </w:tcPr>
          <w:p w14:paraId="180CA1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thay đổi nội dung đăng ký tổ hợp tác</w:t>
            </w:r>
          </w:p>
        </w:tc>
        <w:tc>
          <w:tcPr>
            <w:tcW w:w="1599" w:type="dxa"/>
          </w:tcPr>
          <w:p w14:paraId="379D93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33233A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D6652FE" wp14:editId="798AA3B3">
                  <wp:extent cx="640080" cy="64008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6"/>
                          <a:stretch>
                            <a:fillRect/>
                          </a:stretch>
                        </pic:blipFill>
                        <pic:spPr>
                          <a:xfrm>
                            <a:off x="0" y="0"/>
                            <a:ext cx="640080" cy="640080"/>
                          </a:xfrm>
                          <a:prstGeom prst="rect">
                            <a:avLst/>
                          </a:prstGeom>
                        </pic:spPr>
                      </pic:pic>
                    </a:graphicData>
                  </a:graphic>
                </wp:inline>
              </w:drawing>
            </w:r>
          </w:p>
        </w:tc>
      </w:tr>
      <w:tr w:rsidR="005C547F" w:rsidRPr="0092658F" w14:paraId="0EF77620" w14:textId="77777777" w:rsidTr="00423CDA">
        <w:trPr>
          <w:jc w:val="center"/>
        </w:trPr>
        <w:tc>
          <w:tcPr>
            <w:tcW w:w="1131" w:type="dxa"/>
          </w:tcPr>
          <w:p w14:paraId="1390F87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71</w:t>
            </w:r>
          </w:p>
        </w:tc>
        <w:tc>
          <w:tcPr>
            <w:tcW w:w="1559" w:type="dxa"/>
          </w:tcPr>
          <w:p w14:paraId="3B98A3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2.002637</w:t>
            </w:r>
          </w:p>
        </w:tc>
        <w:tc>
          <w:tcPr>
            <w:tcW w:w="2446" w:type="dxa"/>
          </w:tcPr>
          <w:p w14:paraId="69C46CA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1599" w:type="dxa"/>
          </w:tcPr>
          <w:p w14:paraId="2F88A9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8EC5EA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6B71608" wp14:editId="48D506D9">
                  <wp:extent cx="640080" cy="64008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7"/>
                          <a:stretch>
                            <a:fillRect/>
                          </a:stretch>
                        </pic:blipFill>
                        <pic:spPr>
                          <a:xfrm>
                            <a:off x="0" y="0"/>
                            <a:ext cx="640080" cy="640080"/>
                          </a:xfrm>
                          <a:prstGeom prst="rect">
                            <a:avLst/>
                          </a:prstGeom>
                        </pic:spPr>
                      </pic:pic>
                    </a:graphicData>
                  </a:graphic>
                </wp:inline>
              </w:drawing>
            </w:r>
          </w:p>
        </w:tc>
      </w:tr>
      <w:tr w:rsidR="005C547F" w:rsidRPr="0092658F" w14:paraId="27ACE161" w14:textId="77777777" w:rsidTr="00423CDA">
        <w:trPr>
          <w:jc w:val="center"/>
        </w:trPr>
        <w:tc>
          <w:tcPr>
            <w:tcW w:w="1131" w:type="dxa"/>
          </w:tcPr>
          <w:p w14:paraId="467B54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72</w:t>
            </w:r>
          </w:p>
        </w:tc>
        <w:tc>
          <w:tcPr>
            <w:tcW w:w="1559" w:type="dxa"/>
          </w:tcPr>
          <w:p w14:paraId="04568FA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2.002636</w:t>
            </w:r>
          </w:p>
        </w:tc>
        <w:tc>
          <w:tcPr>
            <w:tcW w:w="2446" w:type="dxa"/>
          </w:tcPr>
          <w:p w14:paraId="07D1356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w="1599" w:type="dxa"/>
          </w:tcPr>
          <w:p w14:paraId="7FFAC4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525BD2A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F7499C9" wp14:editId="273C7D87">
                  <wp:extent cx="640080" cy="64008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8"/>
                          <a:stretch>
                            <a:fillRect/>
                          </a:stretch>
                        </pic:blipFill>
                        <pic:spPr>
                          <a:xfrm>
                            <a:off x="0" y="0"/>
                            <a:ext cx="640080" cy="640080"/>
                          </a:xfrm>
                          <a:prstGeom prst="rect">
                            <a:avLst/>
                          </a:prstGeom>
                        </pic:spPr>
                      </pic:pic>
                    </a:graphicData>
                  </a:graphic>
                </wp:inline>
              </w:drawing>
            </w:r>
          </w:p>
        </w:tc>
      </w:tr>
      <w:tr w:rsidR="005C547F" w:rsidRPr="0092658F" w14:paraId="2CB61810" w14:textId="77777777" w:rsidTr="00423CDA">
        <w:trPr>
          <w:jc w:val="center"/>
        </w:trPr>
        <w:tc>
          <w:tcPr>
            <w:tcW w:w="1131" w:type="dxa"/>
          </w:tcPr>
          <w:p w14:paraId="2E4F0D1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73</w:t>
            </w:r>
          </w:p>
        </w:tc>
        <w:tc>
          <w:tcPr>
            <w:tcW w:w="1559" w:type="dxa"/>
          </w:tcPr>
          <w:p w14:paraId="29B731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2.002635</w:t>
            </w:r>
          </w:p>
        </w:tc>
        <w:tc>
          <w:tcPr>
            <w:tcW w:w="2446" w:type="dxa"/>
          </w:tcPr>
          <w:p w14:paraId="73F8DA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1599" w:type="dxa"/>
          </w:tcPr>
          <w:p w14:paraId="2CD938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460B2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6A85EC9" wp14:editId="14492E72">
                  <wp:extent cx="640080" cy="64008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9"/>
                          <a:stretch>
                            <a:fillRect/>
                          </a:stretch>
                        </pic:blipFill>
                        <pic:spPr>
                          <a:xfrm>
                            <a:off x="0" y="0"/>
                            <a:ext cx="640080" cy="640080"/>
                          </a:xfrm>
                          <a:prstGeom prst="rect">
                            <a:avLst/>
                          </a:prstGeom>
                        </pic:spPr>
                      </pic:pic>
                    </a:graphicData>
                  </a:graphic>
                </wp:inline>
              </w:drawing>
            </w:r>
          </w:p>
        </w:tc>
      </w:tr>
      <w:tr w:rsidR="005C547F" w:rsidRPr="0092658F" w14:paraId="6849C1E5" w14:textId="77777777" w:rsidTr="00423CDA">
        <w:trPr>
          <w:jc w:val="center"/>
        </w:trPr>
        <w:tc>
          <w:tcPr>
            <w:tcW w:w="1131" w:type="dxa"/>
          </w:tcPr>
          <w:p w14:paraId="60C5ED0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74</w:t>
            </w:r>
          </w:p>
        </w:tc>
        <w:tc>
          <w:tcPr>
            <w:tcW w:w="1559" w:type="dxa"/>
          </w:tcPr>
          <w:p w14:paraId="242265B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1.013750</w:t>
            </w:r>
          </w:p>
        </w:tc>
        <w:tc>
          <w:tcPr>
            <w:tcW w:w="2446" w:type="dxa"/>
          </w:tcPr>
          <w:p w14:paraId="56A48D8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Thăm viếng mộ liệt sĩ.</w:t>
            </w:r>
          </w:p>
        </w:tc>
        <w:tc>
          <w:tcPr>
            <w:tcW w:w="1599" w:type="dxa"/>
          </w:tcPr>
          <w:p w14:paraId="01D60D1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0BC038A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68794B1" wp14:editId="2A603CDE">
                  <wp:extent cx="640080" cy="64008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0"/>
                          <a:stretch>
                            <a:fillRect/>
                          </a:stretch>
                        </pic:blipFill>
                        <pic:spPr>
                          <a:xfrm>
                            <a:off x="0" y="0"/>
                            <a:ext cx="640080" cy="640080"/>
                          </a:xfrm>
                          <a:prstGeom prst="rect">
                            <a:avLst/>
                          </a:prstGeom>
                        </pic:spPr>
                      </pic:pic>
                    </a:graphicData>
                  </a:graphic>
                </wp:inline>
              </w:drawing>
            </w:r>
          </w:p>
        </w:tc>
      </w:tr>
      <w:tr w:rsidR="005C547F" w:rsidRPr="0092658F" w14:paraId="119B6BCB" w14:textId="77777777" w:rsidTr="00423CDA">
        <w:trPr>
          <w:jc w:val="center"/>
        </w:trPr>
        <w:tc>
          <w:tcPr>
            <w:tcW w:w="1131" w:type="dxa"/>
          </w:tcPr>
          <w:p w14:paraId="70A068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75</w:t>
            </w:r>
          </w:p>
        </w:tc>
        <w:tc>
          <w:tcPr>
            <w:tcW w:w="1559" w:type="dxa"/>
          </w:tcPr>
          <w:p w14:paraId="54DA38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1.010774</w:t>
            </w:r>
          </w:p>
        </w:tc>
        <w:tc>
          <w:tcPr>
            <w:tcW w:w="2446" w:type="dxa"/>
          </w:tcPr>
          <w:p w14:paraId="52AF10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1599" w:type="dxa"/>
          </w:tcPr>
          <w:p w14:paraId="21181A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34ADFBA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90BE012" wp14:editId="67A0010E">
                  <wp:extent cx="640080" cy="64008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1"/>
                          <a:stretch>
                            <a:fillRect/>
                          </a:stretch>
                        </pic:blipFill>
                        <pic:spPr>
                          <a:xfrm>
                            <a:off x="0" y="0"/>
                            <a:ext cx="640080" cy="640080"/>
                          </a:xfrm>
                          <a:prstGeom prst="rect">
                            <a:avLst/>
                          </a:prstGeom>
                        </pic:spPr>
                      </pic:pic>
                    </a:graphicData>
                  </a:graphic>
                </wp:inline>
              </w:drawing>
            </w:r>
          </w:p>
        </w:tc>
      </w:tr>
      <w:tr w:rsidR="005C547F" w:rsidRPr="0092658F" w14:paraId="53181A74" w14:textId="77777777" w:rsidTr="00423CDA">
        <w:trPr>
          <w:jc w:val="center"/>
        </w:trPr>
        <w:tc>
          <w:tcPr>
            <w:tcW w:w="1131" w:type="dxa"/>
          </w:tcPr>
          <w:p w14:paraId="1282FA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76</w:t>
            </w:r>
          </w:p>
        </w:tc>
        <w:tc>
          <w:tcPr>
            <w:tcW w:w="1559" w:type="dxa"/>
          </w:tcPr>
          <w:p w14:paraId="45CFE8D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1.011518</w:t>
            </w:r>
          </w:p>
        </w:tc>
        <w:tc>
          <w:tcPr>
            <w:tcW w:w="2446" w:type="dxa"/>
          </w:tcPr>
          <w:p w14:paraId="54248E1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Trả lại giấy phép thăm dò nước dưới đất, giấy phép khai thác tài nguyên nước .</w:t>
            </w:r>
          </w:p>
        </w:tc>
        <w:tc>
          <w:tcPr>
            <w:tcW w:w="1599" w:type="dxa"/>
          </w:tcPr>
          <w:p w14:paraId="196C109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61C4B9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0557338" wp14:editId="6931EBDB">
                  <wp:extent cx="640080" cy="64008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2"/>
                          <a:stretch>
                            <a:fillRect/>
                          </a:stretch>
                        </pic:blipFill>
                        <pic:spPr>
                          <a:xfrm>
                            <a:off x="0" y="0"/>
                            <a:ext cx="640080" cy="640080"/>
                          </a:xfrm>
                          <a:prstGeom prst="rect">
                            <a:avLst/>
                          </a:prstGeom>
                        </pic:spPr>
                      </pic:pic>
                    </a:graphicData>
                  </a:graphic>
                </wp:inline>
              </w:drawing>
            </w:r>
          </w:p>
        </w:tc>
      </w:tr>
      <w:tr w:rsidR="005C547F" w:rsidRPr="0092658F" w14:paraId="0BBFDABB" w14:textId="77777777" w:rsidTr="00423CDA">
        <w:trPr>
          <w:jc w:val="center"/>
        </w:trPr>
        <w:tc>
          <w:tcPr>
            <w:tcW w:w="1131" w:type="dxa"/>
          </w:tcPr>
          <w:p w14:paraId="5EBBA41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77</w:t>
            </w:r>
          </w:p>
        </w:tc>
        <w:tc>
          <w:tcPr>
            <w:tcW w:w="1559" w:type="dxa"/>
          </w:tcPr>
          <w:p w14:paraId="5F92D8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1.004359</w:t>
            </w:r>
          </w:p>
        </w:tc>
        <w:tc>
          <w:tcPr>
            <w:tcW w:w="2446" w:type="dxa"/>
          </w:tcPr>
          <w:p w14:paraId="1F98DC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cấp lại Giấy phép khai thác thủy sản</w:t>
            </w:r>
          </w:p>
        </w:tc>
        <w:tc>
          <w:tcPr>
            <w:tcW w:w="1599" w:type="dxa"/>
          </w:tcPr>
          <w:p w14:paraId="464B5EB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547E48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B321976" wp14:editId="0C07911F">
                  <wp:extent cx="640080" cy="64008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3"/>
                          <a:stretch>
                            <a:fillRect/>
                          </a:stretch>
                        </pic:blipFill>
                        <pic:spPr>
                          <a:xfrm>
                            <a:off x="0" y="0"/>
                            <a:ext cx="640080" cy="640080"/>
                          </a:xfrm>
                          <a:prstGeom prst="rect">
                            <a:avLst/>
                          </a:prstGeom>
                        </pic:spPr>
                      </pic:pic>
                    </a:graphicData>
                  </a:graphic>
                </wp:inline>
              </w:drawing>
            </w:r>
          </w:p>
        </w:tc>
      </w:tr>
      <w:tr w:rsidR="005C547F" w:rsidRPr="0092658F" w14:paraId="7BEBFBBF" w14:textId="77777777" w:rsidTr="00423CDA">
        <w:trPr>
          <w:jc w:val="center"/>
        </w:trPr>
        <w:tc>
          <w:tcPr>
            <w:tcW w:w="1131" w:type="dxa"/>
          </w:tcPr>
          <w:p w14:paraId="5A36E15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78</w:t>
            </w:r>
          </w:p>
        </w:tc>
        <w:tc>
          <w:tcPr>
            <w:tcW w:w="1559" w:type="dxa"/>
          </w:tcPr>
          <w:p w14:paraId="0670BE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1.004283</w:t>
            </w:r>
          </w:p>
        </w:tc>
        <w:tc>
          <w:tcPr>
            <w:tcW w:w="2446" w:type="dxa"/>
          </w:tcPr>
          <w:p w14:paraId="2E3B79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Điều chỉnh tiền cấp quyền khai thác tài nguyên nước</w:t>
            </w:r>
          </w:p>
        </w:tc>
        <w:tc>
          <w:tcPr>
            <w:tcW w:w="1599" w:type="dxa"/>
          </w:tcPr>
          <w:p w14:paraId="3AC2E1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615102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9571028" wp14:editId="3C13835B">
                  <wp:extent cx="640080" cy="64008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4"/>
                          <a:stretch>
                            <a:fillRect/>
                          </a:stretch>
                        </pic:blipFill>
                        <pic:spPr>
                          <a:xfrm>
                            <a:off x="0" y="0"/>
                            <a:ext cx="640080" cy="640080"/>
                          </a:xfrm>
                          <a:prstGeom prst="rect">
                            <a:avLst/>
                          </a:prstGeom>
                        </pic:spPr>
                      </pic:pic>
                    </a:graphicData>
                  </a:graphic>
                </wp:inline>
              </w:drawing>
            </w:r>
          </w:p>
        </w:tc>
      </w:tr>
      <w:tr w:rsidR="005C547F" w:rsidRPr="0092658F" w14:paraId="7A62AF29" w14:textId="77777777" w:rsidTr="00423CDA">
        <w:trPr>
          <w:jc w:val="center"/>
        </w:trPr>
        <w:tc>
          <w:tcPr>
            <w:tcW w:w="1131" w:type="dxa"/>
          </w:tcPr>
          <w:p w14:paraId="2725C0C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79</w:t>
            </w:r>
          </w:p>
        </w:tc>
        <w:tc>
          <w:tcPr>
            <w:tcW w:w="1559" w:type="dxa"/>
          </w:tcPr>
          <w:p w14:paraId="6E62606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2.001770</w:t>
            </w:r>
          </w:p>
        </w:tc>
        <w:tc>
          <w:tcPr>
            <w:tcW w:w="2446" w:type="dxa"/>
          </w:tcPr>
          <w:p w14:paraId="4F1900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Tính tiền cấp quyền khai thác tài nguyên nước đối với công trình đã vận hành .</w:t>
            </w:r>
          </w:p>
        </w:tc>
        <w:tc>
          <w:tcPr>
            <w:tcW w:w="1599" w:type="dxa"/>
          </w:tcPr>
          <w:p w14:paraId="0D32014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5267FD0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3A31612" wp14:editId="32928C7A">
                  <wp:extent cx="640080" cy="64008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5"/>
                          <a:stretch>
                            <a:fillRect/>
                          </a:stretch>
                        </pic:blipFill>
                        <pic:spPr>
                          <a:xfrm>
                            <a:off x="0" y="0"/>
                            <a:ext cx="640080" cy="640080"/>
                          </a:xfrm>
                          <a:prstGeom prst="rect">
                            <a:avLst/>
                          </a:prstGeom>
                        </pic:spPr>
                      </pic:pic>
                    </a:graphicData>
                  </a:graphic>
                </wp:inline>
              </w:drawing>
            </w:r>
          </w:p>
        </w:tc>
      </w:tr>
      <w:tr w:rsidR="005C547F" w:rsidRPr="0092658F" w14:paraId="01082667" w14:textId="77777777" w:rsidTr="00423CDA">
        <w:trPr>
          <w:jc w:val="center"/>
        </w:trPr>
        <w:tc>
          <w:tcPr>
            <w:tcW w:w="1131" w:type="dxa"/>
          </w:tcPr>
          <w:p w14:paraId="36E6AB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80</w:t>
            </w:r>
          </w:p>
        </w:tc>
        <w:tc>
          <w:tcPr>
            <w:tcW w:w="1559" w:type="dxa"/>
          </w:tcPr>
          <w:p w14:paraId="4A5CDD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1.004232</w:t>
            </w:r>
          </w:p>
        </w:tc>
        <w:tc>
          <w:tcPr>
            <w:tcW w:w="2446" w:type="dxa"/>
          </w:tcPr>
          <w:p w14:paraId="67B721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thăm dò nước dưới đất đối với công trình có quy mô dưới 5.000 m3/ngày đêm</w:t>
            </w:r>
          </w:p>
        </w:tc>
        <w:tc>
          <w:tcPr>
            <w:tcW w:w="1599" w:type="dxa"/>
          </w:tcPr>
          <w:p w14:paraId="77864B0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75F988F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B23F94A" wp14:editId="6E1F64F8">
                  <wp:extent cx="640080" cy="64008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6"/>
                          <a:stretch>
                            <a:fillRect/>
                          </a:stretch>
                        </pic:blipFill>
                        <pic:spPr>
                          <a:xfrm>
                            <a:off x="0" y="0"/>
                            <a:ext cx="640080" cy="640080"/>
                          </a:xfrm>
                          <a:prstGeom prst="rect">
                            <a:avLst/>
                          </a:prstGeom>
                        </pic:spPr>
                      </pic:pic>
                    </a:graphicData>
                  </a:graphic>
                </wp:inline>
              </w:drawing>
            </w:r>
          </w:p>
        </w:tc>
      </w:tr>
      <w:tr w:rsidR="005C547F" w:rsidRPr="0092658F" w14:paraId="3315C23A" w14:textId="77777777" w:rsidTr="00423CDA">
        <w:trPr>
          <w:jc w:val="center"/>
        </w:trPr>
        <w:tc>
          <w:tcPr>
            <w:tcW w:w="1131" w:type="dxa"/>
          </w:tcPr>
          <w:p w14:paraId="30B5F9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81</w:t>
            </w:r>
          </w:p>
        </w:tc>
        <w:tc>
          <w:tcPr>
            <w:tcW w:w="1559" w:type="dxa"/>
          </w:tcPr>
          <w:p w14:paraId="5034C3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1.004228</w:t>
            </w:r>
          </w:p>
        </w:tc>
        <w:tc>
          <w:tcPr>
            <w:tcW w:w="2446" w:type="dxa"/>
          </w:tcPr>
          <w:p w14:paraId="134AC8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 hạn, điều chỉnh giấy phép thăm dò nước dưới đất đối với công trình có quy mô dưới 5.000 m3/ngày đêm</w:t>
            </w:r>
          </w:p>
        </w:tc>
        <w:tc>
          <w:tcPr>
            <w:tcW w:w="1599" w:type="dxa"/>
          </w:tcPr>
          <w:p w14:paraId="36FA6B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4005A1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5717D2C" wp14:editId="2DDBDD39">
                  <wp:extent cx="640080" cy="64008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7"/>
                          <a:stretch>
                            <a:fillRect/>
                          </a:stretch>
                        </pic:blipFill>
                        <pic:spPr>
                          <a:xfrm>
                            <a:off x="0" y="0"/>
                            <a:ext cx="640080" cy="640080"/>
                          </a:xfrm>
                          <a:prstGeom prst="rect">
                            <a:avLst/>
                          </a:prstGeom>
                        </pic:spPr>
                      </pic:pic>
                    </a:graphicData>
                  </a:graphic>
                </wp:inline>
              </w:drawing>
            </w:r>
          </w:p>
        </w:tc>
      </w:tr>
      <w:tr w:rsidR="005C547F" w:rsidRPr="0092658F" w14:paraId="49B2BA20" w14:textId="77777777" w:rsidTr="00423CDA">
        <w:trPr>
          <w:jc w:val="center"/>
        </w:trPr>
        <w:tc>
          <w:tcPr>
            <w:tcW w:w="1131" w:type="dxa"/>
          </w:tcPr>
          <w:p w14:paraId="64C8FB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82</w:t>
            </w:r>
          </w:p>
        </w:tc>
        <w:tc>
          <w:tcPr>
            <w:tcW w:w="1559" w:type="dxa"/>
          </w:tcPr>
          <w:p w14:paraId="0D6F80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1.004223</w:t>
            </w:r>
          </w:p>
        </w:tc>
        <w:tc>
          <w:tcPr>
            <w:tcW w:w="2446" w:type="dxa"/>
          </w:tcPr>
          <w:p w14:paraId="0991F6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khai thác nước dưới đất đối với công trình có quy mô dưới 5.000 m3/ngày đêm</w:t>
            </w:r>
          </w:p>
        </w:tc>
        <w:tc>
          <w:tcPr>
            <w:tcW w:w="1599" w:type="dxa"/>
          </w:tcPr>
          <w:p w14:paraId="3F9D236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0A646C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6C29E2F" wp14:editId="533B600B">
                  <wp:extent cx="640080" cy="64008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8"/>
                          <a:stretch>
                            <a:fillRect/>
                          </a:stretch>
                        </pic:blipFill>
                        <pic:spPr>
                          <a:xfrm>
                            <a:off x="0" y="0"/>
                            <a:ext cx="640080" cy="640080"/>
                          </a:xfrm>
                          <a:prstGeom prst="rect">
                            <a:avLst/>
                          </a:prstGeom>
                        </pic:spPr>
                      </pic:pic>
                    </a:graphicData>
                  </a:graphic>
                </wp:inline>
              </w:drawing>
            </w:r>
          </w:p>
        </w:tc>
      </w:tr>
      <w:tr w:rsidR="005C547F" w:rsidRPr="0092658F" w14:paraId="6A020364" w14:textId="77777777" w:rsidTr="00423CDA">
        <w:trPr>
          <w:jc w:val="center"/>
        </w:trPr>
        <w:tc>
          <w:tcPr>
            <w:tcW w:w="1131" w:type="dxa"/>
          </w:tcPr>
          <w:p w14:paraId="689B40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83</w:t>
            </w:r>
          </w:p>
        </w:tc>
        <w:tc>
          <w:tcPr>
            <w:tcW w:w="1559" w:type="dxa"/>
          </w:tcPr>
          <w:p w14:paraId="26F912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1.004211</w:t>
            </w:r>
          </w:p>
        </w:tc>
        <w:tc>
          <w:tcPr>
            <w:tcW w:w="2446" w:type="dxa"/>
          </w:tcPr>
          <w:p w14:paraId="3C56EFA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 hạn, điều chỉnh giấy phép khai thác nước dưới đất đối với công trình có quy mô dưới 5.000 m3/ngày đêm</w:t>
            </w:r>
          </w:p>
        </w:tc>
        <w:tc>
          <w:tcPr>
            <w:tcW w:w="1599" w:type="dxa"/>
          </w:tcPr>
          <w:p w14:paraId="6E33A0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4D9F0E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7E06036" wp14:editId="65D7C5C4">
                  <wp:extent cx="640080" cy="64008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9"/>
                          <a:stretch>
                            <a:fillRect/>
                          </a:stretch>
                        </pic:blipFill>
                        <pic:spPr>
                          <a:xfrm>
                            <a:off x="0" y="0"/>
                            <a:ext cx="640080" cy="640080"/>
                          </a:xfrm>
                          <a:prstGeom prst="rect">
                            <a:avLst/>
                          </a:prstGeom>
                        </pic:spPr>
                      </pic:pic>
                    </a:graphicData>
                  </a:graphic>
                </wp:inline>
              </w:drawing>
            </w:r>
          </w:p>
        </w:tc>
      </w:tr>
      <w:tr w:rsidR="005C547F" w:rsidRPr="0092658F" w14:paraId="79CBB560" w14:textId="77777777" w:rsidTr="00423CDA">
        <w:trPr>
          <w:jc w:val="center"/>
        </w:trPr>
        <w:tc>
          <w:tcPr>
            <w:tcW w:w="1131" w:type="dxa"/>
          </w:tcPr>
          <w:p w14:paraId="6A4914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84</w:t>
            </w:r>
          </w:p>
        </w:tc>
        <w:tc>
          <w:tcPr>
            <w:tcW w:w="1559" w:type="dxa"/>
          </w:tcPr>
          <w:p w14:paraId="10AA382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1.004179</w:t>
            </w:r>
          </w:p>
        </w:tc>
        <w:tc>
          <w:tcPr>
            <w:tcW w:w="2446" w:type="dxa"/>
          </w:tcPr>
          <w:p w14:paraId="6D387F0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khai thác nước mặt, nước biển (đối với các trường hợp quy định tại khoản 2 Điều 15 Nghị định số 54/2024/NĐ-CP, được sửa đổi, bổ sung bởi khoản 12 Điều 2 Nghị định số 23/2026/NĐ-CP)</w:t>
            </w:r>
          </w:p>
        </w:tc>
        <w:tc>
          <w:tcPr>
            <w:tcW w:w="1599" w:type="dxa"/>
          </w:tcPr>
          <w:p w14:paraId="2B6D90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2545975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1CADB5A" wp14:editId="7E4DDBCA">
                  <wp:extent cx="640080" cy="64008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0"/>
                          <a:stretch>
                            <a:fillRect/>
                          </a:stretch>
                        </pic:blipFill>
                        <pic:spPr>
                          <a:xfrm>
                            <a:off x="0" y="0"/>
                            <a:ext cx="640080" cy="640080"/>
                          </a:xfrm>
                          <a:prstGeom prst="rect">
                            <a:avLst/>
                          </a:prstGeom>
                        </pic:spPr>
                      </pic:pic>
                    </a:graphicData>
                  </a:graphic>
                </wp:inline>
              </w:drawing>
            </w:r>
          </w:p>
        </w:tc>
      </w:tr>
      <w:tr w:rsidR="005C547F" w:rsidRPr="0092658F" w14:paraId="3E81460F" w14:textId="77777777" w:rsidTr="00423CDA">
        <w:trPr>
          <w:jc w:val="center"/>
        </w:trPr>
        <w:tc>
          <w:tcPr>
            <w:tcW w:w="1131" w:type="dxa"/>
          </w:tcPr>
          <w:p w14:paraId="16FA1CB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85</w:t>
            </w:r>
          </w:p>
        </w:tc>
        <w:tc>
          <w:tcPr>
            <w:tcW w:w="1559" w:type="dxa"/>
          </w:tcPr>
          <w:p w14:paraId="142D31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2.001211</w:t>
            </w:r>
          </w:p>
        </w:tc>
        <w:tc>
          <w:tcPr>
            <w:tcW w:w="2446" w:type="dxa"/>
          </w:tcPr>
          <w:p w14:paraId="24D7FB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Xóa đăng ký phương tiện hoạt động vui chơi, giải trí dưới nước</w:t>
            </w:r>
          </w:p>
        </w:tc>
        <w:tc>
          <w:tcPr>
            <w:tcW w:w="1599" w:type="dxa"/>
          </w:tcPr>
          <w:p w14:paraId="0CCB460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6D49AD1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BF5DB42" wp14:editId="71E924A7">
                  <wp:extent cx="640080" cy="64008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1"/>
                          <a:stretch>
                            <a:fillRect/>
                          </a:stretch>
                        </pic:blipFill>
                        <pic:spPr>
                          <a:xfrm>
                            <a:off x="0" y="0"/>
                            <a:ext cx="640080" cy="640080"/>
                          </a:xfrm>
                          <a:prstGeom prst="rect">
                            <a:avLst/>
                          </a:prstGeom>
                        </pic:spPr>
                      </pic:pic>
                    </a:graphicData>
                  </a:graphic>
                </wp:inline>
              </w:drawing>
            </w:r>
          </w:p>
        </w:tc>
      </w:tr>
      <w:tr w:rsidR="005C547F" w:rsidRPr="0092658F" w14:paraId="658DAC11" w14:textId="77777777" w:rsidTr="00423CDA">
        <w:trPr>
          <w:jc w:val="center"/>
        </w:trPr>
        <w:tc>
          <w:tcPr>
            <w:tcW w:w="1131" w:type="dxa"/>
          </w:tcPr>
          <w:p w14:paraId="006982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86</w:t>
            </w:r>
          </w:p>
        </w:tc>
        <w:tc>
          <w:tcPr>
            <w:tcW w:w="1559" w:type="dxa"/>
          </w:tcPr>
          <w:p w14:paraId="6AAEBC9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2.001212</w:t>
            </w:r>
          </w:p>
        </w:tc>
        <w:tc>
          <w:tcPr>
            <w:tcW w:w="2446" w:type="dxa"/>
          </w:tcPr>
          <w:p w14:paraId="4C8673A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chứng nhận đăng ký phương tiện hoạt động vui chơi, giải trí dưới nước</w:t>
            </w:r>
          </w:p>
        </w:tc>
        <w:tc>
          <w:tcPr>
            <w:tcW w:w="1599" w:type="dxa"/>
          </w:tcPr>
          <w:p w14:paraId="5D0ED0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1C578B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83004EB" wp14:editId="053974BB">
                  <wp:extent cx="640080" cy="64008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2"/>
                          <a:stretch>
                            <a:fillRect/>
                          </a:stretch>
                        </pic:blipFill>
                        <pic:spPr>
                          <a:xfrm>
                            <a:off x="0" y="0"/>
                            <a:ext cx="640080" cy="640080"/>
                          </a:xfrm>
                          <a:prstGeom prst="rect">
                            <a:avLst/>
                          </a:prstGeom>
                        </pic:spPr>
                      </pic:pic>
                    </a:graphicData>
                  </a:graphic>
                </wp:inline>
              </w:drawing>
            </w:r>
          </w:p>
        </w:tc>
      </w:tr>
      <w:tr w:rsidR="005C547F" w:rsidRPr="0092658F" w14:paraId="39DBDC05" w14:textId="77777777" w:rsidTr="00423CDA">
        <w:trPr>
          <w:jc w:val="center"/>
        </w:trPr>
        <w:tc>
          <w:tcPr>
            <w:tcW w:w="1131" w:type="dxa"/>
          </w:tcPr>
          <w:p w14:paraId="070EFA9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87</w:t>
            </w:r>
          </w:p>
        </w:tc>
        <w:tc>
          <w:tcPr>
            <w:tcW w:w="1559" w:type="dxa"/>
          </w:tcPr>
          <w:p w14:paraId="64B05A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1.009453</w:t>
            </w:r>
          </w:p>
        </w:tc>
        <w:tc>
          <w:tcPr>
            <w:tcW w:w="2446" w:type="dxa"/>
          </w:tcPr>
          <w:p w14:paraId="5C94A2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Cho ý kiến về thông số kỹ thuật xây dựng bến khách ngang sông, kết cấu hạ tầng đường thủy nội địa phục vụ thi công công trình, dự án và bến dân sinh</w:t>
            </w:r>
          </w:p>
        </w:tc>
        <w:tc>
          <w:tcPr>
            <w:tcW w:w="1599" w:type="dxa"/>
          </w:tcPr>
          <w:p w14:paraId="4D1D882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00FE61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83FD6BF" wp14:editId="141E0254">
                  <wp:extent cx="640080" cy="64008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3"/>
                          <a:stretch>
                            <a:fillRect/>
                          </a:stretch>
                        </pic:blipFill>
                        <pic:spPr>
                          <a:xfrm>
                            <a:off x="0" y="0"/>
                            <a:ext cx="640080" cy="640080"/>
                          </a:xfrm>
                          <a:prstGeom prst="rect">
                            <a:avLst/>
                          </a:prstGeom>
                        </pic:spPr>
                      </pic:pic>
                    </a:graphicData>
                  </a:graphic>
                </wp:inline>
              </w:drawing>
            </w:r>
          </w:p>
        </w:tc>
      </w:tr>
      <w:tr w:rsidR="005C547F" w:rsidRPr="0092658F" w14:paraId="62127199" w14:textId="77777777" w:rsidTr="00423CDA">
        <w:trPr>
          <w:jc w:val="center"/>
        </w:trPr>
        <w:tc>
          <w:tcPr>
            <w:tcW w:w="1131" w:type="dxa"/>
          </w:tcPr>
          <w:p w14:paraId="42948D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88</w:t>
            </w:r>
          </w:p>
        </w:tc>
        <w:tc>
          <w:tcPr>
            <w:tcW w:w="1559" w:type="dxa"/>
          </w:tcPr>
          <w:p w14:paraId="57FD8DF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1.013232</w:t>
            </w:r>
          </w:p>
        </w:tc>
        <w:tc>
          <w:tcPr>
            <w:tcW w:w="2446" w:type="dxa"/>
          </w:tcPr>
          <w:p w14:paraId="353C82D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1599" w:type="dxa"/>
          </w:tcPr>
          <w:p w14:paraId="6D7455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Hoạt động xây dựng</w:t>
            </w:r>
          </w:p>
        </w:tc>
        <w:tc>
          <w:tcPr>
            <w:tcW w:w="1728" w:type="dxa"/>
          </w:tcPr>
          <w:p w14:paraId="230DC3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E4C190B" wp14:editId="2869B49B">
                  <wp:extent cx="640080" cy="64008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4"/>
                          <a:stretch>
                            <a:fillRect/>
                          </a:stretch>
                        </pic:blipFill>
                        <pic:spPr>
                          <a:xfrm>
                            <a:off x="0" y="0"/>
                            <a:ext cx="640080" cy="640080"/>
                          </a:xfrm>
                          <a:prstGeom prst="rect">
                            <a:avLst/>
                          </a:prstGeom>
                        </pic:spPr>
                      </pic:pic>
                    </a:graphicData>
                  </a:graphic>
                </wp:inline>
              </w:drawing>
            </w:r>
          </w:p>
        </w:tc>
      </w:tr>
      <w:tr w:rsidR="005C547F" w:rsidRPr="0092658F" w14:paraId="22C10572" w14:textId="77777777" w:rsidTr="00423CDA">
        <w:trPr>
          <w:jc w:val="center"/>
        </w:trPr>
        <w:tc>
          <w:tcPr>
            <w:tcW w:w="1131" w:type="dxa"/>
          </w:tcPr>
          <w:p w14:paraId="789CE1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89</w:t>
            </w:r>
          </w:p>
        </w:tc>
        <w:tc>
          <w:tcPr>
            <w:tcW w:w="1559" w:type="dxa"/>
          </w:tcPr>
          <w:p w14:paraId="35908DC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1.003681</w:t>
            </w:r>
          </w:p>
        </w:tc>
        <w:tc>
          <w:tcPr>
            <w:tcW w:w="2446" w:type="dxa"/>
          </w:tcPr>
          <w:p w14:paraId="059B1C2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Xóa đăng ký tàu cá, tàu phục vụ nuôi trồng thủy sản</w:t>
            </w:r>
          </w:p>
        </w:tc>
        <w:tc>
          <w:tcPr>
            <w:tcW w:w="1599" w:type="dxa"/>
          </w:tcPr>
          <w:p w14:paraId="2A94B5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26122F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A427094" wp14:editId="61E5C889">
                  <wp:extent cx="640080" cy="64008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5"/>
                          <a:stretch>
                            <a:fillRect/>
                          </a:stretch>
                        </pic:blipFill>
                        <pic:spPr>
                          <a:xfrm>
                            <a:off x="0" y="0"/>
                            <a:ext cx="640080" cy="640080"/>
                          </a:xfrm>
                          <a:prstGeom prst="rect">
                            <a:avLst/>
                          </a:prstGeom>
                        </pic:spPr>
                      </pic:pic>
                    </a:graphicData>
                  </a:graphic>
                </wp:inline>
              </w:drawing>
            </w:r>
          </w:p>
        </w:tc>
      </w:tr>
      <w:tr w:rsidR="005C547F" w:rsidRPr="0092658F" w14:paraId="1283333B" w14:textId="77777777" w:rsidTr="00423CDA">
        <w:trPr>
          <w:jc w:val="center"/>
        </w:trPr>
        <w:tc>
          <w:tcPr>
            <w:tcW w:w="1131" w:type="dxa"/>
          </w:tcPr>
          <w:p w14:paraId="61FAB9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90</w:t>
            </w:r>
          </w:p>
        </w:tc>
        <w:tc>
          <w:tcPr>
            <w:tcW w:w="1559" w:type="dxa"/>
          </w:tcPr>
          <w:p w14:paraId="6AB71A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1.003586</w:t>
            </w:r>
          </w:p>
        </w:tc>
        <w:tc>
          <w:tcPr>
            <w:tcW w:w="2446" w:type="dxa"/>
          </w:tcPr>
          <w:p w14:paraId="0D7CEA5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chứng nhận đăng ký tạm thời tàu cá, tàu phục vụ nuôi trồng thủy sản</w:t>
            </w:r>
          </w:p>
        </w:tc>
        <w:tc>
          <w:tcPr>
            <w:tcW w:w="1599" w:type="dxa"/>
          </w:tcPr>
          <w:p w14:paraId="0C35D36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07FD110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74B29D4" wp14:editId="29907FBC">
                  <wp:extent cx="640080" cy="64008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6"/>
                          <a:stretch>
                            <a:fillRect/>
                          </a:stretch>
                        </pic:blipFill>
                        <pic:spPr>
                          <a:xfrm>
                            <a:off x="0" y="0"/>
                            <a:ext cx="640080" cy="640080"/>
                          </a:xfrm>
                          <a:prstGeom prst="rect">
                            <a:avLst/>
                          </a:prstGeom>
                        </pic:spPr>
                      </pic:pic>
                    </a:graphicData>
                  </a:graphic>
                </wp:inline>
              </w:drawing>
            </w:r>
          </w:p>
        </w:tc>
      </w:tr>
      <w:tr w:rsidR="005C547F" w:rsidRPr="0092658F" w14:paraId="79BC8E75" w14:textId="77777777" w:rsidTr="00423CDA">
        <w:trPr>
          <w:jc w:val="center"/>
        </w:trPr>
        <w:tc>
          <w:tcPr>
            <w:tcW w:w="1131" w:type="dxa"/>
          </w:tcPr>
          <w:p w14:paraId="4E5111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91</w:t>
            </w:r>
          </w:p>
        </w:tc>
        <w:tc>
          <w:tcPr>
            <w:tcW w:w="1559" w:type="dxa"/>
          </w:tcPr>
          <w:p w14:paraId="1711EA5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1.014335</w:t>
            </w:r>
          </w:p>
        </w:tc>
        <w:tc>
          <w:tcPr>
            <w:tcW w:w="2446" w:type="dxa"/>
          </w:tcPr>
          <w:p w14:paraId="255852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Đề nghị miễn, giảm học phí trong cơ sở giáo dục nghề nghiệp, cơ sở giáo dục đại học tư thục và cơ sở giáo dục nghề nghiệp, </w:t>
            </w:r>
            <w:r w:rsidRPr="0092658F">
              <w:rPr>
                <w:rFonts w:ascii="Times New Roman" w:hAnsi="Times New Roman" w:cs="Times New Roman"/>
              </w:rPr>
              <w:lastRenderedPageBreak/>
              <w:t>cơ sở giáo dục đại học thuộc tổ chức kinh tế, doanh nghiệp nhà nước</w:t>
            </w:r>
          </w:p>
        </w:tc>
        <w:tc>
          <w:tcPr>
            <w:tcW w:w="1599" w:type="dxa"/>
          </w:tcPr>
          <w:p w14:paraId="48691B8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Giáo dục và Đào tạo thuộc hệ thống giáo dục quốc dân</w:t>
            </w:r>
          </w:p>
        </w:tc>
        <w:tc>
          <w:tcPr>
            <w:tcW w:w="1728" w:type="dxa"/>
          </w:tcPr>
          <w:p w14:paraId="0351F1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7812158" wp14:editId="1FE902D7">
                  <wp:extent cx="640080" cy="64008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7"/>
                          <a:stretch>
                            <a:fillRect/>
                          </a:stretch>
                        </pic:blipFill>
                        <pic:spPr>
                          <a:xfrm>
                            <a:off x="0" y="0"/>
                            <a:ext cx="640080" cy="640080"/>
                          </a:xfrm>
                          <a:prstGeom prst="rect">
                            <a:avLst/>
                          </a:prstGeom>
                        </pic:spPr>
                      </pic:pic>
                    </a:graphicData>
                  </a:graphic>
                </wp:inline>
              </w:drawing>
            </w:r>
          </w:p>
        </w:tc>
      </w:tr>
      <w:tr w:rsidR="005C547F" w:rsidRPr="0092658F" w14:paraId="1A5FE0C6" w14:textId="77777777" w:rsidTr="00423CDA">
        <w:trPr>
          <w:jc w:val="center"/>
        </w:trPr>
        <w:tc>
          <w:tcPr>
            <w:tcW w:w="1131" w:type="dxa"/>
          </w:tcPr>
          <w:p w14:paraId="51B216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92</w:t>
            </w:r>
          </w:p>
        </w:tc>
        <w:tc>
          <w:tcPr>
            <w:tcW w:w="1559" w:type="dxa"/>
          </w:tcPr>
          <w:p w14:paraId="38203C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1.014337</w:t>
            </w:r>
          </w:p>
        </w:tc>
        <w:tc>
          <w:tcPr>
            <w:tcW w:w="2446" w:type="dxa"/>
          </w:tcPr>
          <w:p w14:paraId="47AFE9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w="1599" w:type="dxa"/>
          </w:tcPr>
          <w:p w14:paraId="42AC041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5C25349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91EABBA" wp14:editId="38AECC32">
                  <wp:extent cx="640080" cy="64008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8"/>
                          <a:stretch>
                            <a:fillRect/>
                          </a:stretch>
                        </pic:blipFill>
                        <pic:spPr>
                          <a:xfrm>
                            <a:off x="0" y="0"/>
                            <a:ext cx="640080" cy="640080"/>
                          </a:xfrm>
                          <a:prstGeom prst="rect">
                            <a:avLst/>
                          </a:prstGeom>
                        </pic:spPr>
                      </pic:pic>
                    </a:graphicData>
                  </a:graphic>
                </wp:inline>
              </w:drawing>
            </w:r>
          </w:p>
        </w:tc>
      </w:tr>
      <w:tr w:rsidR="005C547F" w:rsidRPr="0092658F" w14:paraId="6E9143F7" w14:textId="77777777" w:rsidTr="00423CDA">
        <w:trPr>
          <w:jc w:val="center"/>
        </w:trPr>
        <w:tc>
          <w:tcPr>
            <w:tcW w:w="1131" w:type="dxa"/>
          </w:tcPr>
          <w:p w14:paraId="6B3EC3D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93</w:t>
            </w:r>
          </w:p>
        </w:tc>
        <w:tc>
          <w:tcPr>
            <w:tcW w:w="1559" w:type="dxa"/>
          </w:tcPr>
          <w:p w14:paraId="61EB62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1.012975</w:t>
            </w:r>
          </w:p>
        </w:tc>
        <w:tc>
          <w:tcPr>
            <w:tcW w:w="2446" w:type="dxa"/>
          </w:tcPr>
          <w:p w14:paraId="1E3B05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Cho phép cơ sở giáo dục khác thực hiện chương trình giáo dục phổ thông cấp tiểu học</w:t>
            </w:r>
          </w:p>
        </w:tc>
        <w:tc>
          <w:tcPr>
            <w:tcW w:w="1599" w:type="dxa"/>
          </w:tcPr>
          <w:p w14:paraId="5941947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Các cơ sở giáo dục khác</w:t>
            </w:r>
          </w:p>
        </w:tc>
        <w:tc>
          <w:tcPr>
            <w:tcW w:w="1728" w:type="dxa"/>
          </w:tcPr>
          <w:p w14:paraId="43E9774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4DC7AE6" wp14:editId="39639023">
                  <wp:extent cx="640080" cy="64008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9"/>
                          <a:stretch>
                            <a:fillRect/>
                          </a:stretch>
                        </pic:blipFill>
                        <pic:spPr>
                          <a:xfrm>
                            <a:off x="0" y="0"/>
                            <a:ext cx="640080" cy="640080"/>
                          </a:xfrm>
                          <a:prstGeom prst="rect">
                            <a:avLst/>
                          </a:prstGeom>
                        </pic:spPr>
                      </pic:pic>
                    </a:graphicData>
                  </a:graphic>
                </wp:inline>
              </w:drawing>
            </w:r>
          </w:p>
        </w:tc>
      </w:tr>
      <w:tr w:rsidR="005C547F" w:rsidRPr="0092658F" w14:paraId="53A7D6F2" w14:textId="77777777" w:rsidTr="00423CDA">
        <w:trPr>
          <w:jc w:val="center"/>
        </w:trPr>
        <w:tc>
          <w:tcPr>
            <w:tcW w:w="1131" w:type="dxa"/>
          </w:tcPr>
          <w:p w14:paraId="55E959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94</w:t>
            </w:r>
          </w:p>
        </w:tc>
        <w:tc>
          <w:tcPr>
            <w:tcW w:w="1559" w:type="dxa"/>
          </w:tcPr>
          <w:p w14:paraId="742A166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1.012973</w:t>
            </w:r>
          </w:p>
        </w:tc>
        <w:tc>
          <w:tcPr>
            <w:tcW w:w="2446" w:type="dxa"/>
          </w:tcPr>
          <w:p w14:paraId="0DA97AE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Sáp nhập, chia, tách cơ sở giáo dục mầm non độc lập</w:t>
            </w:r>
          </w:p>
        </w:tc>
        <w:tc>
          <w:tcPr>
            <w:tcW w:w="1599" w:type="dxa"/>
          </w:tcPr>
          <w:p w14:paraId="39DDC15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0B4E3D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B9D6C9A" wp14:editId="215C1A47">
                  <wp:extent cx="640080" cy="64008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0"/>
                          <a:stretch>
                            <a:fillRect/>
                          </a:stretch>
                        </pic:blipFill>
                        <pic:spPr>
                          <a:xfrm>
                            <a:off x="0" y="0"/>
                            <a:ext cx="640080" cy="640080"/>
                          </a:xfrm>
                          <a:prstGeom prst="rect">
                            <a:avLst/>
                          </a:prstGeom>
                        </pic:spPr>
                      </pic:pic>
                    </a:graphicData>
                  </a:graphic>
                </wp:inline>
              </w:drawing>
            </w:r>
          </w:p>
        </w:tc>
      </w:tr>
      <w:tr w:rsidR="005C547F" w:rsidRPr="0092658F" w14:paraId="2D892B76" w14:textId="77777777" w:rsidTr="00423CDA">
        <w:trPr>
          <w:jc w:val="center"/>
        </w:trPr>
        <w:tc>
          <w:tcPr>
            <w:tcW w:w="1131" w:type="dxa"/>
          </w:tcPr>
          <w:p w14:paraId="68EDDA5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95</w:t>
            </w:r>
          </w:p>
        </w:tc>
        <w:tc>
          <w:tcPr>
            <w:tcW w:w="1559" w:type="dxa"/>
          </w:tcPr>
          <w:p w14:paraId="07DDAF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1.012971</w:t>
            </w:r>
          </w:p>
        </w:tc>
        <w:tc>
          <w:tcPr>
            <w:tcW w:w="2446" w:type="dxa"/>
          </w:tcPr>
          <w:p w14:paraId="5E98B8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hoặc cho phép thành lập cơ sở giáo dục mầm non độc lập</w:t>
            </w:r>
          </w:p>
        </w:tc>
        <w:tc>
          <w:tcPr>
            <w:tcW w:w="1599" w:type="dxa"/>
          </w:tcPr>
          <w:p w14:paraId="23EA5A8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709F624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568D076" wp14:editId="01122154">
                  <wp:extent cx="640080" cy="64008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1"/>
                          <a:stretch>
                            <a:fillRect/>
                          </a:stretch>
                        </pic:blipFill>
                        <pic:spPr>
                          <a:xfrm>
                            <a:off x="0" y="0"/>
                            <a:ext cx="640080" cy="640080"/>
                          </a:xfrm>
                          <a:prstGeom prst="rect">
                            <a:avLst/>
                          </a:prstGeom>
                        </pic:spPr>
                      </pic:pic>
                    </a:graphicData>
                  </a:graphic>
                </wp:inline>
              </w:drawing>
            </w:r>
          </w:p>
        </w:tc>
      </w:tr>
      <w:tr w:rsidR="005C547F" w:rsidRPr="0092658F" w14:paraId="48065B05" w14:textId="77777777" w:rsidTr="00423CDA">
        <w:trPr>
          <w:jc w:val="center"/>
        </w:trPr>
        <w:tc>
          <w:tcPr>
            <w:tcW w:w="1131" w:type="dxa"/>
          </w:tcPr>
          <w:p w14:paraId="02550B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96</w:t>
            </w:r>
          </w:p>
        </w:tc>
        <w:tc>
          <w:tcPr>
            <w:tcW w:w="1559" w:type="dxa"/>
          </w:tcPr>
          <w:p w14:paraId="139CCD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1.012969</w:t>
            </w:r>
          </w:p>
        </w:tc>
        <w:tc>
          <w:tcPr>
            <w:tcW w:w="2446" w:type="dxa"/>
          </w:tcPr>
          <w:p w14:paraId="01872C8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hoặc cho phép thành lập trung tâm học tập cộng đồng</w:t>
            </w:r>
          </w:p>
        </w:tc>
        <w:tc>
          <w:tcPr>
            <w:tcW w:w="1599" w:type="dxa"/>
          </w:tcPr>
          <w:p w14:paraId="39C4741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thường xuyên</w:t>
            </w:r>
          </w:p>
        </w:tc>
        <w:tc>
          <w:tcPr>
            <w:tcW w:w="1728" w:type="dxa"/>
          </w:tcPr>
          <w:p w14:paraId="40A654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F953A8E" wp14:editId="0AF4256B">
                  <wp:extent cx="640080" cy="64008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2"/>
                          <a:stretch>
                            <a:fillRect/>
                          </a:stretch>
                        </pic:blipFill>
                        <pic:spPr>
                          <a:xfrm>
                            <a:off x="0" y="0"/>
                            <a:ext cx="640080" cy="640080"/>
                          </a:xfrm>
                          <a:prstGeom prst="rect">
                            <a:avLst/>
                          </a:prstGeom>
                        </pic:spPr>
                      </pic:pic>
                    </a:graphicData>
                  </a:graphic>
                </wp:inline>
              </w:drawing>
            </w:r>
          </w:p>
        </w:tc>
      </w:tr>
      <w:tr w:rsidR="005C547F" w:rsidRPr="0092658F" w14:paraId="7D056683" w14:textId="77777777" w:rsidTr="00423CDA">
        <w:trPr>
          <w:jc w:val="center"/>
        </w:trPr>
        <w:tc>
          <w:tcPr>
            <w:tcW w:w="1131" w:type="dxa"/>
          </w:tcPr>
          <w:p w14:paraId="36DEB8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97</w:t>
            </w:r>
          </w:p>
        </w:tc>
        <w:tc>
          <w:tcPr>
            <w:tcW w:w="1559" w:type="dxa"/>
          </w:tcPr>
          <w:p w14:paraId="19602B0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1.012964</w:t>
            </w:r>
          </w:p>
        </w:tc>
        <w:tc>
          <w:tcPr>
            <w:tcW w:w="2446" w:type="dxa"/>
          </w:tcPr>
          <w:p w14:paraId="195F85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hoặc cho phép thành lập trường trung học cơ sở, trường phổ thông có nhiều cấp học có cấp học cao nhất là trung học cơ sở</w:t>
            </w:r>
          </w:p>
        </w:tc>
        <w:tc>
          <w:tcPr>
            <w:tcW w:w="1599" w:type="dxa"/>
          </w:tcPr>
          <w:p w14:paraId="008CD2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trung học</w:t>
            </w:r>
          </w:p>
        </w:tc>
        <w:tc>
          <w:tcPr>
            <w:tcW w:w="1728" w:type="dxa"/>
          </w:tcPr>
          <w:p w14:paraId="356BA0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34C31F4" wp14:editId="2D25490D">
                  <wp:extent cx="640080" cy="64008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3"/>
                          <a:stretch>
                            <a:fillRect/>
                          </a:stretch>
                        </pic:blipFill>
                        <pic:spPr>
                          <a:xfrm>
                            <a:off x="0" y="0"/>
                            <a:ext cx="640080" cy="640080"/>
                          </a:xfrm>
                          <a:prstGeom prst="rect">
                            <a:avLst/>
                          </a:prstGeom>
                        </pic:spPr>
                      </pic:pic>
                    </a:graphicData>
                  </a:graphic>
                </wp:inline>
              </w:drawing>
            </w:r>
          </w:p>
        </w:tc>
      </w:tr>
      <w:tr w:rsidR="005C547F" w:rsidRPr="0092658F" w14:paraId="24C8A237" w14:textId="77777777" w:rsidTr="00423CDA">
        <w:trPr>
          <w:jc w:val="center"/>
        </w:trPr>
        <w:tc>
          <w:tcPr>
            <w:tcW w:w="1131" w:type="dxa"/>
          </w:tcPr>
          <w:p w14:paraId="533AAD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98</w:t>
            </w:r>
          </w:p>
        </w:tc>
        <w:tc>
          <w:tcPr>
            <w:tcW w:w="1559" w:type="dxa"/>
          </w:tcPr>
          <w:p w14:paraId="0D1234F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1.012963</w:t>
            </w:r>
          </w:p>
        </w:tc>
        <w:tc>
          <w:tcPr>
            <w:tcW w:w="2446" w:type="dxa"/>
          </w:tcPr>
          <w:p w14:paraId="0E85F81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hoặc cho phép thành lập trường tiểu học</w:t>
            </w:r>
          </w:p>
        </w:tc>
        <w:tc>
          <w:tcPr>
            <w:tcW w:w="1599" w:type="dxa"/>
          </w:tcPr>
          <w:p w14:paraId="448B4B7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tiểu học</w:t>
            </w:r>
          </w:p>
        </w:tc>
        <w:tc>
          <w:tcPr>
            <w:tcW w:w="1728" w:type="dxa"/>
          </w:tcPr>
          <w:p w14:paraId="2EDB0E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A704CFF" wp14:editId="11467AE0">
                  <wp:extent cx="640080" cy="64008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4"/>
                          <a:stretch>
                            <a:fillRect/>
                          </a:stretch>
                        </pic:blipFill>
                        <pic:spPr>
                          <a:xfrm>
                            <a:off x="0" y="0"/>
                            <a:ext cx="640080" cy="640080"/>
                          </a:xfrm>
                          <a:prstGeom prst="rect">
                            <a:avLst/>
                          </a:prstGeom>
                        </pic:spPr>
                      </pic:pic>
                    </a:graphicData>
                  </a:graphic>
                </wp:inline>
              </w:drawing>
            </w:r>
          </w:p>
        </w:tc>
      </w:tr>
      <w:tr w:rsidR="005C547F" w:rsidRPr="0092658F" w14:paraId="21E0BE97" w14:textId="77777777" w:rsidTr="00423CDA">
        <w:trPr>
          <w:jc w:val="center"/>
        </w:trPr>
        <w:tc>
          <w:tcPr>
            <w:tcW w:w="1131" w:type="dxa"/>
          </w:tcPr>
          <w:p w14:paraId="4003DD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99</w:t>
            </w:r>
          </w:p>
        </w:tc>
        <w:tc>
          <w:tcPr>
            <w:tcW w:w="1559" w:type="dxa"/>
          </w:tcPr>
          <w:p w14:paraId="6F5B99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1.012974</w:t>
            </w:r>
          </w:p>
        </w:tc>
        <w:tc>
          <w:tcPr>
            <w:tcW w:w="2446" w:type="dxa"/>
          </w:tcPr>
          <w:p w14:paraId="2826302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thể cơ sở giáo dục mầm non độc lập (theo đề nghị của tổ chức, cá nhân thành lập trường)</w:t>
            </w:r>
          </w:p>
        </w:tc>
        <w:tc>
          <w:tcPr>
            <w:tcW w:w="1599" w:type="dxa"/>
          </w:tcPr>
          <w:p w14:paraId="5C12BE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mầm non</w:t>
            </w:r>
          </w:p>
        </w:tc>
        <w:tc>
          <w:tcPr>
            <w:tcW w:w="1728" w:type="dxa"/>
          </w:tcPr>
          <w:p w14:paraId="5615EA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7E4AB9B" wp14:editId="7A98370A">
                  <wp:extent cx="640080" cy="64008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5"/>
                          <a:stretch>
                            <a:fillRect/>
                          </a:stretch>
                        </pic:blipFill>
                        <pic:spPr>
                          <a:xfrm>
                            <a:off x="0" y="0"/>
                            <a:ext cx="640080" cy="640080"/>
                          </a:xfrm>
                          <a:prstGeom prst="rect">
                            <a:avLst/>
                          </a:prstGeom>
                        </pic:spPr>
                      </pic:pic>
                    </a:graphicData>
                  </a:graphic>
                </wp:inline>
              </w:drawing>
            </w:r>
          </w:p>
        </w:tc>
      </w:tr>
      <w:tr w:rsidR="005C547F" w:rsidRPr="0092658F" w14:paraId="63A43E02" w14:textId="77777777" w:rsidTr="00423CDA">
        <w:trPr>
          <w:jc w:val="center"/>
        </w:trPr>
        <w:tc>
          <w:tcPr>
            <w:tcW w:w="1131" w:type="dxa"/>
          </w:tcPr>
          <w:p w14:paraId="45FC5C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w:t>
            </w:r>
          </w:p>
        </w:tc>
        <w:tc>
          <w:tcPr>
            <w:tcW w:w="1559" w:type="dxa"/>
          </w:tcPr>
          <w:p w14:paraId="7D6A1D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1.012968</w:t>
            </w:r>
          </w:p>
        </w:tc>
        <w:tc>
          <w:tcPr>
            <w:tcW w:w="2446" w:type="dxa"/>
          </w:tcPr>
          <w:p w14:paraId="6AF391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thể trường trung học cơ sở, trường phổ thông có nhiều cấp học có cấp học cao nhất là trung học cơ sở (Theo đề nghị của tổ chức, cá nhân thành lập trường)</w:t>
            </w:r>
          </w:p>
        </w:tc>
        <w:tc>
          <w:tcPr>
            <w:tcW w:w="1599" w:type="dxa"/>
          </w:tcPr>
          <w:p w14:paraId="1D303C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trung học</w:t>
            </w:r>
          </w:p>
        </w:tc>
        <w:tc>
          <w:tcPr>
            <w:tcW w:w="1728" w:type="dxa"/>
          </w:tcPr>
          <w:p w14:paraId="5E8D092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C8483C1" wp14:editId="42BF462D">
                  <wp:extent cx="640080" cy="64008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6"/>
                          <a:stretch>
                            <a:fillRect/>
                          </a:stretch>
                        </pic:blipFill>
                        <pic:spPr>
                          <a:xfrm>
                            <a:off x="0" y="0"/>
                            <a:ext cx="640080" cy="640080"/>
                          </a:xfrm>
                          <a:prstGeom prst="rect">
                            <a:avLst/>
                          </a:prstGeom>
                        </pic:spPr>
                      </pic:pic>
                    </a:graphicData>
                  </a:graphic>
                </wp:inline>
              </w:drawing>
            </w:r>
          </w:p>
        </w:tc>
      </w:tr>
      <w:tr w:rsidR="005C547F" w:rsidRPr="0092658F" w14:paraId="4C898A29" w14:textId="77777777" w:rsidTr="00423CDA">
        <w:trPr>
          <w:jc w:val="center"/>
        </w:trPr>
        <w:tc>
          <w:tcPr>
            <w:tcW w:w="1131" w:type="dxa"/>
          </w:tcPr>
          <w:p w14:paraId="2EEBB8B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w:t>
            </w:r>
          </w:p>
        </w:tc>
        <w:tc>
          <w:tcPr>
            <w:tcW w:w="1559" w:type="dxa"/>
          </w:tcPr>
          <w:p w14:paraId="2419B3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1.012967</w:t>
            </w:r>
          </w:p>
        </w:tc>
        <w:tc>
          <w:tcPr>
            <w:tcW w:w="2446" w:type="dxa"/>
          </w:tcPr>
          <w:p w14:paraId="09041A0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Sáp nhập, chia, tách trường trung học cơ sở, trường phổ thông có nhiều cấp học có cấp học cao nhất là trung học cơ sở</w:t>
            </w:r>
          </w:p>
        </w:tc>
        <w:tc>
          <w:tcPr>
            <w:tcW w:w="1599" w:type="dxa"/>
          </w:tcPr>
          <w:p w14:paraId="7D66A3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trung học</w:t>
            </w:r>
          </w:p>
        </w:tc>
        <w:tc>
          <w:tcPr>
            <w:tcW w:w="1728" w:type="dxa"/>
          </w:tcPr>
          <w:p w14:paraId="6592D1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EF3F5A1" wp14:editId="3022EDB1">
                  <wp:extent cx="640080" cy="64008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7"/>
                          <a:stretch>
                            <a:fillRect/>
                          </a:stretch>
                        </pic:blipFill>
                        <pic:spPr>
                          <a:xfrm>
                            <a:off x="0" y="0"/>
                            <a:ext cx="640080" cy="640080"/>
                          </a:xfrm>
                          <a:prstGeom prst="rect">
                            <a:avLst/>
                          </a:prstGeom>
                        </pic:spPr>
                      </pic:pic>
                    </a:graphicData>
                  </a:graphic>
                </wp:inline>
              </w:drawing>
            </w:r>
          </w:p>
        </w:tc>
      </w:tr>
      <w:tr w:rsidR="005C547F" w:rsidRPr="0092658F" w14:paraId="0CAD2CDD" w14:textId="77777777" w:rsidTr="00423CDA">
        <w:trPr>
          <w:jc w:val="center"/>
        </w:trPr>
        <w:tc>
          <w:tcPr>
            <w:tcW w:w="1131" w:type="dxa"/>
          </w:tcPr>
          <w:p w14:paraId="53862B4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102</w:t>
            </w:r>
          </w:p>
        </w:tc>
        <w:tc>
          <w:tcPr>
            <w:tcW w:w="1559" w:type="dxa"/>
          </w:tcPr>
          <w:p w14:paraId="5D37EBB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1.012965</w:t>
            </w:r>
          </w:p>
        </w:tc>
        <w:tc>
          <w:tcPr>
            <w:tcW w:w="2446" w:type="dxa"/>
          </w:tcPr>
          <w:p w14:paraId="455B5F1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Cho phép trường trung học cơ sở, trường phổ thông có nhiều cấp học có cấp học cao nhất là trung học cơ sở hoạt động giáo dục</w:t>
            </w:r>
          </w:p>
        </w:tc>
        <w:tc>
          <w:tcPr>
            <w:tcW w:w="1599" w:type="dxa"/>
          </w:tcPr>
          <w:p w14:paraId="5D5AEB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trung học</w:t>
            </w:r>
          </w:p>
        </w:tc>
        <w:tc>
          <w:tcPr>
            <w:tcW w:w="1728" w:type="dxa"/>
          </w:tcPr>
          <w:p w14:paraId="04174B3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7056EBA" wp14:editId="36759DBA">
                  <wp:extent cx="640080" cy="64008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8"/>
                          <a:stretch>
                            <a:fillRect/>
                          </a:stretch>
                        </pic:blipFill>
                        <pic:spPr>
                          <a:xfrm>
                            <a:off x="0" y="0"/>
                            <a:ext cx="640080" cy="640080"/>
                          </a:xfrm>
                          <a:prstGeom prst="rect">
                            <a:avLst/>
                          </a:prstGeom>
                        </pic:spPr>
                      </pic:pic>
                    </a:graphicData>
                  </a:graphic>
                </wp:inline>
              </w:drawing>
            </w:r>
          </w:p>
        </w:tc>
      </w:tr>
      <w:tr w:rsidR="005C547F" w:rsidRPr="0092658F" w14:paraId="7500CC41" w14:textId="77777777" w:rsidTr="00423CDA">
        <w:trPr>
          <w:jc w:val="center"/>
        </w:trPr>
        <w:tc>
          <w:tcPr>
            <w:tcW w:w="1131" w:type="dxa"/>
          </w:tcPr>
          <w:p w14:paraId="6A9ED0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103</w:t>
            </w:r>
          </w:p>
        </w:tc>
        <w:tc>
          <w:tcPr>
            <w:tcW w:w="1559" w:type="dxa"/>
          </w:tcPr>
          <w:p w14:paraId="69AD1EF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3.000315</w:t>
            </w:r>
          </w:p>
        </w:tc>
        <w:tc>
          <w:tcPr>
            <w:tcW w:w="2446" w:type="dxa"/>
          </w:tcPr>
          <w:p w14:paraId="318A8C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hoặc cho phép thành lập trung tâm khác thực hiện nhiệm vụ giáo dục thường xuyên</w:t>
            </w:r>
          </w:p>
        </w:tc>
        <w:tc>
          <w:tcPr>
            <w:tcW w:w="1599" w:type="dxa"/>
          </w:tcPr>
          <w:p w14:paraId="2B2F8F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thường xuyên</w:t>
            </w:r>
          </w:p>
        </w:tc>
        <w:tc>
          <w:tcPr>
            <w:tcW w:w="1728" w:type="dxa"/>
          </w:tcPr>
          <w:p w14:paraId="5AA131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30BF56" wp14:editId="3E292D1F">
                  <wp:extent cx="640080" cy="64008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9"/>
                          <a:stretch>
                            <a:fillRect/>
                          </a:stretch>
                        </pic:blipFill>
                        <pic:spPr>
                          <a:xfrm>
                            <a:off x="0" y="0"/>
                            <a:ext cx="640080" cy="640080"/>
                          </a:xfrm>
                          <a:prstGeom prst="rect">
                            <a:avLst/>
                          </a:prstGeom>
                        </pic:spPr>
                      </pic:pic>
                    </a:graphicData>
                  </a:graphic>
                </wp:inline>
              </w:drawing>
            </w:r>
          </w:p>
        </w:tc>
      </w:tr>
      <w:tr w:rsidR="005C547F" w:rsidRPr="0092658F" w14:paraId="17486B4B" w14:textId="77777777" w:rsidTr="00423CDA">
        <w:trPr>
          <w:jc w:val="center"/>
        </w:trPr>
        <w:tc>
          <w:tcPr>
            <w:tcW w:w="1131" w:type="dxa"/>
          </w:tcPr>
          <w:p w14:paraId="3AA8D5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104</w:t>
            </w:r>
          </w:p>
        </w:tc>
        <w:tc>
          <w:tcPr>
            <w:tcW w:w="1559" w:type="dxa"/>
          </w:tcPr>
          <w:p w14:paraId="7A1ADFB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3.000308</w:t>
            </w:r>
          </w:p>
        </w:tc>
        <w:tc>
          <w:tcPr>
            <w:tcW w:w="2446" w:type="dxa"/>
          </w:tcPr>
          <w:p w14:paraId="74051EF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thể trung tâm học tập cộng đồng (theo đề nghị của tổ chức, cá nhân thành lập trung tâm)</w:t>
            </w:r>
          </w:p>
        </w:tc>
        <w:tc>
          <w:tcPr>
            <w:tcW w:w="1599" w:type="dxa"/>
          </w:tcPr>
          <w:p w14:paraId="038289A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thường xuyên</w:t>
            </w:r>
          </w:p>
        </w:tc>
        <w:tc>
          <w:tcPr>
            <w:tcW w:w="1728" w:type="dxa"/>
          </w:tcPr>
          <w:p w14:paraId="41E8B3D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CB4C0CC" wp14:editId="4D553756">
                  <wp:extent cx="640080" cy="64008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0"/>
                          <a:stretch>
                            <a:fillRect/>
                          </a:stretch>
                        </pic:blipFill>
                        <pic:spPr>
                          <a:xfrm>
                            <a:off x="0" y="0"/>
                            <a:ext cx="640080" cy="640080"/>
                          </a:xfrm>
                          <a:prstGeom prst="rect">
                            <a:avLst/>
                          </a:prstGeom>
                        </pic:spPr>
                      </pic:pic>
                    </a:graphicData>
                  </a:graphic>
                </wp:inline>
              </w:drawing>
            </w:r>
          </w:p>
        </w:tc>
      </w:tr>
      <w:tr w:rsidR="005C547F" w:rsidRPr="0092658F" w14:paraId="35F101A1" w14:textId="77777777" w:rsidTr="00423CDA">
        <w:trPr>
          <w:jc w:val="center"/>
        </w:trPr>
        <w:tc>
          <w:tcPr>
            <w:tcW w:w="1131" w:type="dxa"/>
          </w:tcPr>
          <w:p w14:paraId="5048DF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105</w:t>
            </w:r>
          </w:p>
        </w:tc>
        <w:tc>
          <w:tcPr>
            <w:tcW w:w="1559" w:type="dxa"/>
          </w:tcPr>
          <w:p w14:paraId="16B162B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3.000307</w:t>
            </w:r>
          </w:p>
        </w:tc>
        <w:tc>
          <w:tcPr>
            <w:tcW w:w="2446" w:type="dxa"/>
          </w:tcPr>
          <w:p w14:paraId="2E2517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Sáp nhập, chia, tách trung tâm học tập cộng đồng</w:t>
            </w:r>
          </w:p>
        </w:tc>
        <w:tc>
          <w:tcPr>
            <w:tcW w:w="1599" w:type="dxa"/>
          </w:tcPr>
          <w:p w14:paraId="5FF69CC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thường xuyên</w:t>
            </w:r>
          </w:p>
        </w:tc>
        <w:tc>
          <w:tcPr>
            <w:tcW w:w="1728" w:type="dxa"/>
          </w:tcPr>
          <w:p w14:paraId="12E9FF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38C74A" wp14:editId="7242550B">
                  <wp:extent cx="640080" cy="64008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1"/>
                          <a:stretch>
                            <a:fillRect/>
                          </a:stretch>
                        </pic:blipFill>
                        <pic:spPr>
                          <a:xfrm>
                            <a:off x="0" y="0"/>
                            <a:ext cx="640080" cy="640080"/>
                          </a:xfrm>
                          <a:prstGeom prst="rect">
                            <a:avLst/>
                          </a:prstGeom>
                        </pic:spPr>
                      </pic:pic>
                    </a:graphicData>
                  </a:graphic>
                </wp:inline>
              </w:drawing>
            </w:r>
          </w:p>
        </w:tc>
      </w:tr>
      <w:tr w:rsidR="005C547F" w:rsidRPr="0092658F" w14:paraId="3BB522F5" w14:textId="77777777" w:rsidTr="00423CDA">
        <w:trPr>
          <w:jc w:val="center"/>
        </w:trPr>
        <w:tc>
          <w:tcPr>
            <w:tcW w:w="1131" w:type="dxa"/>
          </w:tcPr>
          <w:p w14:paraId="79D841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106</w:t>
            </w:r>
          </w:p>
        </w:tc>
        <w:tc>
          <w:tcPr>
            <w:tcW w:w="1559" w:type="dxa"/>
          </w:tcPr>
          <w:p w14:paraId="785F28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2.001214</w:t>
            </w:r>
          </w:p>
        </w:tc>
        <w:tc>
          <w:tcPr>
            <w:tcW w:w="2446" w:type="dxa"/>
          </w:tcPr>
          <w:p w14:paraId="759F017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phương tiện hoạt động vui chơi, giải trí dưới nước</w:t>
            </w:r>
          </w:p>
        </w:tc>
        <w:tc>
          <w:tcPr>
            <w:tcW w:w="1599" w:type="dxa"/>
          </w:tcPr>
          <w:p w14:paraId="700815A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0133CF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5C58E2A" wp14:editId="36EBD52C">
                  <wp:extent cx="640080" cy="64008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2"/>
                          <a:stretch>
                            <a:fillRect/>
                          </a:stretch>
                        </pic:blipFill>
                        <pic:spPr>
                          <a:xfrm>
                            <a:off x="0" y="0"/>
                            <a:ext cx="640080" cy="640080"/>
                          </a:xfrm>
                          <a:prstGeom prst="rect">
                            <a:avLst/>
                          </a:prstGeom>
                        </pic:spPr>
                      </pic:pic>
                    </a:graphicData>
                  </a:graphic>
                </wp:inline>
              </w:drawing>
            </w:r>
          </w:p>
        </w:tc>
      </w:tr>
      <w:tr w:rsidR="005C547F" w:rsidRPr="0092658F" w14:paraId="7843AD64" w14:textId="77777777" w:rsidTr="00423CDA">
        <w:trPr>
          <w:jc w:val="center"/>
        </w:trPr>
        <w:tc>
          <w:tcPr>
            <w:tcW w:w="1131" w:type="dxa"/>
          </w:tcPr>
          <w:p w14:paraId="2F0AEB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107</w:t>
            </w:r>
          </w:p>
        </w:tc>
        <w:tc>
          <w:tcPr>
            <w:tcW w:w="1559" w:type="dxa"/>
          </w:tcPr>
          <w:p w14:paraId="50FFDC2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2.001215</w:t>
            </w:r>
          </w:p>
        </w:tc>
        <w:tc>
          <w:tcPr>
            <w:tcW w:w="2446" w:type="dxa"/>
          </w:tcPr>
          <w:p w14:paraId="02AEC1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phương tiện hoạt động vui chơi, giải trí dưới nước lần đầu</w:t>
            </w:r>
          </w:p>
        </w:tc>
        <w:tc>
          <w:tcPr>
            <w:tcW w:w="1599" w:type="dxa"/>
          </w:tcPr>
          <w:p w14:paraId="05414D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354021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05DD2D4" wp14:editId="7A6DBA52">
                  <wp:extent cx="640080" cy="64008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3"/>
                          <a:stretch>
                            <a:fillRect/>
                          </a:stretch>
                        </pic:blipFill>
                        <pic:spPr>
                          <a:xfrm>
                            <a:off x="0" y="0"/>
                            <a:ext cx="640080" cy="640080"/>
                          </a:xfrm>
                          <a:prstGeom prst="rect">
                            <a:avLst/>
                          </a:prstGeom>
                        </pic:spPr>
                      </pic:pic>
                    </a:graphicData>
                  </a:graphic>
                </wp:inline>
              </w:drawing>
            </w:r>
          </w:p>
        </w:tc>
      </w:tr>
      <w:tr w:rsidR="005C547F" w:rsidRPr="0092658F" w14:paraId="2FB29FD1" w14:textId="77777777" w:rsidTr="00423CDA">
        <w:trPr>
          <w:jc w:val="center"/>
        </w:trPr>
        <w:tc>
          <w:tcPr>
            <w:tcW w:w="1131" w:type="dxa"/>
          </w:tcPr>
          <w:p w14:paraId="575FD2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108</w:t>
            </w:r>
          </w:p>
        </w:tc>
        <w:tc>
          <w:tcPr>
            <w:tcW w:w="1559" w:type="dxa"/>
          </w:tcPr>
          <w:p w14:paraId="1209EA3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2.001218</w:t>
            </w:r>
          </w:p>
        </w:tc>
        <w:tc>
          <w:tcPr>
            <w:tcW w:w="2446" w:type="dxa"/>
          </w:tcPr>
          <w:p w14:paraId="216AB0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1599" w:type="dxa"/>
          </w:tcPr>
          <w:p w14:paraId="1503B4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4A36B46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E91DB8A" wp14:editId="1CA031CC">
                  <wp:extent cx="640080" cy="64008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4"/>
                          <a:stretch>
                            <a:fillRect/>
                          </a:stretch>
                        </pic:blipFill>
                        <pic:spPr>
                          <a:xfrm>
                            <a:off x="0" y="0"/>
                            <a:ext cx="640080" cy="640080"/>
                          </a:xfrm>
                          <a:prstGeom prst="rect">
                            <a:avLst/>
                          </a:prstGeom>
                        </pic:spPr>
                      </pic:pic>
                    </a:graphicData>
                  </a:graphic>
                </wp:inline>
              </w:drawing>
            </w:r>
          </w:p>
        </w:tc>
      </w:tr>
      <w:tr w:rsidR="005C547F" w:rsidRPr="0092658F" w14:paraId="7686225B" w14:textId="77777777" w:rsidTr="00423CDA">
        <w:trPr>
          <w:jc w:val="center"/>
        </w:trPr>
        <w:tc>
          <w:tcPr>
            <w:tcW w:w="1131" w:type="dxa"/>
          </w:tcPr>
          <w:p w14:paraId="72A9DF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109</w:t>
            </w:r>
          </w:p>
        </w:tc>
        <w:tc>
          <w:tcPr>
            <w:tcW w:w="1559" w:type="dxa"/>
          </w:tcPr>
          <w:p w14:paraId="79F7E0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1.014864</w:t>
            </w:r>
          </w:p>
        </w:tc>
        <w:tc>
          <w:tcPr>
            <w:tcW w:w="2446" w:type="dxa"/>
          </w:tcPr>
          <w:p w14:paraId="357A94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1599" w:type="dxa"/>
          </w:tcPr>
          <w:p w14:paraId="3AABEC9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70A1494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8A331D4" wp14:editId="37BB803C">
                  <wp:extent cx="640080" cy="64008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5"/>
                          <a:stretch>
                            <a:fillRect/>
                          </a:stretch>
                        </pic:blipFill>
                        <pic:spPr>
                          <a:xfrm>
                            <a:off x="0" y="0"/>
                            <a:ext cx="640080" cy="640080"/>
                          </a:xfrm>
                          <a:prstGeom prst="rect">
                            <a:avLst/>
                          </a:prstGeom>
                        </pic:spPr>
                      </pic:pic>
                    </a:graphicData>
                  </a:graphic>
                </wp:inline>
              </w:drawing>
            </w:r>
          </w:p>
        </w:tc>
      </w:tr>
      <w:tr w:rsidR="005C547F" w:rsidRPr="0092658F" w14:paraId="4D675575" w14:textId="77777777" w:rsidTr="00423CDA">
        <w:trPr>
          <w:jc w:val="center"/>
        </w:trPr>
        <w:tc>
          <w:tcPr>
            <w:tcW w:w="1131" w:type="dxa"/>
          </w:tcPr>
          <w:p w14:paraId="12E0E1F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110</w:t>
            </w:r>
          </w:p>
        </w:tc>
        <w:tc>
          <w:tcPr>
            <w:tcW w:w="1559" w:type="dxa"/>
          </w:tcPr>
          <w:p w14:paraId="584A742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1.014863</w:t>
            </w:r>
          </w:p>
        </w:tc>
        <w:tc>
          <w:tcPr>
            <w:tcW w:w="2446" w:type="dxa"/>
          </w:tcPr>
          <w:p w14:paraId="3B572D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Cấp gia hạn, điều chỉnh nội dung giấy phép cho các hoạt động trong phạm vi bảo vệ công trình thủy lợi đối với hoạt động: du lịch, thể thao, nghiên cứu khoa học, kinh doanh, dịch vụ do Chủ tịch UBND cấp </w:t>
            </w:r>
            <w:r w:rsidRPr="0092658F">
              <w:rPr>
                <w:rFonts w:ascii="Times New Roman" w:hAnsi="Times New Roman" w:cs="Times New Roman"/>
              </w:rPr>
              <w:lastRenderedPageBreak/>
              <w:t>tỉnh phân cấp cho Chủ tịch UBND cấp xã</w:t>
            </w:r>
          </w:p>
        </w:tc>
        <w:tc>
          <w:tcPr>
            <w:tcW w:w="1599" w:type="dxa"/>
          </w:tcPr>
          <w:p w14:paraId="1A6BE5F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Thủy lợi</w:t>
            </w:r>
          </w:p>
        </w:tc>
        <w:tc>
          <w:tcPr>
            <w:tcW w:w="1728" w:type="dxa"/>
          </w:tcPr>
          <w:p w14:paraId="38631D4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F335F0E" wp14:editId="60D26D15">
                  <wp:extent cx="640080" cy="64008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6"/>
                          <a:stretch>
                            <a:fillRect/>
                          </a:stretch>
                        </pic:blipFill>
                        <pic:spPr>
                          <a:xfrm>
                            <a:off x="0" y="0"/>
                            <a:ext cx="640080" cy="640080"/>
                          </a:xfrm>
                          <a:prstGeom prst="rect">
                            <a:avLst/>
                          </a:prstGeom>
                        </pic:spPr>
                      </pic:pic>
                    </a:graphicData>
                  </a:graphic>
                </wp:inline>
              </w:drawing>
            </w:r>
          </w:p>
        </w:tc>
      </w:tr>
      <w:tr w:rsidR="005C547F" w:rsidRPr="0092658F" w14:paraId="43B8D06D" w14:textId="77777777" w:rsidTr="00423CDA">
        <w:trPr>
          <w:jc w:val="center"/>
        </w:trPr>
        <w:tc>
          <w:tcPr>
            <w:tcW w:w="1131" w:type="dxa"/>
          </w:tcPr>
          <w:p w14:paraId="10463E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111</w:t>
            </w:r>
          </w:p>
        </w:tc>
        <w:tc>
          <w:tcPr>
            <w:tcW w:w="1559" w:type="dxa"/>
          </w:tcPr>
          <w:p w14:paraId="71D7810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1.014859</w:t>
            </w:r>
          </w:p>
        </w:tc>
        <w:tc>
          <w:tcPr>
            <w:tcW w:w="2446" w:type="dxa"/>
          </w:tcPr>
          <w:p w14:paraId="737E821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1599" w:type="dxa"/>
          </w:tcPr>
          <w:p w14:paraId="5750EF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56F302A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3AFA609" wp14:editId="04814DDD">
                  <wp:extent cx="640080" cy="64008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7"/>
                          <a:stretch>
                            <a:fillRect/>
                          </a:stretch>
                        </pic:blipFill>
                        <pic:spPr>
                          <a:xfrm>
                            <a:off x="0" y="0"/>
                            <a:ext cx="640080" cy="640080"/>
                          </a:xfrm>
                          <a:prstGeom prst="rect">
                            <a:avLst/>
                          </a:prstGeom>
                        </pic:spPr>
                      </pic:pic>
                    </a:graphicData>
                  </a:graphic>
                </wp:inline>
              </w:drawing>
            </w:r>
          </w:p>
        </w:tc>
      </w:tr>
      <w:tr w:rsidR="005C547F" w:rsidRPr="0092658F" w14:paraId="466A5E5F" w14:textId="77777777" w:rsidTr="00423CDA">
        <w:trPr>
          <w:jc w:val="center"/>
        </w:trPr>
        <w:tc>
          <w:tcPr>
            <w:tcW w:w="1131" w:type="dxa"/>
          </w:tcPr>
          <w:p w14:paraId="2420BB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112</w:t>
            </w:r>
          </w:p>
        </w:tc>
        <w:tc>
          <w:tcPr>
            <w:tcW w:w="1559" w:type="dxa"/>
          </w:tcPr>
          <w:p w14:paraId="16CD43D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1.014860</w:t>
            </w:r>
          </w:p>
        </w:tc>
        <w:tc>
          <w:tcPr>
            <w:tcW w:w="2446" w:type="dxa"/>
          </w:tcPr>
          <w:p w14:paraId="5BAFDD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cho các hoạt động trồng cây lâu năm trong phạm vi bảo vệ công trình thủy lợi do Chủ tịch UBND cấp tỉnh phân cấp cho Chủ tịch UBND cấp xã</w:t>
            </w:r>
          </w:p>
        </w:tc>
        <w:tc>
          <w:tcPr>
            <w:tcW w:w="1599" w:type="dxa"/>
          </w:tcPr>
          <w:p w14:paraId="04C8CE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26AC98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F94B94D" wp14:editId="3795AAA5">
                  <wp:extent cx="640080" cy="64008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8"/>
                          <a:stretch>
                            <a:fillRect/>
                          </a:stretch>
                        </pic:blipFill>
                        <pic:spPr>
                          <a:xfrm>
                            <a:off x="0" y="0"/>
                            <a:ext cx="640080" cy="640080"/>
                          </a:xfrm>
                          <a:prstGeom prst="rect">
                            <a:avLst/>
                          </a:prstGeom>
                        </pic:spPr>
                      </pic:pic>
                    </a:graphicData>
                  </a:graphic>
                </wp:inline>
              </w:drawing>
            </w:r>
          </w:p>
        </w:tc>
      </w:tr>
      <w:tr w:rsidR="005C547F" w:rsidRPr="0092658F" w14:paraId="39A70D15" w14:textId="77777777" w:rsidTr="00423CDA">
        <w:trPr>
          <w:jc w:val="center"/>
        </w:trPr>
        <w:tc>
          <w:tcPr>
            <w:tcW w:w="1131" w:type="dxa"/>
          </w:tcPr>
          <w:p w14:paraId="79B332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113</w:t>
            </w:r>
          </w:p>
        </w:tc>
        <w:tc>
          <w:tcPr>
            <w:tcW w:w="1559" w:type="dxa"/>
          </w:tcPr>
          <w:p w14:paraId="6AA3AB7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1.014852</w:t>
            </w:r>
          </w:p>
        </w:tc>
        <w:tc>
          <w:tcPr>
            <w:tcW w:w="2446" w:type="dxa"/>
          </w:tcPr>
          <w:p w14:paraId="23F4C81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nổ mìn và các hoạt động gây nổ khác trong phạm vi bảo vệ công trình thủy lợi do Chủ tịch UBND cấp tỉnh phân cấp cho Chủ tịch UBND cấp xã</w:t>
            </w:r>
          </w:p>
        </w:tc>
        <w:tc>
          <w:tcPr>
            <w:tcW w:w="1599" w:type="dxa"/>
          </w:tcPr>
          <w:p w14:paraId="00AE1E5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32CE914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3C05689" wp14:editId="04C46A0A">
                  <wp:extent cx="640080" cy="64008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9"/>
                          <a:stretch>
                            <a:fillRect/>
                          </a:stretch>
                        </pic:blipFill>
                        <pic:spPr>
                          <a:xfrm>
                            <a:off x="0" y="0"/>
                            <a:ext cx="640080" cy="640080"/>
                          </a:xfrm>
                          <a:prstGeom prst="rect">
                            <a:avLst/>
                          </a:prstGeom>
                        </pic:spPr>
                      </pic:pic>
                    </a:graphicData>
                  </a:graphic>
                </wp:inline>
              </w:drawing>
            </w:r>
          </w:p>
        </w:tc>
      </w:tr>
      <w:tr w:rsidR="005C547F" w:rsidRPr="0092658F" w14:paraId="54C5CF54" w14:textId="77777777" w:rsidTr="00423CDA">
        <w:trPr>
          <w:jc w:val="center"/>
        </w:trPr>
        <w:tc>
          <w:tcPr>
            <w:tcW w:w="1131" w:type="dxa"/>
          </w:tcPr>
          <w:p w14:paraId="58ADB2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114</w:t>
            </w:r>
          </w:p>
        </w:tc>
        <w:tc>
          <w:tcPr>
            <w:tcW w:w="1559" w:type="dxa"/>
          </w:tcPr>
          <w:p w14:paraId="1AB47E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1.014853</w:t>
            </w:r>
          </w:p>
        </w:tc>
        <w:tc>
          <w:tcPr>
            <w:tcW w:w="2446" w:type="dxa"/>
          </w:tcPr>
          <w:p w14:paraId="19769A2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1599" w:type="dxa"/>
          </w:tcPr>
          <w:p w14:paraId="760573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4A37AB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E24B1CF" wp14:editId="60C64A88">
                  <wp:extent cx="640080" cy="64008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0"/>
                          <a:stretch>
                            <a:fillRect/>
                          </a:stretch>
                        </pic:blipFill>
                        <pic:spPr>
                          <a:xfrm>
                            <a:off x="0" y="0"/>
                            <a:ext cx="640080" cy="640080"/>
                          </a:xfrm>
                          <a:prstGeom prst="rect">
                            <a:avLst/>
                          </a:prstGeom>
                        </pic:spPr>
                      </pic:pic>
                    </a:graphicData>
                  </a:graphic>
                </wp:inline>
              </w:drawing>
            </w:r>
          </w:p>
        </w:tc>
      </w:tr>
      <w:tr w:rsidR="005C547F" w:rsidRPr="0092658F" w14:paraId="35638738" w14:textId="77777777" w:rsidTr="00423CDA">
        <w:trPr>
          <w:jc w:val="center"/>
        </w:trPr>
        <w:tc>
          <w:tcPr>
            <w:tcW w:w="1131" w:type="dxa"/>
          </w:tcPr>
          <w:p w14:paraId="43AFA1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115</w:t>
            </w:r>
          </w:p>
        </w:tc>
        <w:tc>
          <w:tcPr>
            <w:tcW w:w="1559" w:type="dxa"/>
          </w:tcPr>
          <w:p w14:paraId="43DE4E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1.014851</w:t>
            </w:r>
          </w:p>
        </w:tc>
        <w:tc>
          <w:tcPr>
            <w:tcW w:w="2446" w:type="dxa"/>
          </w:tcPr>
          <w:p w14:paraId="42744E9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1599" w:type="dxa"/>
          </w:tcPr>
          <w:p w14:paraId="02F8F02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23209E3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22638D2" wp14:editId="7F5E9BF7">
                  <wp:extent cx="640080" cy="64008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1"/>
                          <a:stretch>
                            <a:fillRect/>
                          </a:stretch>
                        </pic:blipFill>
                        <pic:spPr>
                          <a:xfrm>
                            <a:off x="0" y="0"/>
                            <a:ext cx="640080" cy="640080"/>
                          </a:xfrm>
                          <a:prstGeom prst="rect">
                            <a:avLst/>
                          </a:prstGeom>
                        </pic:spPr>
                      </pic:pic>
                    </a:graphicData>
                  </a:graphic>
                </wp:inline>
              </w:drawing>
            </w:r>
          </w:p>
        </w:tc>
      </w:tr>
      <w:tr w:rsidR="005C547F" w:rsidRPr="0092658F" w14:paraId="6282D11E" w14:textId="77777777" w:rsidTr="00423CDA">
        <w:trPr>
          <w:jc w:val="center"/>
        </w:trPr>
        <w:tc>
          <w:tcPr>
            <w:tcW w:w="1131" w:type="dxa"/>
          </w:tcPr>
          <w:p w14:paraId="46473F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116</w:t>
            </w:r>
          </w:p>
        </w:tc>
        <w:tc>
          <w:tcPr>
            <w:tcW w:w="1559" w:type="dxa"/>
          </w:tcPr>
          <w:p w14:paraId="366AF1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1.014850</w:t>
            </w:r>
          </w:p>
        </w:tc>
        <w:tc>
          <w:tcPr>
            <w:tcW w:w="2446" w:type="dxa"/>
          </w:tcPr>
          <w:p w14:paraId="3FCA6B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1599" w:type="dxa"/>
          </w:tcPr>
          <w:p w14:paraId="5384886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1E70A55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B923E1A" wp14:editId="64655086">
                  <wp:extent cx="640080" cy="64008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2"/>
                          <a:stretch>
                            <a:fillRect/>
                          </a:stretch>
                        </pic:blipFill>
                        <pic:spPr>
                          <a:xfrm>
                            <a:off x="0" y="0"/>
                            <a:ext cx="640080" cy="640080"/>
                          </a:xfrm>
                          <a:prstGeom prst="rect">
                            <a:avLst/>
                          </a:prstGeom>
                        </pic:spPr>
                      </pic:pic>
                    </a:graphicData>
                  </a:graphic>
                </wp:inline>
              </w:drawing>
            </w:r>
          </w:p>
        </w:tc>
      </w:tr>
      <w:tr w:rsidR="005C547F" w:rsidRPr="0092658F" w14:paraId="1EFF90E1" w14:textId="77777777" w:rsidTr="00423CDA">
        <w:trPr>
          <w:jc w:val="center"/>
        </w:trPr>
        <w:tc>
          <w:tcPr>
            <w:tcW w:w="1131" w:type="dxa"/>
          </w:tcPr>
          <w:p w14:paraId="4F9D4AA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117</w:t>
            </w:r>
          </w:p>
        </w:tc>
        <w:tc>
          <w:tcPr>
            <w:tcW w:w="1559" w:type="dxa"/>
          </w:tcPr>
          <w:p w14:paraId="6046ECC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1.014848</w:t>
            </w:r>
          </w:p>
        </w:tc>
        <w:tc>
          <w:tcPr>
            <w:tcW w:w="2446" w:type="dxa"/>
          </w:tcPr>
          <w:p w14:paraId="1BF724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phương án bảo vệ công trình thủy lợi do Chủ tịch Ủy ban nhân dân cấp tỉnh phân cấp cho Chủ tịch UBND cấp xã</w:t>
            </w:r>
          </w:p>
        </w:tc>
        <w:tc>
          <w:tcPr>
            <w:tcW w:w="1599" w:type="dxa"/>
          </w:tcPr>
          <w:p w14:paraId="732EEDA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6A60CF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DCEFFDF" wp14:editId="293AC3A9">
                  <wp:extent cx="640080" cy="64008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3"/>
                          <a:stretch>
                            <a:fillRect/>
                          </a:stretch>
                        </pic:blipFill>
                        <pic:spPr>
                          <a:xfrm>
                            <a:off x="0" y="0"/>
                            <a:ext cx="640080" cy="640080"/>
                          </a:xfrm>
                          <a:prstGeom prst="rect">
                            <a:avLst/>
                          </a:prstGeom>
                        </pic:spPr>
                      </pic:pic>
                    </a:graphicData>
                  </a:graphic>
                </wp:inline>
              </w:drawing>
            </w:r>
          </w:p>
        </w:tc>
      </w:tr>
      <w:tr w:rsidR="005C547F" w:rsidRPr="0092658F" w14:paraId="10A555C4" w14:textId="77777777" w:rsidTr="00423CDA">
        <w:trPr>
          <w:jc w:val="center"/>
        </w:trPr>
        <w:tc>
          <w:tcPr>
            <w:tcW w:w="1131" w:type="dxa"/>
          </w:tcPr>
          <w:p w14:paraId="4D65D1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118</w:t>
            </w:r>
          </w:p>
        </w:tc>
        <w:tc>
          <w:tcPr>
            <w:tcW w:w="1559" w:type="dxa"/>
          </w:tcPr>
          <w:p w14:paraId="562D37B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1.014258</w:t>
            </w:r>
          </w:p>
        </w:tc>
        <w:tc>
          <w:tcPr>
            <w:tcW w:w="2446" w:type="dxa"/>
          </w:tcPr>
          <w:p w14:paraId="1FBFA7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Xác nhận đăng ký thu hồi khoáng sản (cấp Xã)</w:t>
            </w:r>
          </w:p>
        </w:tc>
        <w:tc>
          <w:tcPr>
            <w:tcW w:w="1599" w:type="dxa"/>
          </w:tcPr>
          <w:p w14:paraId="167C28B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Địa chất và khoáng sản</w:t>
            </w:r>
          </w:p>
        </w:tc>
        <w:tc>
          <w:tcPr>
            <w:tcW w:w="1728" w:type="dxa"/>
          </w:tcPr>
          <w:p w14:paraId="343281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E710655" wp14:editId="610CBFD9">
                  <wp:extent cx="640080" cy="64008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4"/>
                          <a:stretch>
                            <a:fillRect/>
                          </a:stretch>
                        </pic:blipFill>
                        <pic:spPr>
                          <a:xfrm>
                            <a:off x="0" y="0"/>
                            <a:ext cx="640080" cy="640080"/>
                          </a:xfrm>
                          <a:prstGeom prst="rect">
                            <a:avLst/>
                          </a:prstGeom>
                        </pic:spPr>
                      </pic:pic>
                    </a:graphicData>
                  </a:graphic>
                </wp:inline>
              </w:drawing>
            </w:r>
          </w:p>
        </w:tc>
      </w:tr>
      <w:tr w:rsidR="005C547F" w:rsidRPr="0092658F" w14:paraId="272263CD" w14:textId="77777777" w:rsidTr="00423CDA">
        <w:trPr>
          <w:jc w:val="center"/>
        </w:trPr>
        <w:tc>
          <w:tcPr>
            <w:tcW w:w="1131" w:type="dxa"/>
          </w:tcPr>
          <w:p w14:paraId="31D7EF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119</w:t>
            </w:r>
          </w:p>
        </w:tc>
        <w:tc>
          <w:tcPr>
            <w:tcW w:w="1559" w:type="dxa"/>
          </w:tcPr>
          <w:p w14:paraId="43FCD3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1.013967</w:t>
            </w:r>
          </w:p>
        </w:tc>
        <w:tc>
          <w:tcPr>
            <w:tcW w:w="2446" w:type="dxa"/>
          </w:tcPr>
          <w:p w14:paraId="55551B2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tranh chấp đất đai thuộc thẩm quyền của Chủ tịch Ủy ban nhân dân cấp xã</w:t>
            </w:r>
          </w:p>
        </w:tc>
        <w:tc>
          <w:tcPr>
            <w:tcW w:w="1599" w:type="dxa"/>
          </w:tcPr>
          <w:p w14:paraId="3CFFD1A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3D19F0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128C0EC" wp14:editId="537DF673">
                  <wp:extent cx="640080" cy="64008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5"/>
                          <a:stretch>
                            <a:fillRect/>
                          </a:stretch>
                        </pic:blipFill>
                        <pic:spPr>
                          <a:xfrm>
                            <a:off x="0" y="0"/>
                            <a:ext cx="640080" cy="640080"/>
                          </a:xfrm>
                          <a:prstGeom prst="rect">
                            <a:avLst/>
                          </a:prstGeom>
                        </pic:spPr>
                      </pic:pic>
                    </a:graphicData>
                  </a:graphic>
                </wp:inline>
              </w:drawing>
            </w:r>
          </w:p>
        </w:tc>
      </w:tr>
      <w:tr w:rsidR="005C547F" w:rsidRPr="0092658F" w14:paraId="610E8517" w14:textId="77777777" w:rsidTr="00423CDA">
        <w:trPr>
          <w:jc w:val="center"/>
        </w:trPr>
        <w:tc>
          <w:tcPr>
            <w:tcW w:w="1131" w:type="dxa"/>
          </w:tcPr>
          <w:p w14:paraId="6D5B6A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120</w:t>
            </w:r>
          </w:p>
        </w:tc>
        <w:tc>
          <w:tcPr>
            <w:tcW w:w="1559" w:type="dxa"/>
          </w:tcPr>
          <w:p w14:paraId="671DA85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2.000591</w:t>
            </w:r>
          </w:p>
        </w:tc>
        <w:tc>
          <w:tcPr>
            <w:tcW w:w="2446" w:type="dxa"/>
          </w:tcPr>
          <w:p w14:paraId="77D1134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chứng nhận đủ điều kiện an toàn thực phẩm đối với cơ sở sản xuất, kinh doanh thực phẩm</w:t>
            </w:r>
          </w:p>
        </w:tc>
        <w:tc>
          <w:tcPr>
            <w:tcW w:w="1599" w:type="dxa"/>
          </w:tcPr>
          <w:p w14:paraId="2ADCC7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An toàn thực phẩm</w:t>
            </w:r>
          </w:p>
        </w:tc>
        <w:tc>
          <w:tcPr>
            <w:tcW w:w="1728" w:type="dxa"/>
          </w:tcPr>
          <w:p w14:paraId="72DE9B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2647604" wp14:editId="031041F0">
                  <wp:extent cx="640080" cy="64008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6"/>
                          <a:stretch>
                            <a:fillRect/>
                          </a:stretch>
                        </pic:blipFill>
                        <pic:spPr>
                          <a:xfrm>
                            <a:off x="0" y="0"/>
                            <a:ext cx="640080" cy="640080"/>
                          </a:xfrm>
                          <a:prstGeom prst="rect">
                            <a:avLst/>
                          </a:prstGeom>
                        </pic:spPr>
                      </pic:pic>
                    </a:graphicData>
                  </a:graphic>
                </wp:inline>
              </w:drawing>
            </w:r>
          </w:p>
        </w:tc>
      </w:tr>
      <w:tr w:rsidR="005C547F" w:rsidRPr="0092658F" w14:paraId="63E95C5A" w14:textId="77777777" w:rsidTr="00423CDA">
        <w:trPr>
          <w:jc w:val="center"/>
        </w:trPr>
        <w:tc>
          <w:tcPr>
            <w:tcW w:w="1131" w:type="dxa"/>
          </w:tcPr>
          <w:p w14:paraId="05149D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121</w:t>
            </w:r>
          </w:p>
        </w:tc>
        <w:tc>
          <w:tcPr>
            <w:tcW w:w="1559" w:type="dxa"/>
          </w:tcPr>
          <w:p w14:paraId="02EAD8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1.013734</w:t>
            </w:r>
          </w:p>
        </w:tc>
        <w:tc>
          <w:tcPr>
            <w:tcW w:w="2446" w:type="dxa"/>
          </w:tcPr>
          <w:p w14:paraId="06798AB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hợp đồng lao động trực tiếp giao kết .</w:t>
            </w:r>
          </w:p>
        </w:tc>
        <w:tc>
          <w:tcPr>
            <w:tcW w:w="1599" w:type="dxa"/>
          </w:tcPr>
          <w:p w14:paraId="7FCA9E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lao động ngoài nước</w:t>
            </w:r>
          </w:p>
        </w:tc>
        <w:tc>
          <w:tcPr>
            <w:tcW w:w="1728" w:type="dxa"/>
          </w:tcPr>
          <w:p w14:paraId="1B2B36F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1BE366F" wp14:editId="193AF42E">
                  <wp:extent cx="640080" cy="64008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7"/>
                          <a:stretch>
                            <a:fillRect/>
                          </a:stretch>
                        </pic:blipFill>
                        <pic:spPr>
                          <a:xfrm>
                            <a:off x="0" y="0"/>
                            <a:ext cx="640080" cy="640080"/>
                          </a:xfrm>
                          <a:prstGeom prst="rect">
                            <a:avLst/>
                          </a:prstGeom>
                        </pic:spPr>
                      </pic:pic>
                    </a:graphicData>
                  </a:graphic>
                </wp:inline>
              </w:drawing>
            </w:r>
          </w:p>
        </w:tc>
      </w:tr>
      <w:tr w:rsidR="005C547F" w:rsidRPr="0092658F" w14:paraId="37F388E0" w14:textId="77777777" w:rsidTr="00423CDA">
        <w:trPr>
          <w:jc w:val="center"/>
        </w:trPr>
        <w:tc>
          <w:tcPr>
            <w:tcW w:w="1131" w:type="dxa"/>
          </w:tcPr>
          <w:p w14:paraId="0A88DDB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122</w:t>
            </w:r>
          </w:p>
        </w:tc>
        <w:tc>
          <w:tcPr>
            <w:tcW w:w="1559" w:type="dxa"/>
          </w:tcPr>
          <w:p w14:paraId="3FAF44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3.000439</w:t>
            </w:r>
          </w:p>
        </w:tc>
        <w:tc>
          <w:tcPr>
            <w:tcW w:w="2446" w:type="dxa"/>
          </w:tcPr>
          <w:p w14:paraId="41E395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Giao khu vực biển cho cá nhân Việt Nam để nuôi trồng thủy sản</w:t>
            </w:r>
          </w:p>
        </w:tc>
        <w:tc>
          <w:tcPr>
            <w:tcW w:w="1599" w:type="dxa"/>
          </w:tcPr>
          <w:p w14:paraId="52F4C9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Biển và hải đảo</w:t>
            </w:r>
          </w:p>
        </w:tc>
        <w:tc>
          <w:tcPr>
            <w:tcW w:w="1728" w:type="dxa"/>
          </w:tcPr>
          <w:p w14:paraId="13F1A27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5B64781" wp14:editId="3CE1DB95">
                  <wp:extent cx="640080" cy="64008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8"/>
                          <a:stretch>
                            <a:fillRect/>
                          </a:stretch>
                        </pic:blipFill>
                        <pic:spPr>
                          <a:xfrm>
                            <a:off x="0" y="0"/>
                            <a:ext cx="640080" cy="640080"/>
                          </a:xfrm>
                          <a:prstGeom prst="rect">
                            <a:avLst/>
                          </a:prstGeom>
                        </pic:spPr>
                      </pic:pic>
                    </a:graphicData>
                  </a:graphic>
                </wp:inline>
              </w:drawing>
            </w:r>
          </w:p>
        </w:tc>
      </w:tr>
      <w:tr w:rsidR="005C547F" w:rsidRPr="0092658F" w14:paraId="26F59A52" w14:textId="77777777" w:rsidTr="00423CDA">
        <w:trPr>
          <w:jc w:val="center"/>
        </w:trPr>
        <w:tc>
          <w:tcPr>
            <w:tcW w:w="1131" w:type="dxa"/>
          </w:tcPr>
          <w:p w14:paraId="14D6CF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123</w:t>
            </w:r>
          </w:p>
        </w:tc>
        <w:tc>
          <w:tcPr>
            <w:tcW w:w="1559" w:type="dxa"/>
          </w:tcPr>
          <w:p w14:paraId="0FEA9C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3.000443</w:t>
            </w:r>
          </w:p>
        </w:tc>
        <w:tc>
          <w:tcPr>
            <w:tcW w:w="2446" w:type="dxa"/>
          </w:tcPr>
          <w:p w14:paraId="368B8D3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khu vực biển cho cá nhân Việt Nam để nuôi trồng thủy sản</w:t>
            </w:r>
          </w:p>
        </w:tc>
        <w:tc>
          <w:tcPr>
            <w:tcW w:w="1599" w:type="dxa"/>
          </w:tcPr>
          <w:p w14:paraId="22B49A2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Biển và hải đảo</w:t>
            </w:r>
          </w:p>
        </w:tc>
        <w:tc>
          <w:tcPr>
            <w:tcW w:w="1728" w:type="dxa"/>
          </w:tcPr>
          <w:p w14:paraId="058A55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FB1B40D" wp14:editId="1F553728">
                  <wp:extent cx="640080" cy="64008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9"/>
                          <a:stretch>
                            <a:fillRect/>
                          </a:stretch>
                        </pic:blipFill>
                        <pic:spPr>
                          <a:xfrm>
                            <a:off x="0" y="0"/>
                            <a:ext cx="640080" cy="640080"/>
                          </a:xfrm>
                          <a:prstGeom prst="rect">
                            <a:avLst/>
                          </a:prstGeom>
                        </pic:spPr>
                      </pic:pic>
                    </a:graphicData>
                  </a:graphic>
                </wp:inline>
              </w:drawing>
            </w:r>
          </w:p>
        </w:tc>
      </w:tr>
      <w:tr w:rsidR="005C547F" w:rsidRPr="0092658F" w14:paraId="40915163" w14:textId="77777777" w:rsidTr="00423CDA">
        <w:trPr>
          <w:jc w:val="center"/>
        </w:trPr>
        <w:tc>
          <w:tcPr>
            <w:tcW w:w="1131" w:type="dxa"/>
          </w:tcPr>
          <w:p w14:paraId="372E11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124</w:t>
            </w:r>
          </w:p>
        </w:tc>
        <w:tc>
          <w:tcPr>
            <w:tcW w:w="1559" w:type="dxa"/>
          </w:tcPr>
          <w:p w14:paraId="7D5CBA8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3.000441</w:t>
            </w:r>
          </w:p>
        </w:tc>
        <w:tc>
          <w:tcPr>
            <w:tcW w:w="2446" w:type="dxa"/>
          </w:tcPr>
          <w:p w14:paraId="696CD1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Trả lại khu vực biển cho cá nhân Việt Nam để nuôi trồng thủy sản</w:t>
            </w:r>
          </w:p>
        </w:tc>
        <w:tc>
          <w:tcPr>
            <w:tcW w:w="1599" w:type="dxa"/>
          </w:tcPr>
          <w:p w14:paraId="0EAE943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Biển và hải đảo</w:t>
            </w:r>
          </w:p>
        </w:tc>
        <w:tc>
          <w:tcPr>
            <w:tcW w:w="1728" w:type="dxa"/>
          </w:tcPr>
          <w:p w14:paraId="5A77CA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331CA9B" wp14:editId="48366451">
                  <wp:extent cx="640080" cy="64008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0"/>
                          <a:stretch>
                            <a:fillRect/>
                          </a:stretch>
                        </pic:blipFill>
                        <pic:spPr>
                          <a:xfrm>
                            <a:off x="0" y="0"/>
                            <a:ext cx="640080" cy="640080"/>
                          </a:xfrm>
                          <a:prstGeom prst="rect">
                            <a:avLst/>
                          </a:prstGeom>
                        </pic:spPr>
                      </pic:pic>
                    </a:graphicData>
                  </a:graphic>
                </wp:inline>
              </w:drawing>
            </w:r>
          </w:p>
        </w:tc>
      </w:tr>
      <w:tr w:rsidR="005C547F" w:rsidRPr="0092658F" w14:paraId="628E4F51" w14:textId="77777777" w:rsidTr="00423CDA">
        <w:trPr>
          <w:jc w:val="center"/>
        </w:trPr>
        <w:tc>
          <w:tcPr>
            <w:tcW w:w="1131" w:type="dxa"/>
          </w:tcPr>
          <w:p w14:paraId="21EC2C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125</w:t>
            </w:r>
          </w:p>
        </w:tc>
        <w:tc>
          <w:tcPr>
            <w:tcW w:w="1559" w:type="dxa"/>
          </w:tcPr>
          <w:p w14:paraId="7C6721F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1.012922</w:t>
            </w:r>
          </w:p>
        </w:tc>
        <w:tc>
          <w:tcPr>
            <w:tcW w:w="2446" w:type="dxa"/>
          </w:tcPr>
          <w:p w14:paraId="1B900C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Kiểm tra hiện trường rừng trồng bị thiệt hại</w:t>
            </w:r>
          </w:p>
        </w:tc>
        <w:tc>
          <w:tcPr>
            <w:tcW w:w="1599" w:type="dxa"/>
          </w:tcPr>
          <w:p w14:paraId="0030F55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Lâm nghiệp và Kiểm lâm</w:t>
            </w:r>
          </w:p>
        </w:tc>
        <w:tc>
          <w:tcPr>
            <w:tcW w:w="1728" w:type="dxa"/>
          </w:tcPr>
          <w:p w14:paraId="7140EB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9B34041" wp14:editId="1CB4ECBC">
                  <wp:extent cx="640080" cy="64008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1"/>
                          <a:stretch>
                            <a:fillRect/>
                          </a:stretch>
                        </pic:blipFill>
                        <pic:spPr>
                          <a:xfrm>
                            <a:off x="0" y="0"/>
                            <a:ext cx="640080" cy="640080"/>
                          </a:xfrm>
                          <a:prstGeom prst="rect">
                            <a:avLst/>
                          </a:prstGeom>
                        </pic:spPr>
                      </pic:pic>
                    </a:graphicData>
                  </a:graphic>
                </wp:inline>
              </w:drawing>
            </w:r>
          </w:p>
        </w:tc>
      </w:tr>
      <w:tr w:rsidR="005C547F" w:rsidRPr="0092658F" w14:paraId="696D01B3" w14:textId="77777777" w:rsidTr="00423CDA">
        <w:trPr>
          <w:jc w:val="center"/>
        </w:trPr>
        <w:tc>
          <w:tcPr>
            <w:tcW w:w="1131" w:type="dxa"/>
          </w:tcPr>
          <w:p w14:paraId="0885C6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126</w:t>
            </w:r>
          </w:p>
        </w:tc>
        <w:tc>
          <w:tcPr>
            <w:tcW w:w="1559" w:type="dxa"/>
          </w:tcPr>
          <w:p w14:paraId="0F2C0B5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1.012812</w:t>
            </w:r>
          </w:p>
        </w:tc>
        <w:tc>
          <w:tcPr>
            <w:tcW w:w="2446" w:type="dxa"/>
          </w:tcPr>
          <w:p w14:paraId="27BB11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Hòa giải tranh chấp đất đai</w:t>
            </w:r>
          </w:p>
        </w:tc>
        <w:tc>
          <w:tcPr>
            <w:tcW w:w="1599" w:type="dxa"/>
          </w:tcPr>
          <w:p w14:paraId="4E916A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3BA2A3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3EAAA15" wp14:editId="3C8BD3E7">
                  <wp:extent cx="640080" cy="64008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2"/>
                          <a:stretch>
                            <a:fillRect/>
                          </a:stretch>
                        </pic:blipFill>
                        <pic:spPr>
                          <a:xfrm>
                            <a:off x="0" y="0"/>
                            <a:ext cx="640080" cy="640080"/>
                          </a:xfrm>
                          <a:prstGeom prst="rect">
                            <a:avLst/>
                          </a:prstGeom>
                        </pic:spPr>
                      </pic:pic>
                    </a:graphicData>
                  </a:graphic>
                </wp:inline>
              </w:drawing>
            </w:r>
          </w:p>
        </w:tc>
      </w:tr>
      <w:tr w:rsidR="005C547F" w:rsidRPr="0092658F" w14:paraId="00878713" w14:textId="77777777" w:rsidTr="00423CDA">
        <w:trPr>
          <w:jc w:val="center"/>
        </w:trPr>
        <w:tc>
          <w:tcPr>
            <w:tcW w:w="1131" w:type="dxa"/>
          </w:tcPr>
          <w:p w14:paraId="15E72D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127</w:t>
            </w:r>
          </w:p>
        </w:tc>
        <w:tc>
          <w:tcPr>
            <w:tcW w:w="1559" w:type="dxa"/>
          </w:tcPr>
          <w:p w14:paraId="60CA9DC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1.012694</w:t>
            </w:r>
          </w:p>
        </w:tc>
        <w:tc>
          <w:tcPr>
            <w:tcW w:w="2446" w:type="dxa"/>
          </w:tcPr>
          <w:p w14:paraId="5813162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Chuyển mục đích sử dụng rừng sang mục đích khác đối với cá nhân</w:t>
            </w:r>
          </w:p>
        </w:tc>
        <w:tc>
          <w:tcPr>
            <w:tcW w:w="1599" w:type="dxa"/>
          </w:tcPr>
          <w:p w14:paraId="6F44FD7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Kiểm lâm</w:t>
            </w:r>
          </w:p>
        </w:tc>
        <w:tc>
          <w:tcPr>
            <w:tcW w:w="1728" w:type="dxa"/>
          </w:tcPr>
          <w:p w14:paraId="44BC22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B4D0A73" wp14:editId="3596CD32">
                  <wp:extent cx="640080" cy="64008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3"/>
                          <a:stretch>
                            <a:fillRect/>
                          </a:stretch>
                        </pic:blipFill>
                        <pic:spPr>
                          <a:xfrm>
                            <a:off x="0" y="0"/>
                            <a:ext cx="640080" cy="640080"/>
                          </a:xfrm>
                          <a:prstGeom prst="rect">
                            <a:avLst/>
                          </a:prstGeom>
                        </pic:spPr>
                      </pic:pic>
                    </a:graphicData>
                  </a:graphic>
                </wp:inline>
              </w:drawing>
            </w:r>
          </w:p>
        </w:tc>
      </w:tr>
      <w:tr w:rsidR="005C547F" w:rsidRPr="0092658F" w14:paraId="3D4A2686" w14:textId="77777777" w:rsidTr="00423CDA">
        <w:trPr>
          <w:jc w:val="center"/>
        </w:trPr>
        <w:tc>
          <w:tcPr>
            <w:tcW w:w="1131" w:type="dxa"/>
          </w:tcPr>
          <w:p w14:paraId="6A55885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128</w:t>
            </w:r>
          </w:p>
        </w:tc>
        <w:tc>
          <w:tcPr>
            <w:tcW w:w="1559" w:type="dxa"/>
          </w:tcPr>
          <w:p w14:paraId="6E5B6F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1.012531</w:t>
            </w:r>
          </w:p>
        </w:tc>
        <w:tc>
          <w:tcPr>
            <w:tcW w:w="2446" w:type="dxa"/>
          </w:tcPr>
          <w:p w14:paraId="44E0EC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tín dụng đầu tư trồng rừng gỗ lớn đối với chủ rừng là hộ gia đình, cá nhân</w:t>
            </w:r>
          </w:p>
        </w:tc>
        <w:tc>
          <w:tcPr>
            <w:tcW w:w="1599" w:type="dxa"/>
          </w:tcPr>
          <w:p w14:paraId="03DCCC0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Lâm nghiệp và Kiểm lâm</w:t>
            </w:r>
          </w:p>
        </w:tc>
        <w:tc>
          <w:tcPr>
            <w:tcW w:w="1728" w:type="dxa"/>
          </w:tcPr>
          <w:p w14:paraId="488BFB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54AD4D2" wp14:editId="52D37E70">
                  <wp:extent cx="640080" cy="640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4"/>
                          <a:stretch>
                            <a:fillRect/>
                          </a:stretch>
                        </pic:blipFill>
                        <pic:spPr>
                          <a:xfrm>
                            <a:off x="0" y="0"/>
                            <a:ext cx="640080" cy="640080"/>
                          </a:xfrm>
                          <a:prstGeom prst="rect">
                            <a:avLst/>
                          </a:prstGeom>
                        </pic:spPr>
                      </pic:pic>
                    </a:graphicData>
                  </a:graphic>
                </wp:inline>
              </w:drawing>
            </w:r>
          </w:p>
        </w:tc>
      </w:tr>
      <w:tr w:rsidR="005C547F" w:rsidRPr="0092658F" w14:paraId="62D4D922" w14:textId="77777777" w:rsidTr="00423CDA">
        <w:trPr>
          <w:jc w:val="center"/>
        </w:trPr>
        <w:tc>
          <w:tcPr>
            <w:tcW w:w="1131" w:type="dxa"/>
          </w:tcPr>
          <w:p w14:paraId="60B4C95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129</w:t>
            </w:r>
          </w:p>
        </w:tc>
        <w:tc>
          <w:tcPr>
            <w:tcW w:w="1559" w:type="dxa"/>
          </w:tcPr>
          <w:p w14:paraId="129C95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1.011609</w:t>
            </w:r>
          </w:p>
        </w:tc>
        <w:tc>
          <w:tcPr>
            <w:tcW w:w="2446" w:type="dxa"/>
          </w:tcPr>
          <w:p w14:paraId="1C2E7D9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hộ làm nông nghiệp, lâm nghiệp, ngư nghiệp và diêm nghiệp có mức sống trung bình</w:t>
            </w:r>
          </w:p>
        </w:tc>
        <w:tc>
          <w:tcPr>
            <w:tcW w:w="1599" w:type="dxa"/>
          </w:tcPr>
          <w:p w14:paraId="3E9564D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Giảm nghèo</w:t>
            </w:r>
          </w:p>
        </w:tc>
        <w:tc>
          <w:tcPr>
            <w:tcW w:w="1728" w:type="dxa"/>
          </w:tcPr>
          <w:p w14:paraId="044B96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6A67C29" wp14:editId="0BF5F2D6">
                  <wp:extent cx="640080" cy="64008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5"/>
                          <a:stretch>
                            <a:fillRect/>
                          </a:stretch>
                        </pic:blipFill>
                        <pic:spPr>
                          <a:xfrm>
                            <a:off x="0" y="0"/>
                            <a:ext cx="640080" cy="640080"/>
                          </a:xfrm>
                          <a:prstGeom prst="rect">
                            <a:avLst/>
                          </a:prstGeom>
                        </pic:spPr>
                      </pic:pic>
                    </a:graphicData>
                  </a:graphic>
                </wp:inline>
              </w:drawing>
            </w:r>
          </w:p>
        </w:tc>
      </w:tr>
      <w:tr w:rsidR="005C547F" w:rsidRPr="0092658F" w14:paraId="3249B2D4" w14:textId="77777777" w:rsidTr="00423CDA">
        <w:trPr>
          <w:jc w:val="center"/>
        </w:trPr>
        <w:tc>
          <w:tcPr>
            <w:tcW w:w="1131" w:type="dxa"/>
          </w:tcPr>
          <w:p w14:paraId="1A9ADBA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130</w:t>
            </w:r>
          </w:p>
        </w:tc>
        <w:tc>
          <w:tcPr>
            <w:tcW w:w="1559" w:type="dxa"/>
          </w:tcPr>
          <w:p w14:paraId="41E931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1.011607</w:t>
            </w:r>
          </w:p>
        </w:tc>
        <w:tc>
          <w:tcPr>
            <w:tcW w:w="2446" w:type="dxa"/>
          </w:tcPr>
          <w:p w14:paraId="2A100B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hộ nghèo, hộ cận nghèo thường xuyên hằng năm</w:t>
            </w:r>
          </w:p>
        </w:tc>
        <w:tc>
          <w:tcPr>
            <w:tcW w:w="1599" w:type="dxa"/>
          </w:tcPr>
          <w:p w14:paraId="4495EEE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Giảm nghèo</w:t>
            </w:r>
          </w:p>
        </w:tc>
        <w:tc>
          <w:tcPr>
            <w:tcW w:w="1728" w:type="dxa"/>
          </w:tcPr>
          <w:p w14:paraId="46FB507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571A939" wp14:editId="2475D35D">
                  <wp:extent cx="640080" cy="64008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6"/>
                          <a:stretch>
                            <a:fillRect/>
                          </a:stretch>
                        </pic:blipFill>
                        <pic:spPr>
                          <a:xfrm>
                            <a:off x="0" y="0"/>
                            <a:ext cx="640080" cy="640080"/>
                          </a:xfrm>
                          <a:prstGeom prst="rect">
                            <a:avLst/>
                          </a:prstGeom>
                        </pic:spPr>
                      </pic:pic>
                    </a:graphicData>
                  </a:graphic>
                </wp:inline>
              </w:drawing>
            </w:r>
          </w:p>
        </w:tc>
      </w:tr>
      <w:tr w:rsidR="005C547F" w:rsidRPr="0092658F" w14:paraId="368C07EB" w14:textId="77777777" w:rsidTr="00423CDA">
        <w:trPr>
          <w:jc w:val="center"/>
        </w:trPr>
        <w:tc>
          <w:tcPr>
            <w:tcW w:w="1131" w:type="dxa"/>
          </w:tcPr>
          <w:p w14:paraId="505E363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131</w:t>
            </w:r>
          </w:p>
        </w:tc>
        <w:tc>
          <w:tcPr>
            <w:tcW w:w="1559" w:type="dxa"/>
          </w:tcPr>
          <w:p w14:paraId="49520B6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1.011608</w:t>
            </w:r>
          </w:p>
        </w:tc>
        <w:tc>
          <w:tcPr>
            <w:tcW w:w="2446" w:type="dxa"/>
          </w:tcPr>
          <w:p w14:paraId="6B8D71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hộ thoát nghèo, hộ thoát cận nghèo thường xuyên hằng năm</w:t>
            </w:r>
          </w:p>
        </w:tc>
        <w:tc>
          <w:tcPr>
            <w:tcW w:w="1599" w:type="dxa"/>
          </w:tcPr>
          <w:p w14:paraId="2C36BD6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Giảm nghèo</w:t>
            </w:r>
          </w:p>
        </w:tc>
        <w:tc>
          <w:tcPr>
            <w:tcW w:w="1728" w:type="dxa"/>
          </w:tcPr>
          <w:p w14:paraId="4B0C6BA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73A60BD" wp14:editId="759E1736">
                  <wp:extent cx="640080" cy="64008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7"/>
                          <a:stretch>
                            <a:fillRect/>
                          </a:stretch>
                        </pic:blipFill>
                        <pic:spPr>
                          <a:xfrm>
                            <a:off x="0" y="0"/>
                            <a:ext cx="640080" cy="640080"/>
                          </a:xfrm>
                          <a:prstGeom prst="rect">
                            <a:avLst/>
                          </a:prstGeom>
                        </pic:spPr>
                      </pic:pic>
                    </a:graphicData>
                  </a:graphic>
                </wp:inline>
              </w:drawing>
            </w:r>
          </w:p>
        </w:tc>
      </w:tr>
      <w:tr w:rsidR="005C547F" w:rsidRPr="0092658F" w14:paraId="19C940EE" w14:textId="77777777" w:rsidTr="00423CDA">
        <w:trPr>
          <w:jc w:val="center"/>
        </w:trPr>
        <w:tc>
          <w:tcPr>
            <w:tcW w:w="1131" w:type="dxa"/>
          </w:tcPr>
          <w:p w14:paraId="351899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132</w:t>
            </w:r>
          </w:p>
        </w:tc>
        <w:tc>
          <w:tcPr>
            <w:tcW w:w="1559" w:type="dxa"/>
          </w:tcPr>
          <w:p w14:paraId="0BB4DAB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1.010091</w:t>
            </w:r>
          </w:p>
        </w:tc>
        <w:tc>
          <w:tcPr>
            <w:tcW w:w="2446" w:type="dxa"/>
          </w:tcPr>
          <w:p w14:paraId="3437B1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khám chữa bệnh, trợ cấp tai nạn cho lực lượng xung kích phòng chống thiên tai cấp xã trong trường hợp chưa tham gia bảo hiểm y tế, bảo hiểm xã hội</w:t>
            </w:r>
          </w:p>
        </w:tc>
        <w:tc>
          <w:tcPr>
            <w:tcW w:w="1599" w:type="dxa"/>
          </w:tcPr>
          <w:p w14:paraId="57AF50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Đê điều và Phòng, chống thiên tai</w:t>
            </w:r>
          </w:p>
        </w:tc>
        <w:tc>
          <w:tcPr>
            <w:tcW w:w="1728" w:type="dxa"/>
          </w:tcPr>
          <w:p w14:paraId="7BA23B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CED69AE" wp14:editId="4AFC03D0">
                  <wp:extent cx="640080" cy="64008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8"/>
                          <a:stretch>
                            <a:fillRect/>
                          </a:stretch>
                        </pic:blipFill>
                        <pic:spPr>
                          <a:xfrm>
                            <a:off x="0" y="0"/>
                            <a:ext cx="640080" cy="640080"/>
                          </a:xfrm>
                          <a:prstGeom prst="rect">
                            <a:avLst/>
                          </a:prstGeom>
                        </pic:spPr>
                      </pic:pic>
                    </a:graphicData>
                  </a:graphic>
                </wp:inline>
              </w:drawing>
            </w:r>
          </w:p>
        </w:tc>
      </w:tr>
      <w:tr w:rsidR="005C547F" w:rsidRPr="0092658F" w14:paraId="5B1031D4" w14:textId="77777777" w:rsidTr="00423CDA">
        <w:trPr>
          <w:jc w:val="center"/>
        </w:trPr>
        <w:tc>
          <w:tcPr>
            <w:tcW w:w="1131" w:type="dxa"/>
          </w:tcPr>
          <w:p w14:paraId="58CCA30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133</w:t>
            </w:r>
          </w:p>
        </w:tc>
        <w:tc>
          <w:tcPr>
            <w:tcW w:w="1559" w:type="dxa"/>
          </w:tcPr>
          <w:p w14:paraId="3D97491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1.007919</w:t>
            </w:r>
          </w:p>
        </w:tc>
        <w:tc>
          <w:tcPr>
            <w:tcW w:w="2446" w:type="dxa"/>
          </w:tcPr>
          <w:p w14:paraId="6FDADE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1599" w:type="dxa"/>
          </w:tcPr>
          <w:p w14:paraId="3AA51F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Lâm nghiệp và Kiểm lâm</w:t>
            </w:r>
          </w:p>
        </w:tc>
        <w:tc>
          <w:tcPr>
            <w:tcW w:w="1728" w:type="dxa"/>
          </w:tcPr>
          <w:p w14:paraId="6BA604B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12B26F7" wp14:editId="2F82BADB">
                  <wp:extent cx="640080" cy="64008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9"/>
                          <a:stretch>
                            <a:fillRect/>
                          </a:stretch>
                        </pic:blipFill>
                        <pic:spPr>
                          <a:xfrm>
                            <a:off x="0" y="0"/>
                            <a:ext cx="640080" cy="640080"/>
                          </a:xfrm>
                          <a:prstGeom prst="rect">
                            <a:avLst/>
                          </a:prstGeom>
                        </pic:spPr>
                      </pic:pic>
                    </a:graphicData>
                  </a:graphic>
                </wp:inline>
              </w:drawing>
            </w:r>
          </w:p>
        </w:tc>
      </w:tr>
      <w:tr w:rsidR="005C547F" w:rsidRPr="0092658F" w14:paraId="676E966C" w14:textId="77777777" w:rsidTr="00423CDA">
        <w:trPr>
          <w:jc w:val="center"/>
        </w:trPr>
        <w:tc>
          <w:tcPr>
            <w:tcW w:w="1131" w:type="dxa"/>
          </w:tcPr>
          <w:p w14:paraId="17547F5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134</w:t>
            </w:r>
          </w:p>
        </w:tc>
        <w:tc>
          <w:tcPr>
            <w:tcW w:w="1559" w:type="dxa"/>
          </w:tcPr>
          <w:p w14:paraId="1FA5E0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1.004680</w:t>
            </w:r>
          </w:p>
        </w:tc>
        <w:tc>
          <w:tcPr>
            <w:tcW w:w="2446" w:type="dxa"/>
          </w:tcPr>
          <w:p w14:paraId="39A6766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1599" w:type="dxa"/>
          </w:tcPr>
          <w:p w14:paraId="4218E3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4FE035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5473754" wp14:editId="58226E33">
                  <wp:extent cx="640080" cy="64008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0"/>
                          <a:stretch>
                            <a:fillRect/>
                          </a:stretch>
                        </pic:blipFill>
                        <pic:spPr>
                          <a:xfrm>
                            <a:off x="0" y="0"/>
                            <a:ext cx="640080" cy="640080"/>
                          </a:xfrm>
                          <a:prstGeom prst="rect">
                            <a:avLst/>
                          </a:prstGeom>
                        </pic:spPr>
                      </pic:pic>
                    </a:graphicData>
                  </a:graphic>
                </wp:inline>
              </w:drawing>
            </w:r>
          </w:p>
        </w:tc>
      </w:tr>
      <w:tr w:rsidR="005C547F" w:rsidRPr="0092658F" w14:paraId="6D3F917E" w14:textId="77777777" w:rsidTr="00423CDA">
        <w:trPr>
          <w:jc w:val="center"/>
        </w:trPr>
        <w:tc>
          <w:tcPr>
            <w:tcW w:w="1131" w:type="dxa"/>
          </w:tcPr>
          <w:p w14:paraId="188DA8C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135</w:t>
            </w:r>
          </w:p>
        </w:tc>
        <w:tc>
          <w:tcPr>
            <w:tcW w:w="1559" w:type="dxa"/>
          </w:tcPr>
          <w:p w14:paraId="0D913B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1.004656</w:t>
            </w:r>
          </w:p>
        </w:tc>
        <w:tc>
          <w:tcPr>
            <w:tcW w:w="2446" w:type="dxa"/>
          </w:tcPr>
          <w:p w14:paraId="179FC49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1599" w:type="dxa"/>
          </w:tcPr>
          <w:p w14:paraId="6745B23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77D2CE4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BEA8ED1" wp14:editId="3075BE2B">
                  <wp:extent cx="640080" cy="64008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1"/>
                          <a:stretch>
                            <a:fillRect/>
                          </a:stretch>
                        </pic:blipFill>
                        <pic:spPr>
                          <a:xfrm>
                            <a:off x="0" y="0"/>
                            <a:ext cx="640080" cy="640080"/>
                          </a:xfrm>
                          <a:prstGeom prst="rect">
                            <a:avLst/>
                          </a:prstGeom>
                        </pic:spPr>
                      </pic:pic>
                    </a:graphicData>
                  </a:graphic>
                </wp:inline>
              </w:drawing>
            </w:r>
          </w:p>
        </w:tc>
      </w:tr>
      <w:tr w:rsidR="005C547F" w:rsidRPr="0092658F" w14:paraId="75D4DA3C" w14:textId="77777777" w:rsidTr="00423CDA">
        <w:trPr>
          <w:jc w:val="center"/>
        </w:trPr>
        <w:tc>
          <w:tcPr>
            <w:tcW w:w="1131" w:type="dxa"/>
          </w:tcPr>
          <w:p w14:paraId="3ABD6E9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136</w:t>
            </w:r>
          </w:p>
        </w:tc>
        <w:tc>
          <w:tcPr>
            <w:tcW w:w="1559" w:type="dxa"/>
          </w:tcPr>
          <w:p w14:paraId="1049167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1.004498</w:t>
            </w:r>
          </w:p>
        </w:tc>
        <w:tc>
          <w:tcPr>
            <w:tcW w:w="2446" w:type="dxa"/>
          </w:tcPr>
          <w:p w14:paraId="5EEE904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Sửa đổi, bổ sung nội dung quyết định công nhận và giao quyền quản lý cho tổ chức cộng đồng (thuộc địa bàn quản lý)</w:t>
            </w:r>
          </w:p>
        </w:tc>
        <w:tc>
          <w:tcPr>
            <w:tcW w:w="1599" w:type="dxa"/>
          </w:tcPr>
          <w:p w14:paraId="012168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79BD7F9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00D5415" wp14:editId="0A5F8904">
                  <wp:extent cx="640080" cy="64008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2"/>
                          <a:stretch>
                            <a:fillRect/>
                          </a:stretch>
                        </pic:blipFill>
                        <pic:spPr>
                          <a:xfrm>
                            <a:off x="0" y="0"/>
                            <a:ext cx="640080" cy="640080"/>
                          </a:xfrm>
                          <a:prstGeom prst="rect">
                            <a:avLst/>
                          </a:prstGeom>
                        </pic:spPr>
                      </pic:pic>
                    </a:graphicData>
                  </a:graphic>
                </wp:inline>
              </w:drawing>
            </w:r>
          </w:p>
        </w:tc>
      </w:tr>
      <w:tr w:rsidR="005C547F" w:rsidRPr="0092658F" w14:paraId="39E2009E" w14:textId="77777777" w:rsidTr="00423CDA">
        <w:trPr>
          <w:jc w:val="center"/>
        </w:trPr>
        <w:tc>
          <w:tcPr>
            <w:tcW w:w="1131" w:type="dxa"/>
          </w:tcPr>
          <w:p w14:paraId="01C52A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137</w:t>
            </w:r>
          </w:p>
        </w:tc>
        <w:tc>
          <w:tcPr>
            <w:tcW w:w="1559" w:type="dxa"/>
          </w:tcPr>
          <w:p w14:paraId="03FA8B5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2.001627</w:t>
            </w:r>
          </w:p>
        </w:tc>
        <w:tc>
          <w:tcPr>
            <w:tcW w:w="2446" w:type="dxa"/>
          </w:tcPr>
          <w:p w14:paraId="3DBF80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quy trình vận hành đối với công trình thủy lợi lớn và công trình thủy lợi vừa do Chủ tịch UBND cấp tỉnh phân cấp cho Chủ tịch UBND cấp xã phê duyệt</w:t>
            </w:r>
          </w:p>
        </w:tc>
        <w:tc>
          <w:tcPr>
            <w:tcW w:w="1599" w:type="dxa"/>
          </w:tcPr>
          <w:p w14:paraId="76BE7D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04E0A9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E181AB3" wp14:editId="4DC4FA00">
                  <wp:extent cx="640080" cy="64008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3"/>
                          <a:stretch>
                            <a:fillRect/>
                          </a:stretch>
                        </pic:blipFill>
                        <pic:spPr>
                          <a:xfrm>
                            <a:off x="0" y="0"/>
                            <a:ext cx="640080" cy="640080"/>
                          </a:xfrm>
                          <a:prstGeom prst="rect">
                            <a:avLst/>
                          </a:prstGeom>
                        </pic:spPr>
                      </pic:pic>
                    </a:graphicData>
                  </a:graphic>
                </wp:inline>
              </w:drawing>
            </w:r>
          </w:p>
        </w:tc>
      </w:tr>
      <w:tr w:rsidR="005C547F" w:rsidRPr="0092658F" w14:paraId="62FCF165" w14:textId="77777777" w:rsidTr="00423CDA">
        <w:trPr>
          <w:jc w:val="center"/>
        </w:trPr>
        <w:tc>
          <w:tcPr>
            <w:tcW w:w="1131" w:type="dxa"/>
          </w:tcPr>
          <w:p w14:paraId="2E3E8C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138</w:t>
            </w:r>
          </w:p>
        </w:tc>
        <w:tc>
          <w:tcPr>
            <w:tcW w:w="1559" w:type="dxa"/>
          </w:tcPr>
          <w:p w14:paraId="3091D86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2.001621</w:t>
            </w:r>
          </w:p>
        </w:tc>
        <w:tc>
          <w:tcPr>
            <w:tcW w:w="2446" w:type="dxa"/>
          </w:tcPr>
          <w:p w14:paraId="6628A7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w:t>
            </w:r>
            <w:r w:rsidRPr="0092658F">
              <w:rPr>
                <w:rFonts w:ascii="Times New Roman" w:hAnsi="Times New Roman" w:cs="Times New Roman"/>
              </w:rPr>
              <w:lastRenderedPageBreak/>
              <w:t>toán cho UBND cấp xã thực hiện)</w:t>
            </w:r>
          </w:p>
        </w:tc>
        <w:tc>
          <w:tcPr>
            <w:tcW w:w="1599" w:type="dxa"/>
          </w:tcPr>
          <w:p w14:paraId="40B4E4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Thủy lợi</w:t>
            </w:r>
          </w:p>
        </w:tc>
        <w:tc>
          <w:tcPr>
            <w:tcW w:w="1728" w:type="dxa"/>
          </w:tcPr>
          <w:p w14:paraId="76C0F1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8B7BBF4" wp14:editId="5BB22CF9">
                  <wp:extent cx="640080" cy="64008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4"/>
                          <a:stretch>
                            <a:fillRect/>
                          </a:stretch>
                        </pic:blipFill>
                        <pic:spPr>
                          <a:xfrm>
                            <a:off x="0" y="0"/>
                            <a:ext cx="640080" cy="640080"/>
                          </a:xfrm>
                          <a:prstGeom prst="rect">
                            <a:avLst/>
                          </a:prstGeom>
                        </pic:spPr>
                      </pic:pic>
                    </a:graphicData>
                  </a:graphic>
                </wp:inline>
              </w:drawing>
            </w:r>
          </w:p>
        </w:tc>
      </w:tr>
      <w:tr w:rsidR="005C547F" w:rsidRPr="0092658F" w14:paraId="1D2C3EB3" w14:textId="77777777" w:rsidTr="00423CDA">
        <w:trPr>
          <w:jc w:val="center"/>
        </w:trPr>
        <w:tc>
          <w:tcPr>
            <w:tcW w:w="1131" w:type="dxa"/>
          </w:tcPr>
          <w:p w14:paraId="1CC5975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139</w:t>
            </w:r>
          </w:p>
        </w:tc>
        <w:tc>
          <w:tcPr>
            <w:tcW w:w="1559" w:type="dxa"/>
          </w:tcPr>
          <w:p w14:paraId="634AE0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1.003596</w:t>
            </w:r>
          </w:p>
        </w:tc>
        <w:tc>
          <w:tcPr>
            <w:tcW w:w="2446" w:type="dxa"/>
          </w:tcPr>
          <w:p w14:paraId="4A8B0C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kế hoạch khuyến nông địa phương (cấp xã)</w:t>
            </w:r>
          </w:p>
        </w:tc>
        <w:tc>
          <w:tcPr>
            <w:tcW w:w="1599" w:type="dxa"/>
          </w:tcPr>
          <w:p w14:paraId="536CD0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Nông nghiệp</w:t>
            </w:r>
          </w:p>
        </w:tc>
        <w:tc>
          <w:tcPr>
            <w:tcW w:w="1728" w:type="dxa"/>
          </w:tcPr>
          <w:p w14:paraId="108A1AA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D74222C" wp14:editId="4B4FEA65">
                  <wp:extent cx="640080" cy="64008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5"/>
                          <a:stretch>
                            <a:fillRect/>
                          </a:stretch>
                        </pic:blipFill>
                        <pic:spPr>
                          <a:xfrm>
                            <a:off x="0" y="0"/>
                            <a:ext cx="640080" cy="640080"/>
                          </a:xfrm>
                          <a:prstGeom prst="rect">
                            <a:avLst/>
                          </a:prstGeom>
                        </pic:spPr>
                      </pic:pic>
                    </a:graphicData>
                  </a:graphic>
                </wp:inline>
              </w:drawing>
            </w:r>
          </w:p>
        </w:tc>
      </w:tr>
      <w:tr w:rsidR="005C547F" w:rsidRPr="0092658F" w14:paraId="087A7E21" w14:textId="77777777" w:rsidTr="00423CDA">
        <w:trPr>
          <w:jc w:val="center"/>
        </w:trPr>
        <w:tc>
          <w:tcPr>
            <w:tcW w:w="1131" w:type="dxa"/>
          </w:tcPr>
          <w:p w14:paraId="456E12F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140</w:t>
            </w:r>
          </w:p>
        </w:tc>
        <w:tc>
          <w:tcPr>
            <w:tcW w:w="1559" w:type="dxa"/>
          </w:tcPr>
          <w:p w14:paraId="2AD9B76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1.003471</w:t>
            </w:r>
          </w:p>
        </w:tc>
        <w:tc>
          <w:tcPr>
            <w:tcW w:w="2446" w:type="dxa"/>
          </w:tcPr>
          <w:p w14:paraId="7D5E2DC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đề cương, kết quả kiểm định an toàn  đập, hồ chứa thủy lợi thuộc thẩm quyền của Chủ tịch UBND cấp xã</w:t>
            </w:r>
          </w:p>
        </w:tc>
        <w:tc>
          <w:tcPr>
            <w:tcW w:w="1599" w:type="dxa"/>
          </w:tcPr>
          <w:p w14:paraId="210E33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38DCC4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3DFFA8F" wp14:editId="529C1FEE">
                  <wp:extent cx="640080" cy="64008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6"/>
                          <a:stretch>
                            <a:fillRect/>
                          </a:stretch>
                        </pic:blipFill>
                        <pic:spPr>
                          <a:xfrm>
                            <a:off x="0" y="0"/>
                            <a:ext cx="640080" cy="640080"/>
                          </a:xfrm>
                          <a:prstGeom prst="rect">
                            <a:avLst/>
                          </a:prstGeom>
                        </pic:spPr>
                      </pic:pic>
                    </a:graphicData>
                  </a:graphic>
                </wp:inline>
              </w:drawing>
            </w:r>
          </w:p>
        </w:tc>
      </w:tr>
      <w:tr w:rsidR="005C547F" w:rsidRPr="0092658F" w14:paraId="32C85021" w14:textId="77777777" w:rsidTr="00423CDA">
        <w:trPr>
          <w:jc w:val="center"/>
        </w:trPr>
        <w:tc>
          <w:tcPr>
            <w:tcW w:w="1131" w:type="dxa"/>
          </w:tcPr>
          <w:p w14:paraId="5E4571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141</w:t>
            </w:r>
          </w:p>
        </w:tc>
        <w:tc>
          <w:tcPr>
            <w:tcW w:w="1559" w:type="dxa"/>
          </w:tcPr>
          <w:p w14:paraId="292FBA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1.003446</w:t>
            </w:r>
          </w:p>
        </w:tc>
        <w:tc>
          <w:tcPr>
            <w:tcW w:w="2446" w:type="dxa"/>
          </w:tcPr>
          <w:p w14:paraId="271D5A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phê duyệt phương án ứng phó thiên tai cho công trình, vùng hạ du đập trong quá trình thi công thuộc thẩm quyền của UBND cấp xã</w:t>
            </w:r>
          </w:p>
        </w:tc>
        <w:tc>
          <w:tcPr>
            <w:tcW w:w="1599" w:type="dxa"/>
          </w:tcPr>
          <w:p w14:paraId="2C353E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11A645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A81E173" wp14:editId="73B2D982">
                  <wp:extent cx="640080" cy="64008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7"/>
                          <a:stretch>
                            <a:fillRect/>
                          </a:stretch>
                        </pic:blipFill>
                        <pic:spPr>
                          <a:xfrm>
                            <a:off x="0" y="0"/>
                            <a:ext cx="640080" cy="640080"/>
                          </a:xfrm>
                          <a:prstGeom prst="rect">
                            <a:avLst/>
                          </a:prstGeom>
                        </pic:spPr>
                      </pic:pic>
                    </a:graphicData>
                  </a:graphic>
                </wp:inline>
              </w:drawing>
            </w:r>
          </w:p>
        </w:tc>
      </w:tr>
      <w:tr w:rsidR="005C547F" w:rsidRPr="0092658F" w14:paraId="44F291D6" w14:textId="77777777" w:rsidTr="00423CDA">
        <w:trPr>
          <w:jc w:val="center"/>
        </w:trPr>
        <w:tc>
          <w:tcPr>
            <w:tcW w:w="1131" w:type="dxa"/>
          </w:tcPr>
          <w:p w14:paraId="49B6C4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142</w:t>
            </w:r>
          </w:p>
        </w:tc>
        <w:tc>
          <w:tcPr>
            <w:tcW w:w="1559" w:type="dxa"/>
          </w:tcPr>
          <w:p w14:paraId="038FCE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1.003440</w:t>
            </w:r>
          </w:p>
        </w:tc>
        <w:tc>
          <w:tcPr>
            <w:tcW w:w="2446" w:type="dxa"/>
          </w:tcPr>
          <w:p w14:paraId="3EF3F4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phê duyệt phương án ứng phó với tình huống khẩn cấp thuộc thẩm quyền của UBND cấp xã</w:t>
            </w:r>
          </w:p>
        </w:tc>
        <w:tc>
          <w:tcPr>
            <w:tcW w:w="1599" w:type="dxa"/>
          </w:tcPr>
          <w:p w14:paraId="300626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77063A2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F4F3D2C" wp14:editId="0DEA9F06">
                  <wp:extent cx="640080" cy="64008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8"/>
                          <a:stretch>
                            <a:fillRect/>
                          </a:stretch>
                        </pic:blipFill>
                        <pic:spPr>
                          <a:xfrm>
                            <a:off x="0" y="0"/>
                            <a:ext cx="640080" cy="640080"/>
                          </a:xfrm>
                          <a:prstGeom prst="rect">
                            <a:avLst/>
                          </a:prstGeom>
                        </pic:spPr>
                      </pic:pic>
                    </a:graphicData>
                  </a:graphic>
                </wp:inline>
              </w:drawing>
            </w:r>
          </w:p>
        </w:tc>
      </w:tr>
      <w:tr w:rsidR="005C547F" w:rsidRPr="0092658F" w14:paraId="0C313A8D" w14:textId="77777777" w:rsidTr="00423CDA">
        <w:trPr>
          <w:jc w:val="center"/>
        </w:trPr>
        <w:tc>
          <w:tcPr>
            <w:tcW w:w="1131" w:type="dxa"/>
          </w:tcPr>
          <w:p w14:paraId="28D18F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143</w:t>
            </w:r>
          </w:p>
        </w:tc>
        <w:tc>
          <w:tcPr>
            <w:tcW w:w="1559" w:type="dxa"/>
          </w:tcPr>
          <w:p w14:paraId="0A72ED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1.003347</w:t>
            </w:r>
          </w:p>
        </w:tc>
        <w:tc>
          <w:tcPr>
            <w:tcW w:w="2446" w:type="dxa"/>
          </w:tcPr>
          <w:p w14:paraId="761B106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công bố công khai quy trình vận hành hồ chứa thủy lợi thuộc thẩm quyền của Chủ tịch UBND cấp xã</w:t>
            </w:r>
          </w:p>
        </w:tc>
        <w:tc>
          <w:tcPr>
            <w:tcW w:w="1599" w:type="dxa"/>
          </w:tcPr>
          <w:p w14:paraId="0751C5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670D81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CE35B14" wp14:editId="392A0D6B">
                  <wp:extent cx="640080" cy="64008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49"/>
                          <a:stretch>
                            <a:fillRect/>
                          </a:stretch>
                        </pic:blipFill>
                        <pic:spPr>
                          <a:xfrm>
                            <a:off x="0" y="0"/>
                            <a:ext cx="640080" cy="640080"/>
                          </a:xfrm>
                          <a:prstGeom prst="rect">
                            <a:avLst/>
                          </a:prstGeom>
                        </pic:spPr>
                      </pic:pic>
                    </a:graphicData>
                  </a:graphic>
                </wp:inline>
              </w:drawing>
            </w:r>
          </w:p>
        </w:tc>
      </w:tr>
      <w:tr w:rsidR="005C547F" w:rsidRPr="0092658F" w14:paraId="54D73C8B" w14:textId="77777777" w:rsidTr="00423CDA">
        <w:trPr>
          <w:jc w:val="center"/>
        </w:trPr>
        <w:tc>
          <w:tcPr>
            <w:tcW w:w="1131" w:type="dxa"/>
          </w:tcPr>
          <w:p w14:paraId="579FEBA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144</w:t>
            </w:r>
          </w:p>
        </w:tc>
        <w:tc>
          <w:tcPr>
            <w:tcW w:w="1559" w:type="dxa"/>
          </w:tcPr>
          <w:p w14:paraId="2D1FEA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1.001662</w:t>
            </w:r>
          </w:p>
        </w:tc>
        <w:tc>
          <w:tcPr>
            <w:tcW w:w="2446" w:type="dxa"/>
          </w:tcPr>
          <w:p w14:paraId="3C67233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khai thác nước dưới đất</w:t>
            </w:r>
          </w:p>
        </w:tc>
        <w:tc>
          <w:tcPr>
            <w:tcW w:w="1599" w:type="dxa"/>
          </w:tcPr>
          <w:p w14:paraId="5BBE42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nguyên nước</w:t>
            </w:r>
          </w:p>
        </w:tc>
        <w:tc>
          <w:tcPr>
            <w:tcW w:w="1728" w:type="dxa"/>
          </w:tcPr>
          <w:p w14:paraId="2D09323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D51A527" wp14:editId="6039967E">
                  <wp:extent cx="640080" cy="64008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0"/>
                          <a:stretch>
                            <a:fillRect/>
                          </a:stretch>
                        </pic:blipFill>
                        <pic:spPr>
                          <a:xfrm>
                            <a:off x="0" y="0"/>
                            <a:ext cx="640080" cy="640080"/>
                          </a:xfrm>
                          <a:prstGeom prst="rect">
                            <a:avLst/>
                          </a:prstGeom>
                        </pic:spPr>
                      </pic:pic>
                    </a:graphicData>
                  </a:graphic>
                </wp:inline>
              </w:drawing>
            </w:r>
          </w:p>
        </w:tc>
      </w:tr>
      <w:tr w:rsidR="005C547F" w:rsidRPr="0092658F" w14:paraId="34E0BB3D" w14:textId="77777777" w:rsidTr="00423CDA">
        <w:trPr>
          <w:jc w:val="center"/>
        </w:trPr>
        <w:tc>
          <w:tcPr>
            <w:tcW w:w="1131" w:type="dxa"/>
          </w:tcPr>
          <w:p w14:paraId="603A89E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145</w:t>
            </w:r>
          </w:p>
        </w:tc>
        <w:tc>
          <w:tcPr>
            <w:tcW w:w="1559" w:type="dxa"/>
          </w:tcPr>
          <w:p w14:paraId="40C9EC0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1.009465</w:t>
            </w:r>
          </w:p>
        </w:tc>
        <w:tc>
          <w:tcPr>
            <w:tcW w:w="2446" w:type="dxa"/>
          </w:tcPr>
          <w:p w14:paraId="1D7021A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Chấp thuận phương án bảo đảm an toàn giao thông đường thủy nội địa</w:t>
            </w:r>
          </w:p>
        </w:tc>
        <w:tc>
          <w:tcPr>
            <w:tcW w:w="1599" w:type="dxa"/>
          </w:tcPr>
          <w:p w14:paraId="71C7F9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1FB9C5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C4F4B00" wp14:editId="28FCEFB5">
                  <wp:extent cx="640080" cy="64008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1"/>
                          <a:stretch>
                            <a:fillRect/>
                          </a:stretch>
                        </pic:blipFill>
                        <pic:spPr>
                          <a:xfrm>
                            <a:off x="0" y="0"/>
                            <a:ext cx="640080" cy="640080"/>
                          </a:xfrm>
                          <a:prstGeom prst="rect">
                            <a:avLst/>
                          </a:prstGeom>
                        </pic:spPr>
                      </pic:pic>
                    </a:graphicData>
                  </a:graphic>
                </wp:inline>
              </w:drawing>
            </w:r>
          </w:p>
        </w:tc>
      </w:tr>
      <w:tr w:rsidR="005C547F" w:rsidRPr="0092658F" w14:paraId="5A4455ED" w14:textId="77777777" w:rsidTr="00423CDA">
        <w:trPr>
          <w:jc w:val="center"/>
        </w:trPr>
        <w:tc>
          <w:tcPr>
            <w:tcW w:w="1131" w:type="dxa"/>
          </w:tcPr>
          <w:p w14:paraId="2C7BDAA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146</w:t>
            </w:r>
          </w:p>
        </w:tc>
        <w:tc>
          <w:tcPr>
            <w:tcW w:w="1559" w:type="dxa"/>
          </w:tcPr>
          <w:p w14:paraId="267FAA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1.013791</w:t>
            </w:r>
          </w:p>
        </w:tc>
        <w:tc>
          <w:tcPr>
            <w:tcW w:w="2446" w:type="dxa"/>
          </w:tcPr>
          <w:p w14:paraId="0AB74A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tiếp nhận hồ sơ đăng ký lễ hội quy mô cấp xã</w:t>
            </w:r>
          </w:p>
        </w:tc>
        <w:tc>
          <w:tcPr>
            <w:tcW w:w="1599" w:type="dxa"/>
          </w:tcPr>
          <w:p w14:paraId="34B81AE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Văn hóa</w:t>
            </w:r>
          </w:p>
        </w:tc>
        <w:tc>
          <w:tcPr>
            <w:tcW w:w="1728" w:type="dxa"/>
          </w:tcPr>
          <w:p w14:paraId="15EDAE4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A84A8C8" wp14:editId="1E4BB2B6">
                  <wp:extent cx="640080" cy="64008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2"/>
                          <a:stretch>
                            <a:fillRect/>
                          </a:stretch>
                        </pic:blipFill>
                        <pic:spPr>
                          <a:xfrm>
                            <a:off x="0" y="0"/>
                            <a:ext cx="640080" cy="640080"/>
                          </a:xfrm>
                          <a:prstGeom prst="rect">
                            <a:avLst/>
                          </a:prstGeom>
                        </pic:spPr>
                      </pic:pic>
                    </a:graphicData>
                  </a:graphic>
                </wp:inline>
              </w:drawing>
            </w:r>
          </w:p>
        </w:tc>
      </w:tr>
      <w:tr w:rsidR="005C547F" w:rsidRPr="0092658F" w14:paraId="4B1F019F" w14:textId="77777777" w:rsidTr="00423CDA">
        <w:trPr>
          <w:jc w:val="center"/>
        </w:trPr>
        <w:tc>
          <w:tcPr>
            <w:tcW w:w="1131" w:type="dxa"/>
          </w:tcPr>
          <w:p w14:paraId="0AA147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147</w:t>
            </w:r>
          </w:p>
        </w:tc>
        <w:tc>
          <w:tcPr>
            <w:tcW w:w="1559" w:type="dxa"/>
          </w:tcPr>
          <w:p w14:paraId="683D203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1.009452</w:t>
            </w:r>
          </w:p>
        </w:tc>
        <w:tc>
          <w:tcPr>
            <w:tcW w:w="2446" w:type="dxa"/>
          </w:tcPr>
          <w:p w14:paraId="0C0AE4F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Cho ý kiến về sự phù hợp quy hoạch và thông số kỹ thuật xây dựng bến thủy nội địa</w:t>
            </w:r>
          </w:p>
        </w:tc>
        <w:tc>
          <w:tcPr>
            <w:tcW w:w="1599" w:type="dxa"/>
          </w:tcPr>
          <w:p w14:paraId="18FE5D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714A515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13B07B" wp14:editId="636639A5">
                  <wp:extent cx="640080" cy="64008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3"/>
                          <a:stretch>
                            <a:fillRect/>
                          </a:stretch>
                        </pic:blipFill>
                        <pic:spPr>
                          <a:xfrm>
                            <a:off x="0" y="0"/>
                            <a:ext cx="640080" cy="640080"/>
                          </a:xfrm>
                          <a:prstGeom prst="rect">
                            <a:avLst/>
                          </a:prstGeom>
                        </pic:spPr>
                      </pic:pic>
                    </a:graphicData>
                  </a:graphic>
                </wp:inline>
              </w:drawing>
            </w:r>
          </w:p>
        </w:tc>
      </w:tr>
      <w:tr w:rsidR="005C547F" w:rsidRPr="0092658F" w14:paraId="1C31C434" w14:textId="77777777" w:rsidTr="00423CDA">
        <w:trPr>
          <w:jc w:val="center"/>
        </w:trPr>
        <w:tc>
          <w:tcPr>
            <w:tcW w:w="1131" w:type="dxa"/>
          </w:tcPr>
          <w:p w14:paraId="7F8DFF3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148</w:t>
            </w:r>
          </w:p>
        </w:tc>
        <w:tc>
          <w:tcPr>
            <w:tcW w:w="1559" w:type="dxa"/>
          </w:tcPr>
          <w:p w14:paraId="05849B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1.013228</w:t>
            </w:r>
          </w:p>
        </w:tc>
        <w:tc>
          <w:tcPr>
            <w:tcW w:w="2446" w:type="dxa"/>
          </w:tcPr>
          <w:p w14:paraId="4B45B28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1599" w:type="dxa"/>
          </w:tcPr>
          <w:p w14:paraId="4BDFE18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Hoạt động xây dựng</w:t>
            </w:r>
          </w:p>
        </w:tc>
        <w:tc>
          <w:tcPr>
            <w:tcW w:w="1728" w:type="dxa"/>
          </w:tcPr>
          <w:p w14:paraId="66DBE0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3BE5C69" wp14:editId="18EC1073">
                  <wp:extent cx="640080" cy="64008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4"/>
                          <a:stretch>
                            <a:fillRect/>
                          </a:stretch>
                        </pic:blipFill>
                        <pic:spPr>
                          <a:xfrm>
                            <a:off x="0" y="0"/>
                            <a:ext cx="640080" cy="640080"/>
                          </a:xfrm>
                          <a:prstGeom prst="rect">
                            <a:avLst/>
                          </a:prstGeom>
                        </pic:spPr>
                      </pic:pic>
                    </a:graphicData>
                  </a:graphic>
                </wp:inline>
              </w:drawing>
            </w:r>
          </w:p>
        </w:tc>
      </w:tr>
      <w:tr w:rsidR="005C547F" w:rsidRPr="0092658F" w14:paraId="785F7A55" w14:textId="77777777" w:rsidTr="00423CDA">
        <w:trPr>
          <w:jc w:val="center"/>
        </w:trPr>
        <w:tc>
          <w:tcPr>
            <w:tcW w:w="1131" w:type="dxa"/>
          </w:tcPr>
          <w:p w14:paraId="3C40C8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149</w:t>
            </w:r>
          </w:p>
        </w:tc>
        <w:tc>
          <w:tcPr>
            <w:tcW w:w="1559" w:type="dxa"/>
          </w:tcPr>
          <w:p w14:paraId="1C5A6B8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1.013710</w:t>
            </w:r>
          </w:p>
        </w:tc>
        <w:tc>
          <w:tcPr>
            <w:tcW w:w="2446" w:type="dxa"/>
          </w:tcPr>
          <w:p w14:paraId="53DC6E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chi phí y tế và thu nhập thực tế bị mất hoặc giảm sút cho người đang trực tiếp tham gia hoạt động chữ thập đỏ bị tai nạn dẫn đến thiệt hại về sức khỏe</w:t>
            </w:r>
          </w:p>
        </w:tc>
        <w:tc>
          <w:tcPr>
            <w:tcW w:w="1599" w:type="dxa"/>
          </w:tcPr>
          <w:p w14:paraId="4A80E3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4DA2C4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33FB943" wp14:editId="2EB2FCA2">
                  <wp:extent cx="640080" cy="64008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5"/>
                          <a:stretch>
                            <a:fillRect/>
                          </a:stretch>
                        </pic:blipFill>
                        <pic:spPr>
                          <a:xfrm>
                            <a:off x="0" y="0"/>
                            <a:ext cx="640080" cy="640080"/>
                          </a:xfrm>
                          <a:prstGeom prst="rect">
                            <a:avLst/>
                          </a:prstGeom>
                        </pic:spPr>
                      </pic:pic>
                    </a:graphicData>
                  </a:graphic>
                </wp:inline>
              </w:drawing>
            </w:r>
          </w:p>
        </w:tc>
      </w:tr>
      <w:tr w:rsidR="005C547F" w:rsidRPr="0092658F" w14:paraId="158F4E65" w14:textId="77777777" w:rsidTr="00423CDA">
        <w:trPr>
          <w:jc w:val="center"/>
        </w:trPr>
        <w:tc>
          <w:tcPr>
            <w:tcW w:w="1131" w:type="dxa"/>
          </w:tcPr>
          <w:p w14:paraId="01E501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150</w:t>
            </w:r>
          </w:p>
        </w:tc>
        <w:tc>
          <w:tcPr>
            <w:tcW w:w="1559" w:type="dxa"/>
          </w:tcPr>
          <w:p w14:paraId="4969C2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1.013709</w:t>
            </w:r>
          </w:p>
        </w:tc>
        <w:tc>
          <w:tcPr>
            <w:tcW w:w="2446" w:type="dxa"/>
          </w:tcPr>
          <w:p w14:paraId="7954D59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Cho phép hội hoạt động trở lại sau khi bị đình chỉ có thời hạn</w:t>
            </w:r>
          </w:p>
        </w:tc>
        <w:tc>
          <w:tcPr>
            <w:tcW w:w="1599" w:type="dxa"/>
          </w:tcPr>
          <w:p w14:paraId="46922A3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70695F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3929CA8" wp14:editId="4A90AFA6">
                  <wp:extent cx="640080" cy="64008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6"/>
                          <a:stretch>
                            <a:fillRect/>
                          </a:stretch>
                        </pic:blipFill>
                        <pic:spPr>
                          <a:xfrm>
                            <a:off x="0" y="0"/>
                            <a:ext cx="640080" cy="640080"/>
                          </a:xfrm>
                          <a:prstGeom prst="rect">
                            <a:avLst/>
                          </a:prstGeom>
                        </pic:spPr>
                      </pic:pic>
                    </a:graphicData>
                  </a:graphic>
                </wp:inline>
              </w:drawing>
            </w:r>
          </w:p>
        </w:tc>
      </w:tr>
      <w:tr w:rsidR="005C547F" w:rsidRPr="0092658F" w14:paraId="5BE88396" w14:textId="77777777" w:rsidTr="00423CDA">
        <w:trPr>
          <w:jc w:val="center"/>
        </w:trPr>
        <w:tc>
          <w:tcPr>
            <w:tcW w:w="1131" w:type="dxa"/>
          </w:tcPr>
          <w:p w14:paraId="35BF39A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151</w:t>
            </w:r>
          </w:p>
        </w:tc>
        <w:tc>
          <w:tcPr>
            <w:tcW w:w="1559" w:type="dxa"/>
          </w:tcPr>
          <w:p w14:paraId="0413A8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1.013708</w:t>
            </w:r>
          </w:p>
        </w:tc>
        <w:tc>
          <w:tcPr>
            <w:tcW w:w="2446" w:type="dxa"/>
          </w:tcPr>
          <w:p w14:paraId="01216DF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Hội tự giải thể</w:t>
            </w:r>
          </w:p>
        </w:tc>
        <w:tc>
          <w:tcPr>
            <w:tcW w:w="1599" w:type="dxa"/>
          </w:tcPr>
          <w:p w14:paraId="7A8414E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382419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BAF4C3F" wp14:editId="7F0CD7A9">
                  <wp:extent cx="640080" cy="64008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7"/>
                          <a:stretch>
                            <a:fillRect/>
                          </a:stretch>
                        </pic:blipFill>
                        <pic:spPr>
                          <a:xfrm>
                            <a:off x="0" y="0"/>
                            <a:ext cx="640080" cy="640080"/>
                          </a:xfrm>
                          <a:prstGeom prst="rect">
                            <a:avLst/>
                          </a:prstGeom>
                        </pic:spPr>
                      </pic:pic>
                    </a:graphicData>
                  </a:graphic>
                </wp:inline>
              </w:drawing>
            </w:r>
          </w:p>
        </w:tc>
      </w:tr>
      <w:tr w:rsidR="005C547F" w:rsidRPr="0092658F" w14:paraId="6952380C" w14:textId="77777777" w:rsidTr="00423CDA">
        <w:trPr>
          <w:jc w:val="center"/>
        </w:trPr>
        <w:tc>
          <w:tcPr>
            <w:tcW w:w="1131" w:type="dxa"/>
          </w:tcPr>
          <w:p w14:paraId="020CF03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152</w:t>
            </w:r>
          </w:p>
        </w:tc>
        <w:tc>
          <w:tcPr>
            <w:tcW w:w="1559" w:type="dxa"/>
          </w:tcPr>
          <w:p w14:paraId="4567C52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1.013707</w:t>
            </w:r>
          </w:p>
        </w:tc>
        <w:tc>
          <w:tcPr>
            <w:tcW w:w="2446" w:type="dxa"/>
          </w:tcPr>
          <w:p w14:paraId="3902F6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Chia, tách; sáp nhập; hợp nhất hội</w:t>
            </w:r>
          </w:p>
        </w:tc>
        <w:tc>
          <w:tcPr>
            <w:tcW w:w="1599" w:type="dxa"/>
          </w:tcPr>
          <w:p w14:paraId="41B7B0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3EF8C96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ABA793D" wp14:editId="4EC9E2F7">
                  <wp:extent cx="640080" cy="64008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8"/>
                          <a:stretch>
                            <a:fillRect/>
                          </a:stretch>
                        </pic:blipFill>
                        <pic:spPr>
                          <a:xfrm>
                            <a:off x="0" y="0"/>
                            <a:ext cx="640080" cy="640080"/>
                          </a:xfrm>
                          <a:prstGeom prst="rect">
                            <a:avLst/>
                          </a:prstGeom>
                        </pic:spPr>
                      </pic:pic>
                    </a:graphicData>
                  </a:graphic>
                </wp:inline>
              </w:drawing>
            </w:r>
          </w:p>
        </w:tc>
      </w:tr>
      <w:tr w:rsidR="005C547F" w:rsidRPr="0092658F" w14:paraId="3CDE4F31" w14:textId="77777777" w:rsidTr="00423CDA">
        <w:trPr>
          <w:jc w:val="center"/>
        </w:trPr>
        <w:tc>
          <w:tcPr>
            <w:tcW w:w="1131" w:type="dxa"/>
          </w:tcPr>
          <w:p w14:paraId="123D0B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153</w:t>
            </w:r>
          </w:p>
        </w:tc>
        <w:tc>
          <w:tcPr>
            <w:tcW w:w="1559" w:type="dxa"/>
          </w:tcPr>
          <w:p w14:paraId="4AFBE4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1.013706</w:t>
            </w:r>
          </w:p>
        </w:tc>
        <w:tc>
          <w:tcPr>
            <w:tcW w:w="2446" w:type="dxa"/>
          </w:tcPr>
          <w:p w14:paraId="3C8012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kết quả đại hội và phê duyệt đổi tên hội, phê duyệt điều lệ hội</w:t>
            </w:r>
          </w:p>
        </w:tc>
        <w:tc>
          <w:tcPr>
            <w:tcW w:w="1599" w:type="dxa"/>
          </w:tcPr>
          <w:p w14:paraId="18400F8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6C9F787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214F459" wp14:editId="68EED345">
                  <wp:extent cx="640080" cy="64008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59"/>
                          <a:stretch>
                            <a:fillRect/>
                          </a:stretch>
                        </pic:blipFill>
                        <pic:spPr>
                          <a:xfrm>
                            <a:off x="0" y="0"/>
                            <a:ext cx="640080" cy="640080"/>
                          </a:xfrm>
                          <a:prstGeom prst="rect">
                            <a:avLst/>
                          </a:prstGeom>
                        </pic:spPr>
                      </pic:pic>
                    </a:graphicData>
                  </a:graphic>
                </wp:inline>
              </w:drawing>
            </w:r>
          </w:p>
        </w:tc>
      </w:tr>
      <w:tr w:rsidR="005C547F" w:rsidRPr="0092658F" w14:paraId="70417976" w14:textId="77777777" w:rsidTr="00423CDA">
        <w:trPr>
          <w:jc w:val="center"/>
        </w:trPr>
        <w:tc>
          <w:tcPr>
            <w:tcW w:w="1131" w:type="dxa"/>
          </w:tcPr>
          <w:p w14:paraId="3790E75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154</w:t>
            </w:r>
          </w:p>
        </w:tc>
        <w:tc>
          <w:tcPr>
            <w:tcW w:w="1559" w:type="dxa"/>
          </w:tcPr>
          <w:p w14:paraId="4D07B49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1.013704</w:t>
            </w:r>
          </w:p>
        </w:tc>
        <w:tc>
          <w:tcPr>
            <w:tcW w:w="2446" w:type="dxa"/>
          </w:tcPr>
          <w:p w14:paraId="3BA809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Báo cáo tổ chức đại hội thành lập, đại hội nhiệm kỳ, đại hội bất thường của hội</w:t>
            </w:r>
          </w:p>
        </w:tc>
        <w:tc>
          <w:tcPr>
            <w:tcW w:w="1599" w:type="dxa"/>
          </w:tcPr>
          <w:p w14:paraId="38891A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7EBB3D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D2BEF36" wp14:editId="0984A8BD">
                  <wp:extent cx="640080" cy="64008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0"/>
                          <a:stretch>
                            <a:fillRect/>
                          </a:stretch>
                        </pic:blipFill>
                        <pic:spPr>
                          <a:xfrm>
                            <a:off x="0" y="0"/>
                            <a:ext cx="640080" cy="640080"/>
                          </a:xfrm>
                          <a:prstGeom prst="rect">
                            <a:avLst/>
                          </a:prstGeom>
                        </pic:spPr>
                      </pic:pic>
                    </a:graphicData>
                  </a:graphic>
                </wp:inline>
              </w:drawing>
            </w:r>
          </w:p>
        </w:tc>
      </w:tr>
      <w:tr w:rsidR="005C547F" w:rsidRPr="0092658F" w14:paraId="32B797A9" w14:textId="77777777" w:rsidTr="00423CDA">
        <w:trPr>
          <w:jc w:val="center"/>
        </w:trPr>
        <w:tc>
          <w:tcPr>
            <w:tcW w:w="1131" w:type="dxa"/>
          </w:tcPr>
          <w:p w14:paraId="1ADDA1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155</w:t>
            </w:r>
          </w:p>
        </w:tc>
        <w:tc>
          <w:tcPr>
            <w:tcW w:w="1559" w:type="dxa"/>
          </w:tcPr>
          <w:p w14:paraId="439B9B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1.013703</w:t>
            </w:r>
          </w:p>
        </w:tc>
        <w:tc>
          <w:tcPr>
            <w:tcW w:w="2446" w:type="dxa"/>
          </w:tcPr>
          <w:p w14:paraId="43B8F3F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hội</w:t>
            </w:r>
          </w:p>
        </w:tc>
        <w:tc>
          <w:tcPr>
            <w:tcW w:w="1599" w:type="dxa"/>
          </w:tcPr>
          <w:p w14:paraId="297324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413F414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149FE07" wp14:editId="4EA32231">
                  <wp:extent cx="640080" cy="64008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1"/>
                          <a:stretch>
                            <a:fillRect/>
                          </a:stretch>
                        </pic:blipFill>
                        <pic:spPr>
                          <a:xfrm>
                            <a:off x="0" y="0"/>
                            <a:ext cx="640080" cy="640080"/>
                          </a:xfrm>
                          <a:prstGeom prst="rect">
                            <a:avLst/>
                          </a:prstGeom>
                        </pic:spPr>
                      </pic:pic>
                    </a:graphicData>
                  </a:graphic>
                </wp:inline>
              </w:drawing>
            </w:r>
          </w:p>
        </w:tc>
      </w:tr>
      <w:tr w:rsidR="005C547F" w:rsidRPr="0092658F" w14:paraId="39EB3413" w14:textId="77777777" w:rsidTr="00423CDA">
        <w:trPr>
          <w:jc w:val="center"/>
        </w:trPr>
        <w:tc>
          <w:tcPr>
            <w:tcW w:w="1131" w:type="dxa"/>
          </w:tcPr>
          <w:p w14:paraId="4841EC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156</w:t>
            </w:r>
          </w:p>
        </w:tc>
        <w:tc>
          <w:tcPr>
            <w:tcW w:w="1559" w:type="dxa"/>
          </w:tcPr>
          <w:p w14:paraId="241E073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1.013702</w:t>
            </w:r>
          </w:p>
        </w:tc>
        <w:tc>
          <w:tcPr>
            <w:tcW w:w="2446" w:type="dxa"/>
          </w:tcPr>
          <w:p w14:paraId="2F06AE5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ban vận động thành lập hội</w:t>
            </w:r>
          </w:p>
        </w:tc>
        <w:tc>
          <w:tcPr>
            <w:tcW w:w="1599" w:type="dxa"/>
          </w:tcPr>
          <w:p w14:paraId="2E5AA9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6736BC8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3638EDC" wp14:editId="7D6C7EAF">
                  <wp:extent cx="640080" cy="64008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2"/>
                          <a:stretch>
                            <a:fillRect/>
                          </a:stretch>
                        </pic:blipFill>
                        <pic:spPr>
                          <a:xfrm>
                            <a:off x="0" y="0"/>
                            <a:ext cx="640080" cy="640080"/>
                          </a:xfrm>
                          <a:prstGeom prst="rect">
                            <a:avLst/>
                          </a:prstGeom>
                        </pic:spPr>
                      </pic:pic>
                    </a:graphicData>
                  </a:graphic>
                </wp:inline>
              </w:drawing>
            </w:r>
          </w:p>
        </w:tc>
      </w:tr>
      <w:tr w:rsidR="005C547F" w:rsidRPr="0092658F" w14:paraId="7D7841F2" w14:textId="77777777" w:rsidTr="00423CDA">
        <w:trPr>
          <w:jc w:val="center"/>
        </w:trPr>
        <w:tc>
          <w:tcPr>
            <w:tcW w:w="1131" w:type="dxa"/>
          </w:tcPr>
          <w:p w14:paraId="0F399D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157</w:t>
            </w:r>
          </w:p>
        </w:tc>
        <w:tc>
          <w:tcPr>
            <w:tcW w:w="1559" w:type="dxa"/>
          </w:tcPr>
          <w:p w14:paraId="304D1D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1.004873</w:t>
            </w:r>
          </w:p>
        </w:tc>
        <w:tc>
          <w:tcPr>
            <w:tcW w:w="2446" w:type="dxa"/>
          </w:tcPr>
          <w:p w14:paraId="197956C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cấp Giấy xác nhận tình trạng hôn nhân</w:t>
            </w:r>
          </w:p>
        </w:tc>
        <w:tc>
          <w:tcPr>
            <w:tcW w:w="1599" w:type="dxa"/>
          </w:tcPr>
          <w:p w14:paraId="5F023E8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7426542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6450DF0" wp14:editId="62348E85">
                  <wp:extent cx="640080" cy="64008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3"/>
                          <a:stretch>
                            <a:fillRect/>
                          </a:stretch>
                        </pic:blipFill>
                        <pic:spPr>
                          <a:xfrm>
                            <a:off x="0" y="0"/>
                            <a:ext cx="640080" cy="640080"/>
                          </a:xfrm>
                          <a:prstGeom prst="rect">
                            <a:avLst/>
                          </a:prstGeom>
                        </pic:spPr>
                      </pic:pic>
                    </a:graphicData>
                  </a:graphic>
                </wp:inline>
              </w:drawing>
            </w:r>
          </w:p>
        </w:tc>
      </w:tr>
      <w:tr w:rsidR="005C547F" w:rsidRPr="0092658F" w14:paraId="0846310F" w14:textId="77777777" w:rsidTr="00423CDA">
        <w:trPr>
          <w:jc w:val="center"/>
        </w:trPr>
        <w:tc>
          <w:tcPr>
            <w:tcW w:w="1131" w:type="dxa"/>
          </w:tcPr>
          <w:p w14:paraId="0986EE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158</w:t>
            </w:r>
          </w:p>
        </w:tc>
        <w:tc>
          <w:tcPr>
            <w:tcW w:w="1559" w:type="dxa"/>
          </w:tcPr>
          <w:p w14:paraId="1865776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1.004845</w:t>
            </w:r>
          </w:p>
        </w:tc>
        <w:tc>
          <w:tcPr>
            <w:tcW w:w="2446" w:type="dxa"/>
          </w:tcPr>
          <w:p w14:paraId="07A278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chấm dứt giám hộ</w:t>
            </w:r>
          </w:p>
        </w:tc>
        <w:tc>
          <w:tcPr>
            <w:tcW w:w="1599" w:type="dxa"/>
          </w:tcPr>
          <w:p w14:paraId="7EF55DF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26222D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54C7875" wp14:editId="31B5E8D0">
                  <wp:extent cx="640080" cy="64008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4"/>
                          <a:stretch>
                            <a:fillRect/>
                          </a:stretch>
                        </pic:blipFill>
                        <pic:spPr>
                          <a:xfrm>
                            <a:off x="0" y="0"/>
                            <a:ext cx="640080" cy="640080"/>
                          </a:xfrm>
                          <a:prstGeom prst="rect">
                            <a:avLst/>
                          </a:prstGeom>
                        </pic:spPr>
                      </pic:pic>
                    </a:graphicData>
                  </a:graphic>
                </wp:inline>
              </w:drawing>
            </w:r>
          </w:p>
        </w:tc>
      </w:tr>
      <w:tr w:rsidR="005C547F" w:rsidRPr="0092658F" w14:paraId="7B89B242" w14:textId="77777777" w:rsidTr="00423CDA">
        <w:trPr>
          <w:jc w:val="center"/>
        </w:trPr>
        <w:tc>
          <w:tcPr>
            <w:tcW w:w="1131" w:type="dxa"/>
          </w:tcPr>
          <w:p w14:paraId="07D4C1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159</w:t>
            </w:r>
          </w:p>
        </w:tc>
        <w:tc>
          <w:tcPr>
            <w:tcW w:w="1559" w:type="dxa"/>
          </w:tcPr>
          <w:p w14:paraId="0815D5C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1.004884</w:t>
            </w:r>
          </w:p>
        </w:tc>
        <w:tc>
          <w:tcPr>
            <w:tcW w:w="2446" w:type="dxa"/>
          </w:tcPr>
          <w:p w14:paraId="48B7BA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lại khai sinh</w:t>
            </w:r>
          </w:p>
        </w:tc>
        <w:tc>
          <w:tcPr>
            <w:tcW w:w="1599" w:type="dxa"/>
          </w:tcPr>
          <w:p w14:paraId="4B7857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62D0B3A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AB131E8" wp14:editId="6AD4498D">
                  <wp:extent cx="640080" cy="64008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5"/>
                          <a:stretch>
                            <a:fillRect/>
                          </a:stretch>
                        </pic:blipFill>
                        <pic:spPr>
                          <a:xfrm>
                            <a:off x="0" y="0"/>
                            <a:ext cx="640080" cy="640080"/>
                          </a:xfrm>
                          <a:prstGeom prst="rect">
                            <a:avLst/>
                          </a:prstGeom>
                        </pic:spPr>
                      </pic:pic>
                    </a:graphicData>
                  </a:graphic>
                </wp:inline>
              </w:drawing>
            </w:r>
          </w:p>
        </w:tc>
      </w:tr>
      <w:tr w:rsidR="005C547F" w:rsidRPr="0092658F" w14:paraId="5B7E75D8" w14:textId="77777777" w:rsidTr="00423CDA">
        <w:trPr>
          <w:jc w:val="center"/>
        </w:trPr>
        <w:tc>
          <w:tcPr>
            <w:tcW w:w="1131" w:type="dxa"/>
          </w:tcPr>
          <w:p w14:paraId="6C8899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160</w:t>
            </w:r>
          </w:p>
        </w:tc>
        <w:tc>
          <w:tcPr>
            <w:tcW w:w="1559" w:type="dxa"/>
          </w:tcPr>
          <w:p w14:paraId="4F8698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1.004827</w:t>
            </w:r>
          </w:p>
        </w:tc>
        <w:tc>
          <w:tcPr>
            <w:tcW w:w="2446" w:type="dxa"/>
          </w:tcPr>
          <w:p w14:paraId="798515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tử có yếu tố nước ngoài tại khu vực biên giới</w:t>
            </w:r>
          </w:p>
        </w:tc>
        <w:tc>
          <w:tcPr>
            <w:tcW w:w="1599" w:type="dxa"/>
          </w:tcPr>
          <w:p w14:paraId="01A6023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58AF63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D168FDE" wp14:editId="159A3C59">
                  <wp:extent cx="640080" cy="64008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6"/>
                          <a:stretch>
                            <a:fillRect/>
                          </a:stretch>
                        </pic:blipFill>
                        <pic:spPr>
                          <a:xfrm>
                            <a:off x="0" y="0"/>
                            <a:ext cx="640080" cy="640080"/>
                          </a:xfrm>
                          <a:prstGeom prst="rect">
                            <a:avLst/>
                          </a:prstGeom>
                        </pic:spPr>
                      </pic:pic>
                    </a:graphicData>
                  </a:graphic>
                </wp:inline>
              </w:drawing>
            </w:r>
          </w:p>
        </w:tc>
      </w:tr>
      <w:tr w:rsidR="005C547F" w:rsidRPr="0092658F" w14:paraId="6BD92BD1" w14:textId="77777777" w:rsidTr="00423CDA">
        <w:trPr>
          <w:jc w:val="center"/>
        </w:trPr>
        <w:tc>
          <w:tcPr>
            <w:tcW w:w="1131" w:type="dxa"/>
          </w:tcPr>
          <w:p w14:paraId="1D7BD99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161</w:t>
            </w:r>
          </w:p>
        </w:tc>
        <w:tc>
          <w:tcPr>
            <w:tcW w:w="1559" w:type="dxa"/>
          </w:tcPr>
          <w:p w14:paraId="3357C5A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1.004772</w:t>
            </w:r>
          </w:p>
        </w:tc>
        <w:tc>
          <w:tcPr>
            <w:tcW w:w="2446" w:type="dxa"/>
          </w:tcPr>
          <w:p w14:paraId="4945A5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 cho người đã có hồ sơ, giấy tờ cá nhân</w:t>
            </w:r>
          </w:p>
        </w:tc>
        <w:tc>
          <w:tcPr>
            <w:tcW w:w="1599" w:type="dxa"/>
          </w:tcPr>
          <w:p w14:paraId="0FF5998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5C0FF9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09F02E" wp14:editId="6D500A59">
                  <wp:extent cx="640080" cy="64008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7"/>
                          <a:stretch>
                            <a:fillRect/>
                          </a:stretch>
                        </pic:blipFill>
                        <pic:spPr>
                          <a:xfrm>
                            <a:off x="0" y="0"/>
                            <a:ext cx="640080" cy="640080"/>
                          </a:xfrm>
                          <a:prstGeom prst="rect">
                            <a:avLst/>
                          </a:prstGeom>
                        </pic:spPr>
                      </pic:pic>
                    </a:graphicData>
                  </a:graphic>
                </wp:inline>
              </w:drawing>
            </w:r>
          </w:p>
        </w:tc>
      </w:tr>
      <w:tr w:rsidR="005C547F" w:rsidRPr="0092658F" w14:paraId="617E3082" w14:textId="77777777" w:rsidTr="00423CDA">
        <w:trPr>
          <w:jc w:val="center"/>
        </w:trPr>
        <w:tc>
          <w:tcPr>
            <w:tcW w:w="1131" w:type="dxa"/>
          </w:tcPr>
          <w:p w14:paraId="0572D3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162</w:t>
            </w:r>
          </w:p>
        </w:tc>
        <w:tc>
          <w:tcPr>
            <w:tcW w:w="1559" w:type="dxa"/>
          </w:tcPr>
          <w:p w14:paraId="2129E3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2.002189</w:t>
            </w:r>
          </w:p>
        </w:tc>
        <w:tc>
          <w:tcPr>
            <w:tcW w:w="2446" w:type="dxa"/>
          </w:tcPr>
          <w:p w14:paraId="5F12D9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Thủ tục ghi vào Sổ hộ tịch việc kết hôn của công dân Việt Nam đã được giải quyết tại cơ </w:t>
            </w:r>
            <w:r w:rsidRPr="0092658F">
              <w:rPr>
                <w:rFonts w:ascii="Times New Roman" w:hAnsi="Times New Roman" w:cs="Times New Roman"/>
              </w:rPr>
              <w:lastRenderedPageBreak/>
              <w:t>quan có thẩm quyền của nước ngoài</w:t>
            </w:r>
          </w:p>
        </w:tc>
        <w:tc>
          <w:tcPr>
            <w:tcW w:w="1599" w:type="dxa"/>
          </w:tcPr>
          <w:p w14:paraId="7140F9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Hộ tịch</w:t>
            </w:r>
          </w:p>
        </w:tc>
        <w:tc>
          <w:tcPr>
            <w:tcW w:w="1728" w:type="dxa"/>
          </w:tcPr>
          <w:p w14:paraId="64A322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2A9D8EA" wp14:editId="38F36818">
                  <wp:extent cx="640080" cy="64008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8"/>
                          <a:stretch>
                            <a:fillRect/>
                          </a:stretch>
                        </pic:blipFill>
                        <pic:spPr>
                          <a:xfrm>
                            <a:off x="0" y="0"/>
                            <a:ext cx="640080" cy="640080"/>
                          </a:xfrm>
                          <a:prstGeom prst="rect">
                            <a:avLst/>
                          </a:prstGeom>
                        </pic:spPr>
                      </pic:pic>
                    </a:graphicData>
                  </a:graphic>
                </wp:inline>
              </w:drawing>
            </w:r>
          </w:p>
        </w:tc>
      </w:tr>
      <w:tr w:rsidR="005C547F" w:rsidRPr="0092658F" w14:paraId="26FDD7CD" w14:textId="77777777" w:rsidTr="00423CDA">
        <w:trPr>
          <w:jc w:val="center"/>
        </w:trPr>
        <w:tc>
          <w:tcPr>
            <w:tcW w:w="1131" w:type="dxa"/>
          </w:tcPr>
          <w:p w14:paraId="4117E7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163</w:t>
            </w:r>
          </w:p>
        </w:tc>
        <w:tc>
          <w:tcPr>
            <w:tcW w:w="1559" w:type="dxa"/>
          </w:tcPr>
          <w:p w14:paraId="4D17537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1.004746</w:t>
            </w:r>
          </w:p>
        </w:tc>
        <w:tc>
          <w:tcPr>
            <w:tcW w:w="2446" w:type="dxa"/>
          </w:tcPr>
          <w:p w14:paraId="12EAB0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lại kết hôn</w:t>
            </w:r>
          </w:p>
        </w:tc>
        <w:tc>
          <w:tcPr>
            <w:tcW w:w="1599" w:type="dxa"/>
          </w:tcPr>
          <w:p w14:paraId="50702A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7A082E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CED2773" wp14:editId="610F5299">
                  <wp:extent cx="640080" cy="64008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69"/>
                          <a:stretch>
                            <a:fillRect/>
                          </a:stretch>
                        </pic:blipFill>
                        <pic:spPr>
                          <a:xfrm>
                            <a:off x="0" y="0"/>
                            <a:ext cx="640080" cy="640080"/>
                          </a:xfrm>
                          <a:prstGeom prst="rect">
                            <a:avLst/>
                          </a:prstGeom>
                        </pic:spPr>
                      </pic:pic>
                    </a:graphicData>
                  </a:graphic>
                </wp:inline>
              </w:drawing>
            </w:r>
          </w:p>
        </w:tc>
      </w:tr>
      <w:tr w:rsidR="005C547F" w:rsidRPr="0092658F" w14:paraId="44B5516A" w14:textId="77777777" w:rsidTr="00423CDA">
        <w:trPr>
          <w:jc w:val="center"/>
        </w:trPr>
        <w:tc>
          <w:tcPr>
            <w:tcW w:w="1131" w:type="dxa"/>
          </w:tcPr>
          <w:p w14:paraId="734C9D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164</w:t>
            </w:r>
          </w:p>
        </w:tc>
        <w:tc>
          <w:tcPr>
            <w:tcW w:w="1559" w:type="dxa"/>
          </w:tcPr>
          <w:p w14:paraId="5D51826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1.003583</w:t>
            </w:r>
          </w:p>
        </w:tc>
        <w:tc>
          <w:tcPr>
            <w:tcW w:w="2446" w:type="dxa"/>
          </w:tcPr>
          <w:p w14:paraId="1B037B3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 lưu động</w:t>
            </w:r>
          </w:p>
        </w:tc>
        <w:tc>
          <w:tcPr>
            <w:tcW w:w="1599" w:type="dxa"/>
          </w:tcPr>
          <w:p w14:paraId="6F9A946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183BAF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3E0A01C" wp14:editId="7B6B148E">
                  <wp:extent cx="640080" cy="64008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0"/>
                          <a:stretch>
                            <a:fillRect/>
                          </a:stretch>
                        </pic:blipFill>
                        <pic:spPr>
                          <a:xfrm>
                            <a:off x="0" y="0"/>
                            <a:ext cx="640080" cy="640080"/>
                          </a:xfrm>
                          <a:prstGeom prst="rect">
                            <a:avLst/>
                          </a:prstGeom>
                        </pic:spPr>
                      </pic:pic>
                    </a:graphicData>
                  </a:graphic>
                </wp:inline>
              </w:drawing>
            </w:r>
          </w:p>
        </w:tc>
      </w:tr>
      <w:tr w:rsidR="005C547F" w:rsidRPr="0092658F" w14:paraId="23973AC0" w14:textId="77777777" w:rsidTr="00423CDA">
        <w:trPr>
          <w:jc w:val="center"/>
        </w:trPr>
        <w:tc>
          <w:tcPr>
            <w:tcW w:w="1131" w:type="dxa"/>
          </w:tcPr>
          <w:p w14:paraId="7B0135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165</w:t>
            </w:r>
          </w:p>
        </w:tc>
        <w:tc>
          <w:tcPr>
            <w:tcW w:w="1559" w:type="dxa"/>
          </w:tcPr>
          <w:p w14:paraId="785F58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2.002516</w:t>
            </w:r>
          </w:p>
        </w:tc>
        <w:tc>
          <w:tcPr>
            <w:tcW w:w="2446" w:type="dxa"/>
          </w:tcPr>
          <w:p w14:paraId="7CDAA9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xác nhận thông tin hộ tịch</w:t>
            </w:r>
          </w:p>
        </w:tc>
        <w:tc>
          <w:tcPr>
            <w:tcW w:w="1599" w:type="dxa"/>
          </w:tcPr>
          <w:p w14:paraId="6BABA2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32773E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600893D" wp14:editId="6D9DDA86">
                  <wp:extent cx="640080" cy="64008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1"/>
                          <a:stretch>
                            <a:fillRect/>
                          </a:stretch>
                        </pic:blipFill>
                        <pic:spPr>
                          <a:xfrm>
                            <a:off x="0" y="0"/>
                            <a:ext cx="640080" cy="640080"/>
                          </a:xfrm>
                          <a:prstGeom prst="rect">
                            <a:avLst/>
                          </a:prstGeom>
                        </pic:spPr>
                      </pic:pic>
                    </a:graphicData>
                  </a:graphic>
                </wp:inline>
              </w:drawing>
            </w:r>
          </w:p>
        </w:tc>
      </w:tr>
      <w:tr w:rsidR="005C547F" w:rsidRPr="0092658F" w14:paraId="798F6693" w14:textId="77777777" w:rsidTr="00423CDA">
        <w:trPr>
          <w:jc w:val="center"/>
        </w:trPr>
        <w:tc>
          <w:tcPr>
            <w:tcW w:w="1131" w:type="dxa"/>
          </w:tcPr>
          <w:p w14:paraId="7BB5AB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166</w:t>
            </w:r>
          </w:p>
        </w:tc>
        <w:tc>
          <w:tcPr>
            <w:tcW w:w="1559" w:type="dxa"/>
          </w:tcPr>
          <w:p w14:paraId="0381EA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2.000806</w:t>
            </w:r>
          </w:p>
        </w:tc>
        <w:tc>
          <w:tcPr>
            <w:tcW w:w="2446" w:type="dxa"/>
          </w:tcPr>
          <w:p w14:paraId="29FAF65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kết hôn có yếu tố nước ngoài</w:t>
            </w:r>
          </w:p>
        </w:tc>
        <w:tc>
          <w:tcPr>
            <w:tcW w:w="1599" w:type="dxa"/>
          </w:tcPr>
          <w:p w14:paraId="1BCA2B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35E050F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BD54010" wp14:editId="1F07898B">
                  <wp:extent cx="640080" cy="64008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2"/>
                          <a:stretch>
                            <a:fillRect/>
                          </a:stretch>
                        </pic:blipFill>
                        <pic:spPr>
                          <a:xfrm>
                            <a:off x="0" y="0"/>
                            <a:ext cx="640080" cy="640080"/>
                          </a:xfrm>
                          <a:prstGeom prst="rect">
                            <a:avLst/>
                          </a:prstGeom>
                        </pic:spPr>
                      </pic:pic>
                    </a:graphicData>
                  </a:graphic>
                </wp:inline>
              </w:drawing>
            </w:r>
          </w:p>
        </w:tc>
      </w:tr>
      <w:tr w:rsidR="005C547F" w:rsidRPr="0092658F" w14:paraId="6F31EC51" w14:textId="77777777" w:rsidTr="00423CDA">
        <w:trPr>
          <w:jc w:val="center"/>
        </w:trPr>
        <w:tc>
          <w:tcPr>
            <w:tcW w:w="1131" w:type="dxa"/>
          </w:tcPr>
          <w:p w14:paraId="0D5F1A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167</w:t>
            </w:r>
          </w:p>
        </w:tc>
        <w:tc>
          <w:tcPr>
            <w:tcW w:w="1559" w:type="dxa"/>
          </w:tcPr>
          <w:p w14:paraId="1495E4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1.001766</w:t>
            </w:r>
          </w:p>
        </w:tc>
        <w:tc>
          <w:tcPr>
            <w:tcW w:w="2446" w:type="dxa"/>
          </w:tcPr>
          <w:p w14:paraId="5558C6C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tử có yếu tố nước ngoài</w:t>
            </w:r>
          </w:p>
        </w:tc>
        <w:tc>
          <w:tcPr>
            <w:tcW w:w="1599" w:type="dxa"/>
          </w:tcPr>
          <w:p w14:paraId="49CF17B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28CD834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F346A44" wp14:editId="18DDAB91">
                  <wp:extent cx="640080" cy="64008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3"/>
                          <a:stretch>
                            <a:fillRect/>
                          </a:stretch>
                        </pic:blipFill>
                        <pic:spPr>
                          <a:xfrm>
                            <a:off x="0" y="0"/>
                            <a:ext cx="640080" cy="640080"/>
                          </a:xfrm>
                          <a:prstGeom prst="rect">
                            <a:avLst/>
                          </a:prstGeom>
                        </pic:spPr>
                      </pic:pic>
                    </a:graphicData>
                  </a:graphic>
                </wp:inline>
              </w:drawing>
            </w:r>
          </w:p>
        </w:tc>
      </w:tr>
      <w:tr w:rsidR="005C547F" w:rsidRPr="0092658F" w14:paraId="3B95ACC0" w14:textId="77777777" w:rsidTr="00423CDA">
        <w:trPr>
          <w:jc w:val="center"/>
        </w:trPr>
        <w:tc>
          <w:tcPr>
            <w:tcW w:w="1131" w:type="dxa"/>
          </w:tcPr>
          <w:p w14:paraId="6943E2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168</w:t>
            </w:r>
          </w:p>
        </w:tc>
        <w:tc>
          <w:tcPr>
            <w:tcW w:w="1559" w:type="dxa"/>
          </w:tcPr>
          <w:p w14:paraId="6C45D0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2.000779</w:t>
            </w:r>
          </w:p>
        </w:tc>
        <w:tc>
          <w:tcPr>
            <w:tcW w:w="2446" w:type="dxa"/>
          </w:tcPr>
          <w:p w14:paraId="4D6BA5A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nhận cha, mẹ, con có yếu tố nước ngoài</w:t>
            </w:r>
          </w:p>
        </w:tc>
        <w:tc>
          <w:tcPr>
            <w:tcW w:w="1599" w:type="dxa"/>
          </w:tcPr>
          <w:p w14:paraId="35BFB8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17192B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B0B8CB5" wp14:editId="5521A39D">
                  <wp:extent cx="640080" cy="64008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4"/>
                          <a:stretch>
                            <a:fillRect/>
                          </a:stretch>
                        </pic:blipFill>
                        <pic:spPr>
                          <a:xfrm>
                            <a:off x="0" y="0"/>
                            <a:ext cx="640080" cy="640080"/>
                          </a:xfrm>
                          <a:prstGeom prst="rect">
                            <a:avLst/>
                          </a:prstGeom>
                        </pic:spPr>
                      </pic:pic>
                    </a:graphicData>
                  </a:graphic>
                </wp:inline>
              </w:drawing>
            </w:r>
          </w:p>
        </w:tc>
      </w:tr>
      <w:tr w:rsidR="005C547F" w:rsidRPr="0092658F" w14:paraId="5270DFE3" w14:textId="77777777" w:rsidTr="00423CDA">
        <w:trPr>
          <w:jc w:val="center"/>
        </w:trPr>
        <w:tc>
          <w:tcPr>
            <w:tcW w:w="1131" w:type="dxa"/>
          </w:tcPr>
          <w:p w14:paraId="7811147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169</w:t>
            </w:r>
          </w:p>
        </w:tc>
        <w:tc>
          <w:tcPr>
            <w:tcW w:w="1559" w:type="dxa"/>
          </w:tcPr>
          <w:p w14:paraId="424B2D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2.000930</w:t>
            </w:r>
          </w:p>
        </w:tc>
        <w:tc>
          <w:tcPr>
            <w:tcW w:w="2446" w:type="dxa"/>
          </w:tcPr>
          <w:p w14:paraId="592965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thôi làm hòa giải viên (cấp xã)</w:t>
            </w:r>
          </w:p>
        </w:tc>
        <w:tc>
          <w:tcPr>
            <w:tcW w:w="1599" w:type="dxa"/>
          </w:tcPr>
          <w:p w14:paraId="2436DA2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Hòa giải ở cơ sở</w:t>
            </w:r>
          </w:p>
        </w:tc>
        <w:tc>
          <w:tcPr>
            <w:tcW w:w="1728" w:type="dxa"/>
          </w:tcPr>
          <w:p w14:paraId="675C13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68EB028" wp14:editId="2B089426">
                  <wp:extent cx="640080" cy="64008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5"/>
                          <a:stretch>
                            <a:fillRect/>
                          </a:stretch>
                        </pic:blipFill>
                        <pic:spPr>
                          <a:xfrm>
                            <a:off x="0" y="0"/>
                            <a:ext cx="640080" cy="640080"/>
                          </a:xfrm>
                          <a:prstGeom prst="rect">
                            <a:avLst/>
                          </a:prstGeom>
                        </pic:spPr>
                      </pic:pic>
                    </a:graphicData>
                  </a:graphic>
                </wp:inline>
              </w:drawing>
            </w:r>
          </w:p>
        </w:tc>
      </w:tr>
      <w:tr w:rsidR="005C547F" w:rsidRPr="0092658F" w14:paraId="13E77496" w14:textId="77777777" w:rsidTr="00423CDA">
        <w:trPr>
          <w:jc w:val="center"/>
        </w:trPr>
        <w:tc>
          <w:tcPr>
            <w:tcW w:w="1131" w:type="dxa"/>
          </w:tcPr>
          <w:p w14:paraId="4F49F2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170</w:t>
            </w:r>
          </w:p>
        </w:tc>
        <w:tc>
          <w:tcPr>
            <w:tcW w:w="1559" w:type="dxa"/>
          </w:tcPr>
          <w:p w14:paraId="62F021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2.000950</w:t>
            </w:r>
          </w:p>
        </w:tc>
        <w:tc>
          <w:tcPr>
            <w:tcW w:w="2446" w:type="dxa"/>
          </w:tcPr>
          <w:p w14:paraId="312EFF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công nhận tổ trưởng tổ hòa giải (cấp xã)</w:t>
            </w:r>
          </w:p>
        </w:tc>
        <w:tc>
          <w:tcPr>
            <w:tcW w:w="1599" w:type="dxa"/>
          </w:tcPr>
          <w:p w14:paraId="731641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Hòa giải ở cơ sở</w:t>
            </w:r>
          </w:p>
        </w:tc>
        <w:tc>
          <w:tcPr>
            <w:tcW w:w="1728" w:type="dxa"/>
          </w:tcPr>
          <w:p w14:paraId="37CECEF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3283054" wp14:editId="37D2B4AC">
                  <wp:extent cx="640080" cy="64008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6"/>
                          <a:stretch>
                            <a:fillRect/>
                          </a:stretch>
                        </pic:blipFill>
                        <pic:spPr>
                          <a:xfrm>
                            <a:off x="0" y="0"/>
                            <a:ext cx="640080" cy="640080"/>
                          </a:xfrm>
                          <a:prstGeom prst="rect">
                            <a:avLst/>
                          </a:prstGeom>
                        </pic:spPr>
                      </pic:pic>
                    </a:graphicData>
                  </a:graphic>
                </wp:inline>
              </w:drawing>
            </w:r>
          </w:p>
        </w:tc>
      </w:tr>
      <w:tr w:rsidR="005C547F" w:rsidRPr="0092658F" w14:paraId="32EB9F42" w14:textId="77777777" w:rsidTr="00423CDA">
        <w:trPr>
          <w:jc w:val="center"/>
        </w:trPr>
        <w:tc>
          <w:tcPr>
            <w:tcW w:w="1131" w:type="dxa"/>
          </w:tcPr>
          <w:p w14:paraId="31706C9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171</w:t>
            </w:r>
          </w:p>
        </w:tc>
        <w:tc>
          <w:tcPr>
            <w:tcW w:w="1559" w:type="dxa"/>
          </w:tcPr>
          <w:p w14:paraId="4101DA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1.001695</w:t>
            </w:r>
          </w:p>
        </w:tc>
        <w:tc>
          <w:tcPr>
            <w:tcW w:w="2446" w:type="dxa"/>
          </w:tcPr>
          <w:p w14:paraId="7F35D7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 kết hợp đăng ký nhận cha, mẹ, con có yếu tố nước ngoài</w:t>
            </w:r>
          </w:p>
        </w:tc>
        <w:tc>
          <w:tcPr>
            <w:tcW w:w="1599" w:type="dxa"/>
          </w:tcPr>
          <w:p w14:paraId="4FA3CD6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5A0CAA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96A0022" wp14:editId="6293D411">
                  <wp:extent cx="640080" cy="64008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7"/>
                          <a:stretch>
                            <a:fillRect/>
                          </a:stretch>
                        </pic:blipFill>
                        <pic:spPr>
                          <a:xfrm>
                            <a:off x="0" y="0"/>
                            <a:ext cx="640080" cy="640080"/>
                          </a:xfrm>
                          <a:prstGeom prst="rect">
                            <a:avLst/>
                          </a:prstGeom>
                        </pic:spPr>
                      </pic:pic>
                    </a:graphicData>
                  </a:graphic>
                </wp:inline>
              </w:drawing>
            </w:r>
          </w:p>
        </w:tc>
      </w:tr>
      <w:tr w:rsidR="005C547F" w:rsidRPr="0092658F" w14:paraId="566CC4BF" w14:textId="77777777" w:rsidTr="00423CDA">
        <w:trPr>
          <w:jc w:val="center"/>
        </w:trPr>
        <w:tc>
          <w:tcPr>
            <w:tcW w:w="1131" w:type="dxa"/>
          </w:tcPr>
          <w:p w14:paraId="14496A3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172</w:t>
            </w:r>
          </w:p>
        </w:tc>
        <w:tc>
          <w:tcPr>
            <w:tcW w:w="1559" w:type="dxa"/>
          </w:tcPr>
          <w:p w14:paraId="5F7B8A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1.001669</w:t>
            </w:r>
          </w:p>
        </w:tc>
        <w:tc>
          <w:tcPr>
            <w:tcW w:w="2446" w:type="dxa"/>
          </w:tcPr>
          <w:p w14:paraId="218312F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giám hộ có yếu tố nước ngoài</w:t>
            </w:r>
          </w:p>
        </w:tc>
        <w:tc>
          <w:tcPr>
            <w:tcW w:w="1599" w:type="dxa"/>
          </w:tcPr>
          <w:p w14:paraId="3C7C6A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0C0C7E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C3B8776" wp14:editId="72C89A4C">
                  <wp:extent cx="640080" cy="64008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8"/>
                          <a:stretch>
                            <a:fillRect/>
                          </a:stretch>
                        </pic:blipFill>
                        <pic:spPr>
                          <a:xfrm>
                            <a:off x="0" y="0"/>
                            <a:ext cx="640080" cy="640080"/>
                          </a:xfrm>
                          <a:prstGeom prst="rect">
                            <a:avLst/>
                          </a:prstGeom>
                        </pic:spPr>
                      </pic:pic>
                    </a:graphicData>
                  </a:graphic>
                </wp:inline>
              </w:drawing>
            </w:r>
          </w:p>
        </w:tc>
      </w:tr>
      <w:tr w:rsidR="005C547F" w:rsidRPr="0092658F" w14:paraId="148D76BF" w14:textId="77777777" w:rsidTr="00423CDA">
        <w:trPr>
          <w:jc w:val="center"/>
        </w:trPr>
        <w:tc>
          <w:tcPr>
            <w:tcW w:w="1131" w:type="dxa"/>
          </w:tcPr>
          <w:p w14:paraId="25C4BE0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173</w:t>
            </w:r>
          </w:p>
        </w:tc>
        <w:tc>
          <w:tcPr>
            <w:tcW w:w="1559" w:type="dxa"/>
          </w:tcPr>
          <w:p w14:paraId="07BA3E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2.000756</w:t>
            </w:r>
          </w:p>
        </w:tc>
        <w:tc>
          <w:tcPr>
            <w:tcW w:w="2446" w:type="dxa"/>
          </w:tcPr>
          <w:p w14:paraId="0F0708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chấm dứt giám hộ có yếu tố nước ngoài</w:t>
            </w:r>
          </w:p>
        </w:tc>
        <w:tc>
          <w:tcPr>
            <w:tcW w:w="1599" w:type="dxa"/>
          </w:tcPr>
          <w:p w14:paraId="1BEE1B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189483B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4D44D0C" wp14:editId="2F9C8D84">
                  <wp:extent cx="640080" cy="64008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79"/>
                          <a:stretch>
                            <a:fillRect/>
                          </a:stretch>
                        </pic:blipFill>
                        <pic:spPr>
                          <a:xfrm>
                            <a:off x="0" y="0"/>
                            <a:ext cx="640080" cy="640080"/>
                          </a:xfrm>
                          <a:prstGeom prst="rect">
                            <a:avLst/>
                          </a:prstGeom>
                        </pic:spPr>
                      </pic:pic>
                    </a:graphicData>
                  </a:graphic>
                </wp:inline>
              </w:drawing>
            </w:r>
          </w:p>
        </w:tc>
      </w:tr>
      <w:tr w:rsidR="005C547F" w:rsidRPr="0092658F" w14:paraId="1322B1CE" w14:textId="77777777" w:rsidTr="00423CDA">
        <w:trPr>
          <w:jc w:val="center"/>
        </w:trPr>
        <w:tc>
          <w:tcPr>
            <w:tcW w:w="1131" w:type="dxa"/>
          </w:tcPr>
          <w:p w14:paraId="1211358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174</w:t>
            </w:r>
          </w:p>
        </w:tc>
        <w:tc>
          <w:tcPr>
            <w:tcW w:w="1559" w:type="dxa"/>
          </w:tcPr>
          <w:p w14:paraId="393E97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2.000748</w:t>
            </w:r>
          </w:p>
        </w:tc>
        <w:tc>
          <w:tcPr>
            <w:tcW w:w="2446" w:type="dxa"/>
          </w:tcPr>
          <w:p w14:paraId="3157B89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thay đổi, cải chính, bổ sung thông tin hộ tịch, xác định lại dân tộc có yếu tố nước ngoài</w:t>
            </w:r>
          </w:p>
        </w:tc>
        <w:tc>
          <w:tcPr>
            <w:tcW w:w="1599" w:type="dxa"/>
          </w:tcPr>
          <w:p w14:paraId="0D52447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281A47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3EDD7B9" wp14:editId="767994B8">
                  <wp:extent cx="640080" cy="64008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0"/>
                          <a:stretch>
                            <a:fillRect/>
                          </a:stretch>
                        </pic:blipFill>
                        <pic:spPr>
                          <a:xfrm>
                            <a:off x="0" y="0"/>
                            <a:ext cx="640080" cy="640080"/>
                          </a:xfrm>
                          <a:prstGeom prst="rect">
                            <a:avLst/>
                          </a:prstGeom>
                        </pic:spPr>
                      </pic:pic>
                    </a:graphicData>
                  </a:graphic>
                </wp:inline>
              </w:drawing>
            </w:r>
          </w:p>
        </w:tc>
      </w:tr>
      <w:tr w:rsidR="005C547F" w:rsidRPr="0092658F" w14:paraId="54DCABF6" w14:textId="77777777" w:rsidTr="00423CDA">
        <w:trPr>
          <w:jc w:val="center"/>
        </w:trPr>
        <w:tc>
          <w:tcPr>
            <w:tcW w:w="1131" w:type="dxa"/>
          </w:tcPr>
          <w:p w14:paraId="350BE7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175</w:t>
            </w:r>
          </w:p>
        </w:tc>
        <w:tc>
          <w:tcPr>
            <w:tcW w:w="1559" w:type="dxa"/>
          </w:tcPr>
          <w:p w14:paraId="24B943C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1.002211</w:t>
            </w:r>
          </w:p>
        </w:tc>
        <w:tc>
          <w:tcPr>
            <w:tcW w:w="2446" w:type="dxa"/>
          </w:tcPr>
          <w:p w14:paraId="72699E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công nhận hòa giải viên (cấp xã)</w:t>
            </w:r>
          </w:p>
        </w:tc>
        <w:tc>
          <w:tcPr>
            <w:tcW w:w="1599" w:type="dxa"/>
          </w:tcPr>
          <w:p w14:paraId="5900EE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Hòa giải ở cơ sở</w:t>
            </w:r>
          </w:p>
        </w:tc>
        <w:tc>
          <w:tcPr>
            <w:tcW w:w="1728" w:type="dxa"/>
          </w:tcPr>
          <w:p w14:paraId="13B9AA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14B3FBF" wp14:editId="2ED94141">
                  <wp:extent cx="640080" cy="64008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1"/>
                          <a:stretch>
                            <a:fillRect/>
                          </a:stretch>
                        </pic:blipFill>
                        <pic:spPr>
                          <a:xfrm>
                            <a:off x="0" y="0"/>
                            <a:ext cx="640080" cy="640080"/>
                          </a:xfrm>
                          <a:prstGeom prst="rect">
                            <a:avLst/>
                          </a:prstGeom>
                        </pic:spPr>
                      </pic:pic>
                    </a:graphicData>
                  </a:graphic>
                </wp:inline>
              </w:drawing>
            </w:r>
          </w:p>
        </w:tc>
      </w:tr>
      <w:tr w:rsidR="005C547F" w:rsidRPr="0092658F" w14:paraId="22A12465" w14:textId="77777777" w:rsidTr="00423CDA">
        <w:trPr>
          <w:jc w:val="center"/>
        </w:trPr>
        <w:tc>
          <w:tcPr>
            <w:tcW w:w="1131" w:type="dxa"/>
          </w:tcPr>
          <w:p w14:paraId="30BDE7B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176</w:t>
            </w:r>
          </w:p>
        </w:tc>
        <w:tc>
          <w:tcPr>
            <w:tcW w:w="1559" w:type="dxa"/>
          </w:tcPr>
          <w:p w14:paraId="007022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2.000554</w:t>
            </w:r>
          </w:p>
        </w:tc>
        <w:tc>
          <w:tcPr>
            <w:tcW w:w="2446" w:type="dxa"/>
          </w:tcPr>
          <w:p w14:paraId="68EEA7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Thủ tục ghi vào Sổ hộ tịch việc ly hôn, hủy việc kết hôn của công dân Việt Nam đã được giải quyết tại cơ quan có </w:t>
            </w:r>
            <w:r w:rsidRPr="0092658F">
              <w:rPr>
                <w:rFonts w:ascii="Times New Roman" w:hAnsi="Times New Roman" w:cs="Times New Roman"/>
              </w:rPr>
              <w:lastRenderedPageBreak/>
              <w:t>thẩm quyền của nước ngoài</w:t>
            </w:r>
          </w:p>
        </w:tc>
        <w:tc>
          <w:tcPr>
            <w:tcW w:w="1599" w:type="dxa"/>
          </w:tcPr>
          <w:p w14:paraId="26AC221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Hộ tịch</w:t>
            </w:r>
          </w:p>
        </w:tc>
        <w:tc>
          <w:tcPr>
            <w:tcW w:w="1728" w:type="dxa"/>
          </w:tcPr>
          <w:p w14:paraId="34A46A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FA91D4C" wp14:editId="75D5DFC5">
                  <wp:extent cx="640080" cy="64008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2"/>
                          <a:stretch>
                            <a:fillRect/>
                          </a:stretch>
                        </pic:blipFill>
                        <pic:spPr>
                          <a:xfrm>
                            <a:off x="0" y="0"/>
                            <a:ext cx="640080" cy="640080"/>
                          </a:xfrm>
                          <a:prstGeom prst="rect">
                            <a:avLst/>
                          </a:prstGeom>
                        </pic:spPr>
                      </pic:pic>
                    </a:graphicData>
                  </a:graphic>
                </wp:inline>
              </w:drawing>
            </w:r>
          </w:p>
        </w:tc>
      </w:tr>
      <w:tr w:rsidR="005C547F" w:rsidRPr="0092658F" w14:paraId="122C957D" w14:textId="77777777" w:rsidTr="00423CDA">
        <w:trPr>
          <w:jc w:val="center"/>
        </w:trPr>
        <w:tc>
          <w:tcPr>
            <w:tcW w:w="1131" w:type="dxa"/>
          </w:tcPr>
          <w:p w14:paraId="1AFDF0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177</w:t>
            </w:r>
          </w:p>
        </w:tc>
        <w:tc>
          <w:tcPr>
            <w:tcW w:w="1559" w:type="dxa"/>
          </w:tcPr>
          <w:p w14:paraId="1B0D19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2.000547</w:t>
            </w:r>
          </w:p>
        </w:tc>
        <w:tc>
          <w:tcPr>
            <w:tcW w:w="2446" w:type="dxa"/>
          </w:tcPr>
          <w:p w14:paraId="60A2F7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1599" w:type="dxa"/>
          </w:tcPr>
          <w:p w14:paraId="670D48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03A2A8A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8F68FBD" wp14:editId="15F51337">
                  <wp:extent cx="640080" cy="64008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3"/>
                          <a:stretch>
                            <a:fillRect/>
                          </a:stretch>
                        </pic:blipFill>
                        <pic:spPr>
                          <a:xfrm>
                            <a:off x="0" y="0"/>
                            <a:ext cx="640080" cy="640080"/>
                          </a:xfrm>
                          <a:prstGeom prst="rect">
                            <a:avLst/>
                          </a:prstGeom>
                        </pic:spPr>
                      </pic:pic>
                    </a:graphicData>
                  </a:graphic>
                </wp:inline>
              </w:drawing>
            </w:r>
          </w:p>
        </w:tc>
      </w:tr>
      <w:tr w:rsidR="005C547F" w:rsidRPr="0092658F" w14:paraId="1CD9B1CE" w14:textId="77777777" w:rsidTr="00423CDA">
        <w:trPr>
          <w:jc w:val="center"/>
        </w:trPr>
        <w:tc>
          <w:tcPr>
            <w:tcW w:w="1131" w:type="dxa"/>
          </w:tcPr>
          <w:p w14:paraId="536FA43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178</w:t>
            </w:r>
          </w:p>
        </w:tc>
        <w:tc>
          <w:tcPr>
            <w:tcW w:w="1559" w:type="dxa"/>
          </w:tcPr>
          <w:p w14:paraId="7CFAC61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2.000528</w:t>
            </w:r>
          </w:p>
        </w:tc>
        <w:tc>
          <w:tcPr>
            <w:tcW w:w="2446" w:type="dxa"/>
          </w:tcPr>
          <w:p w14:paraId="3B8E357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 có yếu tố nước ngoài</w:t>
            </w:r>
          </w:p>
        </w:tc>
        <w:tc>
          <w:tcPr>
            <w:tcW w:w="1599" w:type="dxa"/>
          </w:tcPr>
          <w:p w14:paraId="59A649F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5B7119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5EED861" wp14:editId="66EFF24E">
                  <wp:extent cx="640080" cy="64008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4"/>
                          <a:stretch>
                            <a:fillRect/>
                          </a:stretch>
                        </pic:blipFill>
                        <pic:spPr>
                          <a:xfrm>
                            <a:off x="0" y="0"/>
                            <a:ext cx="640080" cy="640080"/>
                          </a:xfrm>
                          <a:prstGeom prst="rect">
                            <a:avLst/>
                          </a:prstGeom>
                        </pic:spPr>
                      </pic:pic>
                    </a:graphicData>
                  </a:graphic>
                </wp:inline>
              </w:drawing>
            </w:r>
          </w:p>
        </w:tc>
      </w:tr>
      <w:tr w:rsidR="005C547F" w:rsidRPr="0092658F" w14:paraId="29AD1D24" w14:textId="77777777" w:rsidTr="00423CDA">
        <w:trPr>
          <w:jc w:val="center"/>
        </w:trPr>
        <w:tc>
          <w:tcPr>
            <w:tcW w:w="1131" w:type="dxa"/>
          </w:tcPr>
          <w:p w14:paraId="6686EF4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179</w:t>
            </w:r>
          </w:p>
        </w:tc>
        <w:tc>
          <w:tcPr>
            <w:tcW w:w="1559" w:type="dxa"/>
          </w:tcPr>
          <w:p w14:paraId="6196163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2.000522</w:t>
            </w:r>
          </w:p>
        </w:tc>
        <w:tc>
          <w:tcPr>
            <w:tcW w:w="2446" w:type="dxa"/>
          </w:tcPr>
          <w:p w14:paraId="55DE0D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lại khai sinh có yếu tố nước ngoài</w:t>
            </w:r>
          </w:p>
        </w:tc>
        <w:tc>
          <w:tcPr>
            <w:tcW w:w="1599" w:type="dxa"/>
          </w:tcPr>
          <w:p w14:paraId="42B4D3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2E1D00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E2F77EC" wp14:editId="1E186D8E">
                  <wp:extent cx="640080" cy="64008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5"/>
                          <a:stretch>
                            <a:fillRect/>
                          </a:stretch>
                        </pic:blipFill>
                        <pic:spPr>
                          <a:xfrm>
                            <a:off x="0" y="0"/>
                            <a:ext cx="640080" cy="640080"/>
                          </a:xfrm>
                          <a:prstGeom prst="rect">
                            <a:avLst/>
                          </a:prstGeom>
                        </pic:spPr>
                      </pic:pic>
                    </a:graphicData>
                  </a:graphic>
                </wp:inline>
              </w:drawing>
            </w:r>
          </w:p>
        </w:tc>
      </w:tr>
      <w:tr w:rsidR="005C547F" w:rsidRPr="0092658F" w14:paraId="52DD42B1" w14:textId="77777777" w:rsidTr="00423CDA">
        <w:trPr>
          <w:jc w:val="center"/>
        </w:trPr>
        <w:tc>
          <w:tcPr>
            <w:tcW w:w="1131" w:type="dxa"/>
          </w:tcPr>
          <w:p w14:paraId="7143B7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180</w:t>
            </w:r>
          </w:p>
        </w:tc>
        <w:tc>
          <w:tcPr>
            <w:tcW w:w="1559" w:type="dxa"/>
          </w:tcPr>
          <w:p w14:paraId="4DF50F9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2.000513</w:t>
            </w:r>
          </w:p>
        </w:tc>
        <w:tc>
          <w:tcPr>
            <w:tcW w:w="2446" w:type="dxa"/>
          </w:tcPr>
          <w:p w14:paraId="4D63E8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lại kết hôn có yếu tố nước ngoài</w:t>
            </w:r>
          </w:p>
        </w:tc>
        <w:tc>
          <w:tcPr>
            <w:tcW w:w="1599" w:type="dxa"/>
          </w:tcPr>
          <w:p w14:paraId="0CE4DF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436D4AD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A2FABBE" wp14:editId="01DC529F">
                  <wp:extent cx="640080" cy="64008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6"/>
                          <a:stretch>
                            <a:fillRect/>
                          </a:stretch>
                        </pic:blipFill>
                        <pic:spPr>
                          <a:xfrm>
                            <a:off x="0" y="0"/>
                            <a:ext cx="640080" cy="640080"/>
                          </a:xfrm>
                          <a:prstGeom prst="rect">
                            <a:avLst/>
                          </a:prstGeom>
                        </pic:spPr>
                      </pic:pic>
                    </a:graphicData>
                  </a:graphic>
                </wp:inline>
              </w:drawing>
            </w:r>
          </w:p>
        </w:tc>
      </w:tr>
      <w:tr w:rsidR="005C547F" w:rsidRPr="0092658F" w14:paraId="1ACCC71B" w14:textId="77777777" w:rsidTr="00423CDA">
        <w:trPr>
          <w:jc w:val="center"/>
        </w:trPr>
        <w:tc>
          <w:tcPr>
            <w:tcW w:w="1131" w:type="dxa"/>
          </w:tcPr>
          <w:p w14:paraId="0D5474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181</w:t>
            </w:r>
          </w:p>
        </w:tc>
        <w:tc>
          <w:tcPr>
            <w:tcW w:w="1559" w:type="dxa"/>
          </w:tcPr>
          <w:p w14:paraId="7C0C7AF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2.000497</w:t>
            </w:r>
          </w:p>
        </w:tc>
        <w:tc>
          <w:tcPr>
            <w:tcW w:w="2446" w:type="dxa"/>
          </w:tcPr>
          <w:p w14:paraId="05D6547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lại khai tử có yếu tố nước ngoài</w:t>
            </w:r>
          </w:p>
        </w:tc>
        <w:tc>
          <w:tcPr>
            <w:tcW w:w="1599" w:type="dxa"/>
          </w:tcPr>
          <w:p w14:paraId="0A72062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536312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C5A52E2" wp14:editId="302A9FFE">
                  <wp:extent cx="640080" cy="64008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7"/>
                          <a:stretch>
                            <a:fillRect/>
                          </a:stretch>
                        </pic:blipFill>
                        <pic:spPr>
                          <a:xfrm>
                            <a:off x="0" y="0"/>
                            <a:ext cx="640080" cy="640080"/>
                          </a:xfrm>
                          <a:prstGeom prst="rect">
                            <a:avLst/>
                          </a:prstGeom>
                        </pic:spPr>
                      </pic:pic>
                    </a:graphicData>
                  </a:graphic>
                </wp:inline>
              </w:drawing>
            </w:r>
          </w:p>
        </w:tc>
      </w:tr>
      <w:tr w:rsidR="005C547F" w:rsidRPr="0092658F" w14:paraId="71821EA9" w14:textId="77777777" w:rsidTr="00423CDA">
        <w:trPr>
          <w:jc w:val="center"/>
        </w:trPr>
        <w:tc>
          <w:tcPr>
            <w:tcW w:w="1131" w:type="dxa"/>
          </w:tcPr>
          <w:p w14:paraId="3CFF1CA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182</w:t>
            </w:r>
          </w:p>
        </w:tc>
        <w:tc>
          <w:tcPr>
            <w:tcW w:w="1559" w:type="dxa"/>
          </w:tcPr>
          <w:p w14:paraId="21FAA4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1.000893</w:t>
            </w:r>
          </w:p>
        </w:tc>
        <w:tc>
          <w:tcPr>
            <w:tcW w:w="2446" w:type="dxa"/>
          </w:tcPr>
          <w:p w14:paraId="2785DC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 có yếu tố nước ngoài cho người đã có hồ sơ, giấy tờ cá nhân</w:t>
            </w:r>
          </w:p>
        </w:tc>
        <w:tc>
          <w:tcPr>
            <w:tcW w:w="1599" w:type="dxa"/>
          </w:tcPr>
          <w:p w14:paraId="556538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273D30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E488F70" wp14:editId="70B3B66B">
                  <wp:extent cx="640080" cy="64008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8"/>
                          <a:stretch>
                            <a:fillRect/>
                          </a:stretch>
                        </pic:blipFill>
                        <pic:spPr>
                          <a:xfrm>
                            <a:off x="0" y="0"/>
                            <a:ext cx="640080" cy="640080"/>
                          </a:xfrm>
                          <a:prstGeom prst="rect">
                            <a:avLst/>
                          </a:prstGeom>
                        </pic:spPr>
                      </pic:pic>
                    </a:graphicData>
                  </a:graphic>
                </wp:inline>
              </w:drawing>
            </w:r>
          </w:p>
        </w:tc>
      </w:tr>
      <w:tr w:rsidR="005C547F" w:rsidRPr="0092658F" w14:paraId="7785EC5E" w14:textId="77777777" w:rsidTr="00423CDA">
        <w:trPr>
          <w:jc w:val="center"/>
        </w:trPr>
        <w:tc>
          <w:tcPr>
            <w:tcW w:w="1131" w:type="dxa"/>
          </w:tcPr>
          <w:p w14:paraId="27DF3F3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183</w:t>
            </w:r>
          </w:p>
        </w:tc>
        <w:tc>
          <w:tcPr>
            <w:tcW w:w="1559" w:type="dxa"/>
          </w:tcPr>
          <w:p w14:paraId="3A890A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1.000689</w:t>
            </w:r>
          </w:p>
        </w:tc>
        <w:tc>
          <w:tcPr>
            <w:tcW w:w="2446" w:type="dxa"/>
          </w:tcPr>
          <w:p w14:paraId="366C808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 kết hợp đăng ký nhận cha, mẹ, con</w:t>
            </w:r>
          </w:p>
        </w:tc>
        <w:tc>
          <w:tcPr>
            <w:tcW w:w="1599" w:type="dxa"/>
          </w:tcPr>
          <w:p w14:paraId="7B8C36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4D169C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96A1517" wp14:editId="35B7F4B0">
                  <wp:extent cx="640080" cy="64008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89"/>
                          <a:stretch>
                            <a:fillRect/>
                          </a:stretch>
                        </pic:blipFill>
                        <pic:spPr>
                          <a:xfrm>
                            <a:off x="0" y="0"/>
                            <a:ext cx="640080" cy="640080"/>
                          </a:xfrm>
                          <a:prstGeom prst="rect">
                            <a:avLst/>
                          </a:prstGeom>
                        </pic:spPr>
                      </pic:pic>
                    </a:graphicData>
                  </a:graphic>
                </wp:inline>
              </w:drawing>
            </w:r>
          </w:p>
        </w:tc>
      </w:tr>
      <w:tr w:rsidR="005C547F" w:rsidRPr="0092658F" w14:paraId="735EE502" w14:textId="77777777" w:rsidTr="00423CDA">
        <w:trPr>
          <w:jc w:val="center"/>
        </w:trPr>
        <w:tc>
          <w:tcPr>
            <w:tcW w:w="1131" w:type="dxa"/>
          </w:tcPr>
          <w:p w14:paraId="67C9C9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184</w:t>
            </w:r>
          </w:p>
        </w:tc>
        <w:tc>
          <w:tcPr>
            <w:tcW w:w="1559" w:type="dxa"/>
          </w:tcPr>
          <w:p w14:paraId="434747A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1.000593</w:t>
            </w:r>
          </w:p>
        </w:tc>
        <w:tc>
          <w:tcPr>
            <w:tcW w:w="2446" w:type="dxa"/>
          </w:tcPr>
          <w:p w14:paraId="2094821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kết hôn lưu động</w:t>
            </w:r>
          </w:p>
        </w:tc>
        <w:tc>
          <w:tcPr>
            <w:tcW w:w="1599" w:type="dxa"/>
          </w:tcPr>
          <w:p w14:paraId="7C4ED36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771172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D32DBE7" wp14:editId="532B1032">
                  <wp:extent cx="640080" cy="64008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0"/>
                          <a:stretch>
                            <a:fillRect/>
                          </a:stretch>
                        </pic:blipFill>
                        <pic:spPr>
                          <a:xfrm>
                            <a:off x="0" y="0"/>
                            <a:ext cx="640080" cy="640080"/>
                          </a:xfrm>
                          <a:prstGeom prst="rect">
                            <a:avLst/>
                          </a:prstGeom>
                        </pic:spPr>
                      </pic:pic>
                    </a:graphicData>
                  </a:graphic>
                </wp:inline>
              </w:drawing>
            </w:r>
          </w:p>
        </w:tc>
      </w:tr>
      <w:tr w:rsidR="005C547F" w:rsidRPr="0092658F" w14:paraId="27DBAA87" w14:textId="77777777" w:rsidTr="00423CDA">
        <w:trPr>
          <w:jc w:val="center"/>
        </w:trPr>
        <w:tc>
          <w:tcPr>
            <w:tcW w:w="1131" w:type="dxa"/>
          </w:tcPr>
          <w:p w14:paraId="1A8466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185</w:t>
            </w:r>
          </w:p>
        </w:tc>
        <w:tc>
          <w:tcPr>
            <w:tcW w:w="1559" w:type="dxa"/>
          </w:tcPr>
          <w:p w14:paraId="646A8D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1.000419</w:t>
            </w:r>
          </w:p>
        </w:tc>
        <w:tc>
          <w:tcPr>
            <w:tcW w:w="2446" w:type="dxa"/>
          </w:tcPr>
          <w:p w14:paraId="66B19C4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tử lưu động</w:t>
            </w:r>
          </w:p>
        </w:tc>
        <w:tc>
          <w:tcPr>
            <w:tcW w:w="1599" w:type="dxa"/>
          </w:tcPr>
          <w:p w14:paraId="46C58C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23B312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61941EE" wp14:editId="0203134B">
                  <wp:extent cx="640080" cy="64008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1"/>
                          <a:stretch>
                            <a:fillRect/>
                          </a:stretch>
                        </pic:blipFill>
                        <pic:spPr>
                          <a:xfrm>
                            <a:off x="0" y="0"/>
                            <a:ext cx="640080" cy="640080"/>
                          </a:xfrm>
                          <a:prstGeom prst="rect">
                            <a:avLst/>
                          </a:prstGeom>
                        </pic:spPr>
                      </pic:pic>
                    </a:graphicData>
                  </a:graphic>
                </wp:inline>
              </w:drawing>
            </w:r>
          </w:p>
        </w:tc>
      </w:tr>
      <w:tr w:rsidR="005C547F" w:rsidRPr="0092658F" w14:paraId="323A33E9" w14:textId="77777777" w:rsidTr="00423CDA">
        <w:trPr>
          <w:jc w:val="center"/>
        </w:trPr>
        <w:tc>
          <w:tcPr>
            <w:tcW w:w="1131" w:type="dxa"/>
          </w:tcPr>
          <w:p w14:paraId="3129C7D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186</w:t>
            </w:r>
          </w:p>
        </w:tc>
        <w:tc>
          <w:tcPr>
            <w:tcW w:w="1559" w:type="dxa"/>
          </w:tcPr>
          <w:p w14:paraId="2AE3A7C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1.012584</w:t>
            </w:r>
          </w:p>
        </w:tc>
        <w:tc>
          <w:tcPr>
            <w:tcW w:w="2446" w:type="dxa"/>
          </w:tcPr>
          <w:p w14:paraId="7AA7FA4B" w14:textId="7EA15839"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đề nghị thay đổi địa điểm sinh hoạt tôn giáo tập trung trong địa bàn một xã (cấp xã)</w:t>
            </w:r>
          </w:p>
        </w:tc>
        <w:tc>
          <w:tcPr>
            <w:tcW w:w="1599" w:type="dxa"/>
          </w:tcPr>
          <w:p w14:paraId="193A05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61E892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B07D0D4" wp14:editId="05E331C8">
                  <wp:extent cx="640080" cy="64008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2"/>
                          <a:stretch>
                            <a:fillRect/>
                          </a:stretch>
                        </pic:blipFill>
                        <pic:spPr>
                          <a:xfrm>
                            <a:off x="0" y="0"/>
                            <a:ext cx="640080" cy="640080"/>
                          </a:xfrm>
                          <a:prstGeom prst="rect">
                            <a:avLst/>
                          </a:prstGeom>
                        </pic:spPr>
                      </pic:pic>
                    </a:graphicData>
                  </a:graphic>
                </wp:inline>
              </w:drawing>
            </w:r>
          </w:p>
        </w:tc>
      </w:tr>
      <w:tr w:rsidR="005C547F" w:rsidRPr="0092658F" w14:paraId="71BA9476" w14:textId="77777777" w:rsidTr="00423CDA">
        <w:trPr>
          <w:jc w:val="center"/>
        </w:trPr>
        <w:tc>
          <w:tcPr>
            <w:tcW w:w="1131" w:type="dxa"/>
          </w:tcPr>
          <w:p w14:paraId="7DE62F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187</w:t>
            </w:r>
          </w:p>
        </w:tc>
        <w:tc>
          <w:tcPr>
            <w:tcW w:w="1559" w:type="dxa"/>
          </w:tcPr>
          <w:p w14:paraId="02AC16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1.000110</w:t>
            </w:r>
          </w:p>
        </w:tc>
        <w:tc>
          <w:tcPr>
            <w:tcW w:w="2446" w:type="dxa"/>
          </w:tcPr>
          <w:p w14:paraId="1EEC02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sinh có yếu tố nước ngoài tại khu vực biên giới</w:t>
            </w:r>
          </w:p>
        </w:tc>
        <w:tc>
          <w:tcPr>
            <w:tcW w:w="1599" w:type="dxa"/>
          </w:tcPr>
          <w:p w14:paraId="5F2B286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15B8E8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7F98B30" wp14:editId="3B5D9FDB">
                  <wp:extent cx="640080" cy="64008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3"/>
                          <a:stretch>
                            <a:fillRect/>
                          </a:stretch>
                        </pic:blipFill>
                        <pic:spPr>
                          <a:xfrm>
                            <a:off x="0" y="0"/>
                            <a:ext cx="640080" cy="640080"/>
                          </a:xfrm>
                          <a:prstGeom prst="rect">
                            <a:avLst/>
                          </a:prstGeom>
                        </pic:spPr>
                      </pic:pic>
                    </a:graphicData>
                  </a:graphic>
                </wp:inline>
              </w:drawing>
            </w:r>
          </w:p>
        </w:tc>
      </w:tr>
      <w:tr w:rsidR="005C547F" w:rsidRPr="0092658F" w14:paraId="17508043" w14:textId="77777777" w:rsidTr="00423CDA">
        <w:trPr>
          <w:jc w:val="center"/>
        </w:trPr>
        <w:tc>
          <w:tcPr>
            <w:tcW w:w="1131" w:type="dxa"/>
          </w:tcPr>
          <w:p w14:paraId="1DDE69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188</w:t>
            </w:r>
          </w:p>
        </w:tc>
        <w:tc>
          <w:tcPr>
            <w:tcW w:w="1559" w:type="dxa"/>
          </w:tcPr>
          <w:p w14:paraId="787E7C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1.014157</w:t>
            </w:r>
          </w:p>
        </w:tc>
        <w:tc>
          <w:tcPr>
            <w:tcW w:w="2446" w:type="dxa"/>
          </w:tcPr>
          <w:p w14:paraId="276993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quy hoạch, điều chỉnh quy hoạch đô thị và nông thôn do nhà đầu tư đã được lựa  chọn để thực hiện dự án đầu tư tổ chức lập</w:t>
            </w:r>
          </w:p>
        </w:tc>
        <w:tc>
          <w:tcPr>
            <w:tcW w:w="1599" w:type="dxa"/>
          </w:tcPr>
          <w:p w14:paraId="1859F4B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Quy hoạch đô thị và nông thôn</w:t>
            </w:r>
          </w:p>
        </w:tc>
        <w:tc>
          <w:tcPr>
            <w:tcW w:w="1728" w:type="dxa"/>
          </w:tcPr>
          <w:p w14:paraId="4E0E57F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1CA724C" wp14:editId="1E8F8A01">
                  <wp:extent cx="640080" cy="64008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4"/>
                          <a:stretch>
                            <a:fillRect/>
                          </a:stretch>
                        </pic:blipFill>
                        <pic:spPr>
                          <a:xfrm>
                            <a:off x="0" y="0"/>
                            <a:ext cx="640080" cy="640080"/>
                          </a:xfrm>
                          <a:prstGeom prst="rect">
                            <a:avLst/>
                          </a:prstGeom>
                        </pic:spPr>
                      </pic:pic>
                    </a:graphicData>
                  </a:graphic>
                </wp:inline>
              </w:drawing>
            </w:r>
          </w:p>
        </w:tc>
      </w:tr>
      <w:tr w:rsidR="005C547F" w:rsidRPr="0092658F" w14:paraId="4DFBCE81" w14:textId="77777777" w:rsidTr="00423CDA">
        <w:trPr>
          <w:jc w:val="center"/>
        </w:trPr>
        <w:tc>
          <w:tcPr>
            <w:tcW w:w="1131" w:type="dxa"/>
          </w:tcPr>
          <w:p w14:paraId="065537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189</w:t>
            </w:r>
          </w:p>
        </w:tc>
        <w:tc>
          <w:tcPr>
            <w:tcW w:w="1559" w:type="dxa"/>
          </w:tcPr>
          <w:p w14:paraId="0E3737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1.000094</w:t>
            </w:r>
          </w:p>
        </w:tc>
        <w:tc>
          <w:tcPr>
            <w:tcW w:w="2446" w:type="dxa"/>
          </w:tcPr>
          <w:p w14:paraId="776666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kết hôn có yếu tố nước ngoài tại khu vực biên giới</w:t>
            </w:r>
          </w:p>
        </w:tc>
        <w:tc>
          <w:tcPr>
            <w:tcW w:w="1599" w:type="dxa"/>
          </w:tcPr>
          <w:p w14:paraId="2E76770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11C1AC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3AE0B47" wp14:editId="46F35E23">
                  <wp:extent cx="640080" cy="64008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5"/>
                          <a:stretch>
                            <a:fillRect/>
                          </a:stretch>
                        </pic:blipFill>
                        <pic:spPr>
                          <a:xfrm>
                            <a:off x="0" y="0"/>
                            <a:ext cx="640080" cy="640080"/>
                          </a:xfrm>
                          <a:prstGeom prst="rect">
                            <a:avLst/>
                          </a:prstGeom>
                        </pic:spPr>
                      </pic:pic>
                    </a:graphicData>
                  </a:graphic>
                </wp:inline>
              </w:drawing>
            </w:r>
          </w:p>
        </w:tc>
      </w:tr>
      <w:tr w:rsidR="005C547F" w:rsidRPr="0092658F" w14:paraId="669B7FE0" w14:textId="77777777" w:rsidTr="00423CDA">
        <w:trPr>
          <w:jc w:val="center"/>
        </w:trPr>
        <w:tc>
          <w:tcPr>
            <w:tcW w:w="1131" w:type="dxa"/>
          </w:tcPr>
          <w:p w14:paraId="502DFE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190</w:t>
            </w:r>
          </w:p>
        </w:tc>
        <w:tc>
          <w:tcPr>
            <w:tcW w:w="1559" w:type="dxa"/>
          </w:tcPr>
          <w:p w14:paraId="0F7A4A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1.000080</w:t>
            </w:r>
          </w:p>
        </w:tc>
        <w:tc>
          <w:tcPr>
            <w:tcW w:w="2446" w:type="dxa"/>
          </w:tcPr>
          <w:p w14:paraId="6186BB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nhận cha, mẹ, con có yếu tố nước ngoài tại khu vực biên giới</w:t>
            </w:r>
          </w:p>
        </w:tc>
        <w:tc>
          <w:tcPr>
            <w:tcW w:w="1599" w:type="dxa"/>
          </w:tcPr>
          <w:p w14:paraId="08E061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2300892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16F392A" wp14:editId="22F0A892">
                  <wp:extent cx="640080" cy="64008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6"/>
                          <a:stretch>
                            <a:fillRect/>
                          </a:stretch>
                        </pic:blipFill>
                        <pic:spPr>
                          <a:xfrm>
                            <a:off x="0" y="0"/>
                            <a:ext cx="640080" cy="640080"/>
                          </a:xfrm>
                          <a:prstGeom prst="rect">
                            <a:avLst/>
                          </a:prstGeom>
                        </pic:spPr>
                      </pic:pic>
                    </a:graphicData>
                  </a:graphic>
                </wp:inline>
              </w:drawing>
            </w:r>
          </w:p>
        </w:tc>
      </w:tr>
      <w:tr w:rsidR="005C547F" w:rsidRPr="0092658F" w14:paraId="34A021BF" w14:textId="77777777" w:rsidTr="00423CDA">
        <w:trPr>
          <w:jc w:val="center"/>
        </w:trPr>
        <w:tc>
          <w:tcPr>
            <w:tcW w:w="1131" w:type="dxa"/>
          </w:tcPr>
          <w:p w14:paraId="7685B0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191</w:t>
            </w:r>
          </w:p>
        </w:tc>
        <w:tc>
          <w:tcPr>
            <w:tcW w:w="1559" w:type="dxa"/>
          </w:tcPr>
          <w:p w14:paraId="01C6AA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1.013227</w:t>
            </w:r>
          </w:p>
        </w:tc>
        <w:tc>
          <w:tcPr>
            <w:tcW w:w="2446" w:type="dxa"/>
          </w:tcPr>
          <w:p w14:paraId="3D989B6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1599" w:type="dxa"/>
          </w:tcPr>
          <w:p w14:paraId="228F36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Hoạt động xây dựng</w:t>
            </w:r>
          </w:p>
        </w:tc>
        <w:tc>
          <w:tcPr>
            <w:tcW w:w="1728" w:type="dxa"/>
          </w:tcPr>
          <w:p w14:paraId="6B33932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57FB83E" wp14:editId="0FCBE147">
                  <wp:extent cx="640080" cy="64008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7"/>
                          <a:stretch>
                            <a:fillRect/>
                          </a:stretch>
                        </pic:blipFill>
                        <pic:spPr>
                          <a:xfrm>
                            <a:off x="0" y="0"/>
                            <a:ext cx="640080" cy="640080"/>
                          </a:xfrm>
                          <a:prstGeom prst="rect">
                            <a:avLst/>
                          </a:prstGeom>
                        </pic:spPr>
                      </pic:pic>
                    </a:graphicData>
                  </a:graphic>
                </wp:inline>
              </w:drawing>
            </w:r>
          </w:p>
        </w:tc>
      </w:tr>
      <w:tr w:rsidR="005C547F" w:rsidRPr="0092658F" w14:paraId="016BFF0C" w14:textId="77777777" w:rsidTr="00423CDA">
        <w:trPr>
          <w:jc w:val="center"/>
        </w:trPr>
        <w:tc>
          <w:tcPr>
            <w:tcW w:w="1131" w:type="dxa"/>
          </w:tcPr>
          <w:p w14:paraId="7E3B5E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192</w:t>
            </w:r>
          </w:p>
        </w:tc>
        <w:tc>
          <w:tcPr>
            <w:tcW w:w="1559" w:type="dxa"/>
          </w:tcPr>
          <w:p w14:paraId="469B8A2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3.000182</w:t>
            </w:r>
          </w:p>
        </w:tc>
        <w:tc>
          <w:tcPr>
            <w:tcW w:w="2446" w:type="dxa"/>
          </w:tcPr>
          <w:p w14:paraId="580ED58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Tuyển sinh trung học cơ sở</w:t>
            </w:r>
          </w:p>
        </w:tc>
        <w:tc>
          <w:tcPr>
            <w:tcW w:w="1599" w:type="dxa"/>
          </w:tcPr>
          <w:p w14:paraId="4C23599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trung học</w:t>
            </w:r>
          </w:p>
        </w:tc>
        <w:tc>
          <w:tcPr>
            <w:tcW w:w="1728" w:type="dxa"/>
          </w:tcPr>
          <w:p w14:paraId="0330C7C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B8E2C36" wp14:editId="3842D36B">
                  <wp:extent cx="640080" cy="64008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8"/>
                          <a:stretch>
                            <a:fillRect/>
                          </a:stretch>
                        </pic:blipFill>
                        <pic:spPr>
                          <a:xfrm>
                            <a:off x="0" y="0"/>
                            <a:ext cx="640080" cy="640080"/>
                          </a:xfrm>
                          <a:prstGeom prst="rect">
                            <a:avLst/>
                          </a:prstGeom>
                        </pic:spPr>
                      </pic:pic>
                    </a:graphicData>
                  </a:graphic>
                </wp:inline>
              </w:drawing>
            </w:r>
          </w:p>
        </w:tc>
      </w:tr>
      <w:tr w:rsidR="005C547F" w:rsidRPr="0092658F" w14:paraId="43235DDB" w14:textId="77777777" w:rsidTr="00423CDA">
        <w:trPr>
          <w:jc w:val="center"/>
        </w:trPr>
        <w:tc>
          <w:tcPr>
            <w:tcW w:w="1131" w:type="dxa"/>
          </w:tcPr>
          <w:p w14:paraId="272431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193</w:t>
            </w:r>
          </w:p>
        </w:tc>
        <w:tc>
          <w:tcPr>
            <w:tcW w:w="1559" w:type="dxa"/>
          </w:tcPr>
          <w:p w14:paraId="32813B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1.008725</w:t>
            </w:r>
          </w:p>
        </w:tc>
        <w:tc>
          <w:tcPr>
            <w:tcW w:w="2446" w:type="dxa"/>
          </w:tcPr>
          <w:p w14:paraId="22D78E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1599" w:type="dxa"/>
          </w:tcPr>
          <w:p w14:paraId="428A106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45A417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6B5901D" wp14:editId="2E66A1C5">
                  <wp:extent cx="640080" cy="64008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9"/>
                          <a:stretch>
                            <a:fillRect/>
                          </a:stretch>
                        </pic:blipFill>
                        <pic:spPr>
                          <a:xfrm>
                            <a:off x="0" y="0"/>
                            <a:ext cx="640080" cy="640080"/>
                          </a:xfrm>
                          <a:prstGeom prst="rect">
                            <a:avLst/>
                          </a:prstGeom>
                        </pic:spPr>
                      </pic:pic>
                    </a:graphicData>
                  </a:graphic>
                </wp:inline>
              </w:drawing>
            </w:r>
          </w:p>
        </w:tc>
      </w:tr>
      <w:tr w:rsidR="005C547F" w:rsidRPr="0092658F" w14:paraId="24025B2C" w14:textId="77777777" w:rsidTr="00423CDA">
        <w:trPr>
          <w:jc w:val="center"/>
        </w:trPr>
        <w:tc>
          <w:tcPr>
            <w:tcW w:w="1131" w:type="dxa"/>
          </w:tcPr>
          <w:p w14:paraId="3ED469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194</w:t>
            </w:r>
          </w:p>
        </w:tc>
        <w:tc>
          <w:tcPr>
            <w:tcW w:w="1559" w:type="dxa"/>
          </w:tcPr>
          <w:p w14:paraId="75D8D1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2.002284</w:t>
            </w:r>
          </w:p>
        </w:tc>
        <w:tc>
          <w:tcPr>
            <w:tcW w:w="2446" w:type="dxa"/>
          </w:tcPr>
          <w:p w14:paraId="19F8072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chính sách nội trú cho học sinh, sinh viên tham gia chương trình đào tạo trình độ cao đẳng, trung cấp tại các cơ sở giáo dục nghề nghiệp công lập trực thuộc xã</w:t>
            </w:r>
          </w:p>
        </w:tc>
        <w:tc>
          <w:tcPr>
            <w:tcW w:w="1599" w:type="dxa"/>
          </w:tcPr>
          <w:p w14:paraId="5B36D3A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nghề nghiệp (G07-LĐ06)</w:t>
            </w:r>
          </w:p>
        </w:tc>
        <w:tc>
          <w:tcPr>
            <w:tcW w:w="1728" w:type="dxa"/>
          </w:tcPr>
          <w:p w14:paraId="6162BD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258D883" wp14:editId="1576DA2E">
                  <wp:extent cx="640080" cy="64008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0"/>
                          <a:stretch>
                            <a:fillRect/>
                          </a:stretch>
                        </pic:blipFill>
                        <pic:spPr>
                          <a:xfrm>
                            <a:off x="0" y="0"/>
                            <a:ext cx="640080" cy="640080"/>
                          </a:xfrm>
                          <a:prstGeom prst="rect">
                            <a:avLst/>
                          </a:prstGeom>
                        </pic:spPr>
                      </pic:pic>
                    </a:graphicData>
                  </a:graphic>
                </wp:inline>
              </w:drawing>
            </w:r>
          </w:p>
        </w:tc>
      </w:tr>
      <w:tr w:rsidR="005C547F" w:rsidRPr="0092658F" w14:paraId="0CBDBAF0" w14:textId="77777777" w:rsidTr="00423CDA">
        <w:trPr>
          <w:jc w:val="center"/>
        </w:trPr>
        <w:tc>
          <w:tcPr>
            <w:tcW w:w="1131" w:type="dxa"/>
          </w:tcPr>
          <w:p w14:paraId="09707F8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195</w:t>
            </w:r>
          </w:p>
        </w:tc>
        <w:tc>
          <w:tcPr>
            <w:tcW w:w="1559" w:type="dxa"/>
          </w:tcPr>
          <w:p w14:paraId="3BDA12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1.012585</w:t>
            </w:r>
          </w:p>
        </w:tc>
        <w:tc>
          <w:tcPr>
            <w:tcW w:w="2446" w:type="dxa"/>
          </w:tcPr>
          <w:p w14:paraId="38057167" w14:textId="18EE7B76"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đăng ký thay đổi người đại diện của nhóm sinh hoạt tôn giáo tập trung (cấp xã)</w:t>
            </w:r>
          </w:p>
        </w:tc>
        <w:tc>
          <w:tcPr>
            <w:tcW w:w="1599" w:type="dxa"/>
          </w:tcPr>
          <w:p w14:paraId="43DC444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743412A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B9CE038" wp14:editId="1C527F17">
                  <wp:extent cx="640080" cy="64008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1"/>
                          <a:stretch>
                            <a:fillRect/>
                          </a:stretch>
                        </pic:blipFill>
                        <pic:spPr>
                          <a:xfrm>
                            <a:off x="0" y="0"/>
                            <a:ext cx="640080" cy="640080"/>
                          </a:xfrm>
                          <a:prstGeom prst="rect">
                            <a:avLst/>
                          </a:prstGeom>
                        </pic:spPr>
                      </pic:pic>
                    </a:graphicData>
                  </a:graphic>
                </wp:inline>
              </w:drawing>
            </w:r>
          </w:p>
        </w:tc>
      </w:tr>
      <w:tr w:rsidR="005C547F" w:rsidRPr="0092658F" w14:paraId="70AB4719" w14:textId="77777777" w:rsidTr="00423CDA">
        <w:trPr>
          <w:jc w:val="center"/>
        </w:trPr>
        <w:tc>
          <w:tcPr>
            <w:tcW w:w="1131" w:type="dxa"/>
          </w:tcPr>
          <w:p w14:paraId="65B94A4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196</w:t>
            </w:r>
          </w:p>
        </w:tc>
        <w:tc>
          <w:tcPr>
            <w:tcW w:w="1559" w:type="dxa"/>
          </w:tcPr>
          <w:p w14:paraId="10643F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2.002363</w:t>
            </w:r>
          </w:p>
        </w:tc>
        <w:tc>
          <w:tcPr>
            <w:tcW w:w="2446" w:type="dxa"/>
          </w:tcPr>
          <w:p w14:paraId="70F3F87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Ghi vào Sổ đăng ký nuôi con nuôi việc nuôi con nuôi đã được giải quyết tại cơ quan có thẩm quyền của nước ngoài</w:t>
            </w:r>
          </w:p>
        </w:tc>
        <w:tc>
          <w:tcPr>
            <w:tcW w:w="1599" w:type="dxa"/>
          </w:tcPr>
          <w:p w14:paraId="5A8F3FD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Nuôi con nuôi</w:t>
            </w:r>
          </w:p>
        </w:tc>
        <w:tc>
          <w:tcPr>
            <w:tcW w:w="1728" w:type="dxa"/>
          </w:tcPr>
          <w:p w14:paraId="449058C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3E2586B" wp14:editId="3D66CA27">
                  <wp:extent cx="640080" cy="64008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2"/>
                          <a:stretch>
                            <a:fillRect/>
                          </a:stretch>
                        </pic:blipFill>
                        <pic:spPr>
                          <a:xfrm>
                            <a:off x="0" y="0"/>
                            <a:ext cx="640080" cy="640080"/>
                          </a:xfrm>
                          <a:prstGeom prst="rect">
                            <a:avLst/>
                          </a:prstGeom>
                        </pic:spPr>
                      </pic:pic>
                    </a:graphicData>
                  </a:graphic>
                </wp:inline>
              </w:drawing>
            </w:r>
          </w:p>
        </w:tc>
      </w:tr>
      <w:tr w:rsidR="005C547F" w:rsidRPr="0092658F" w14:paraId="6EBC6714" w14:textId="77777777" w:rsidTr="00423CDA">
        <w:trPr>
          <w:jc w:val="center"/>
        </w:trPr>
        <w:tc>
          <w:tcPr>
            <w:tcW w:w="1131" w:type="dxa"/>
          </w:tcPr>
          <w:p w14:paraId="75D384B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197</w:t>
            </w:r>
          </w:p>
        </w:tc>
        <w:tc>
          <w:tcPr>
            <w:tcW w:w="1559" w:type="dxa"/>
          </w:tcPr>
          <w:p w14:paraId="4E982DD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2.002349</w:t>
            </w:r>
          </w:p>
        </w:tc>
        <w:tc>
          <w:tcPr>
            <w:tcW w:w="2446" w:type="dxa"/>
          </w:tcPr>
          <w:p w14:paraId="3F2349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Cấp giấy xác nhận công dân Việt Nam thường trú ở khu vực biên giới đủ điều kiện nhận trẻ em của nước láng giềng cư trú ở khu vực biên giới </w:t>
            </w:r>
            <w:r w:rsidRPr="0092658F">
              <w:rPr>
                <w:rFonts w:ascii="Times New Roman" w:hAnsi="Times New Roman" w:cs="Times New Roman"/>
              </w:rPr>
              <w:lastRenderedPageBreak/>
              <w:t>làm con nuôi</w:t>
            </w:r>
          </w:p>
        </w:tc>
        <w:tc>
          <w:tcPr>
            <w:tcW w:w="1599" w:type="dxa"/>
          </w:tcPr>
          <w:p w14:paraId="47BD11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Nuôi con nuôi</w:t>
            </w:r>
          </w:p>
        </w:tc>
        <w:tc>
          <w:tcPr>
            <w:tcW w:w="1728" w:type="dxa"/>
          </w:tcPr>
          <w:p w14:paraId="3B600C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B66065F" wp14:editId="040F39F1">
                  <wp:extent cx="640080" cy="64008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3"/>
                          <a:stretch>
                            <a:fillRect/>
                          </a:stretch>
                        </pic:blipFill>
                        <pic:spPr>
                          <a:xfrm>
                            <a:off x="0" y="0"/>
                            <a:ext cx="640080" cy="640080"/>
                          </a:xfrm>
                          <a:prstGeom prst="rect">
                            <a:avLst/>
                          </a:prstGeom>
                        </pic:spPr>
                      </pic:pic>
                    </a:graphicData>
                  </a:graphic>
                </wp:inline>
              </w:drawing>
            </w:r>
          </w:p>
        </w:tc>
      </w:tr>
      <w:tr w:rsidR="005C547F" w:rsidRPr="0092658F" w14:paraId="3812A646" w14:textId="77777777" w:rsidTr="00423CDA">
        <w:trPr>
          <w:jc w:val="center"/>
        </w:trPr>
        <w:tc>
          <w:tcPr>
            <w:tcW w:w="1131" w:type="dxa"/>
          </w:tcPr>
          <w:p w14:paraId="4CCB683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198</w:t>
            </w:r>
          </w:p>
        </w:tc>
        <w:tc>
          <w:tcPr>
            <w:tcW w:w="1559" w:type="dxa"/>
          </w:tcPr>
          <w:p w14:paraId="326A13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2.001659</w:t>
            </w:r>
          </w:p>
        </w:tc>
        <w:tc>
          <w:tcPr>
            <w:tcW w:w="2446" w:type="dxa"/>
          </w:tcPr>
          <w:p w14:paraId="2A7034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Xóa đăng ký phương tiện</w:t>
            </w:r>
          </w:p>
        </w:tc>
        <w:tc>
          <w:tcPr>
            <w:tcW w:w="1599" w:type="dxa"/>
          </w:tcPr>
          <w:p w14:paraId="2D9113C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31AF95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72E7458" wp14:editId="2C322ABD">
                  <wp:extent cx="640080" cy="64008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4"/>
                          <a:stretch>
                            <a:fillRect/>
                          </a:stretch>
                        </pic:blipFill>
                        <pic:spPr>
                          <a:xfrm>
                            <a:off x="0" y="0"/>
                            <a:ext cx="640080" cy="640080"/>
                          </a:xfrm>
                          <a:prstGeom prst="rect">
                            <a:avLst/>
                          </a:prstGeom>
                        </pic:spPr>
                      </pic:pic>
                    </a:graphicData>
                  </a:graphic>
                </wp:inline>
              </w:drawing>
            </w:r>
          </w:p>
        </w:tc>
      </w:tr>
      <w:tr w:rsidR="005C547F" w:rsidRPr="0092658F" w14:paraId="17CCF02F" w14:textId="77777777" w:rsidTr="00423CDA">
        <w:trPr>
          <w:jc w:val="center"/>
        </w:trPr>
        <w:tc>
          <w:tcPr>
            <w:tcW w:w="1131" w:type="dxa"/>
          </w:tcPr>
          <w:p w14:paraId="3E81AC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199</w:t>
            </w:r>
          </w:p>
        </w:tc>
        <w:tc>
          <w:tcPr>
            <w:tcW w:w="1559" w:type="dxa"/>
          </w:tcPr>
          <w:p w14:paraId="0FB96DB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1.012592</w:t>
            </w:r>
          </w:p>
        </w:tc>
        <w:tc>
          <w:tcPr>
            <w:tcW w:w="2446" w:type="dxa"/>
          </w:tcPr>
          <w:p w14:paraId="57B2B8E1" w14:textId="79114D56"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đăng ký hoạt động tín ngưỡng (cấp xã)</w:t>
            </w:r>
          </w:p>
        </w:tc>
        <w:tc>
          <w:tcPr>
            <w:tcW w:w="1599" w:type="dxa"/>
          </w:tcPr>
          <w:p w14:paraId="7E6B80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7D393C5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B9E552D" wp14:editId="243661E3">
                  <wp:extent cx="640080" cy="64008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5"/>
                          <a:stretch>
                            <a:fillRect/>
                          </a:stretch>
                        </pic:blipFill>
                        <pic:spPr>
                          <a:xfrm>
                            <a:off x="0" y="0"/>
                            <a:ext cx="640080" cy="640080"/>
                          </a:xfrm>
                          <a:prstGeom prst="rect">
                            <a:avLst/>
                          </a:prstGeom>
                        </pic:spPr>
                      </pic:pic>
                    </a:graphicData>
                  </a:graphic>
                </wp:inline>
              </w:drawing>
            </w:r>
          </w:p>
        </w:tc>
      </w:tr>
      <w:tr w:rsidR="005C547F" w:rsidRPr="0092658F" w14:paraId="684BFCA0" w14:textId="77777777" w:rsidTr="00423CDA">
        <w:trPr>
          <w:jc w:val="center"/>
        </w:trPr>
        <w:tc>
          <w:tcPr>
            <w:tcW w:w="1131" w:type="dxa"/>
          </w:tcPr>
          <w:p w14:paraId="2C270A6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w:t>
            </w:r>
          </w:p>
        </w:tc>
        <w:tc>
          <w:tcPr>
            <w:tcW w:w="1559" w:type="dxa"/>
          </w:tcPr>
          <w:p w14:paraId="70C7B8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1.014946</w:t>
            </w:r>
          </w:p>
        </w:tc>
        <w:tc>
          <w:tcPr>
            <w:tcW w:w="2446" w:type="dxa"/>
          </w:tcPr>
          <w:p w14:paraId="3908D1E9" w14:textId="10E56757"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hợp nhất, sáp nhập, chia, tách quỹ (cấp xã)</w:t>
            </w:r>
          </w:p>
        </w:tc>
        <w:tc>
          <w:tcPr>
            <w:tcW w:w="1599" w:type="dxa"/>
          </w:tcPr>
          <w:p w14:paraId="226997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47F39FF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5560054" wp14:editId="5F577F90">
                  <wp:extent cx="640080" cy="64008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6"/>
                          <a:stretch>
                            <a:fillRect/>
                          </a:stretch>
                        </pic:blipFill>
                        <pic:spPr>
                          <a:xfrm>
                            <a:off x="0" y="0"/>
                            <a:ext cx="640080" cy="640080"/>
                          </a:xfrm>
                          <a:prstGeom prst="rect">
                            <a:avLst/>
                          </a:prstGeom>
                        </pic:spPr>
                      </pic:pic>
                    </a:graphicData>
                  </a:graphic>
                </wp:inline>
              </w:drawing>
            </w:r>
          </w:p>
        </w:tc>
      </w:tr>
      <w:tr w:rsidR="005C547F" w:rsidRPr="0092658F" w14:paraId="6C45048D" w14:textId="77777777" w:rsidTr="00423CDA">
        <w:trPr>
          <w:jc w:val="center"/>
        </w:trPr>
        <w:tc>
          <w:tcPr>
            <w:tcW w:w="1131" w:type="dxa"/>
          </w:tcPr>
          <w:p w14:paraId="46276DA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201</w:t>
            </w:r>
          </w:p>
        </w:tc>
        <w:tc>
          <w:tcPr>
            <w:tcW w:w="1559" w:type="dxa"/>
          </w:tcPr>
          <w:p w14:paraId="71A760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2.000913</w:t>
            </w:r>
          </w:p>
        </w:tc>
        <w:tc>
          <w:tcPr>
            <w:tcW w:w="2446" w:type="dxa"/>
          </w:tcPr>
          <w:p w14:paraId="3D36F2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việc sửa đổi, bổ sung, hủy bỏ giao dịch</w:t>
            </w:r>
          </w:p>
        </w:tc>
        <w:tc>
          <w:tcPr>
            <w:tcW w:w="1599" w:type="dxa"/>
          </w:tcPr>
          <w:p w14:paraId="000D68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1D6FFC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AC5AA7A" wp14:editId="4C29EB21">
                  <wp:extent cx="640080" cy="64008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7"/>
                          <a:stretch>
                            <a:fillRect/>
                          </a:stretch>
                        </pic:blipFill>
                        <pic:spPr>
                          <a:xfrm>
                            <a:off x="0" y="0"/>
                            <a:ext cx="640080" cy="640080"/>
                          </a:xfrm>
                          <a:prstGeom prst="rect">
                            <a:avLst/>
                          </a:prstGeom>
                        </pic:spPr>
                      </pic:pic>
                    </a:graphicData>
                  </a:graphic>
                </wp:inline>
              </w:drawing>
            </w:r>
          </w:p>
        </w:tc>
      </w:tr>
      <w:tr w:rsidR="005C547F" w:rsidRPr="0092658F" w14:paraId="01EE8B9B" w14:textId="77777777" w:rsidTr="00423CDA">
        <w:trPr>
          <w:jc w:val="center"/>
        </w:trPr>
        <w:tc>
          <w:tcPr>
            <w:tcW w:w="1131" w:type="dxa"/>
          </w:tcPr>
          <w:p w14:paraId="2ECC814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202</w:t>
            </w:r>
          </w:p>
        </w:tc>
        <w:tc>
          <w:tcPr>
            <w:tcW w:w="1559" w:type="dxa"/>
          </w:tcPr>
          <w:p w14:paraId="76880B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2.000927</w:t>
            </w:r>
          </w:p>
        </w:tc>
        <w:tc>
          <w:tcPr>
            <w:tcW w:w="2446" w:type="dxa"/>
          </w:tcPr>
          <w:p w14:paraId="5C22D3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Sửa lỗi sai sót trong giao dịch</w:t>
            </w:r>
          </w:p>
        </w:tc>
        <w:tc>
          <w:tcPr>
            <w:tcW w:w="1599" w:type="dxa"/>
          </w:tcPr>
          <w:p w14:paraId="3F1CDC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513539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F2E1E89" wp14:editId="27566DE6">
                  <wp:extent cx="640080" cy="64008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8"/>
                          <a:stretch>
                            <a:fillRect/>
                          </a:stretch>
                        </pic:blipFill>
                        <pic:spPr>
                          <a:xfrm>
                            <a:off x="0" y="0"/>
                            <a:ext cx="640080" cy="640080"/>
                          </a:xfrm>
                          <a:prstGeom prst="rect">
                            <a:avLst/>
                          </a:prstGeom>
                        </pic:spPr>
                      </pic:pic>
                    </a:graphicData>
                  </a:graphic>
                </wp:inline>
              </w:drawing>
            </w:r>
          </w:p>
        </w:tc>
      </w:tr>
      <w:tr w:rsidR="005C547F" w:rsidRPr="0092658F" w14:paraId="5B69AC9E" w14:textId="77777777" w:rsidTr="00423CDA">
        <w:trPr>
          <w:jc w:val="center"/>
        </w:trPr>
        <w:tc>
          <w:tcPr>
            <w:tcW w:w="1131" w:type="dxa"/>
          </w:tcPr>
          <w:p w14:paraId="376E6C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203</w:t>
            </w:r>
          </w:p>
        </w:tc>
        <w:tc>
          <w:tcPr>
            <w:tcW w:w="1559" w:type="dxa"/>
          </w:tcPr>
          <w:p w14:paraId="22478D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1.014943</w:t>
            </w:r>
          </w:p>
        </w:tc>
        <w:tc>
          <w:tcPr>
            <w:tcW w:w="2446" w:type="dxa"/>
          </w:tcPr>
          <w:p w14:paraId="2DFC3506" w14:textId="6459C4D5"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công nhận quỹ đủ điều kiện hoạt động và công nhận hội đồng quản lý quỹ; công nhận hội đồng quản lý quỹ khi thay đổi, bổ sung thành viên hoặc hết nhiệm kỳ (cấp xã)</w:t>
            </w:r>
          </w:p>
        </w:tc>
        <w:tc>
          <w:tcPr>
            <w:tcW w:w="1599" w:type="dxa"/>
          </w:tcPr>
          <w:p w14:paraId="3F8AEB3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4F6E741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9C2DB69" wp14:editId="0368103C">
                  <wp:extent cx="640080" cy="64008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9"/>
                          <a:stretch>
                            <a:fillRect/>
                          </a:stretch>
                        </pic:blipFill>
                        <pic:spPr>
                          <a:xfrm>
                            <a:off x="0" y="0"/>
                            <a:ext cx="640080" cy="640080"/>
                          </a:xfrm>
                          <a:prstGeom prst="rect">
                            <a:avLst/>
                          </a:prstGeom>
                        </pic:spPr>
                      </pic:pic>
                    </a:graphicData>
                  </a:graphic>
                </wp:inline>
              </w:drawing>
            </w:r>
          </w:p>
        </w:tc>
      </w:tr>
      <w:tr w:rsidR="005C547F" w:rsidRPr="0092658F" w14:paraId="723EFDC7" w14:textId="77777777" w:rsidTr="00423CDA">
        <w:trPr>
          <w:jc w:val="center"/>
        </w:trPr>
        <w:tc>
          <w:tcPr>
            <w:tcW w:w="1131" w:type="dxa"/>
          </w:tcPr>
          <w:p w14:paraId="000FFD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204</w:t>
            </w:r>
          </w:p>
        </w:tc>
        <w:tc>
          <w:tcPr>
            <w:tcW w:w="1559" w:type="dxa"/>
          </w:tcPr>
          <w:p w14:paraId="008456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2.001016</w:t>
            </w:r>
          </w:p>
        </w:tc>
        <w:tc>
          <w:tcPr>
            <w:tcW w:w="2446" w:type="dxa"/>
          </w:tcPr>
          <w:p w14:paraId="6FF384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văn bản từ chối nhận di sản</w:t>
            </w:r>
          </w:p>
        </w:tc>
        <w:tc>
          <w:tcPr>
            <w:tcW w:w="1599" w:type="dxa"/>
          </w:tcPr>
          <w:p w14:paraId="6C3CD2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746217F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A436D0B" wp14:editId="17BB0F06">
                  <wp:extent cx="640080" cy="64008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0"/>
                          <a:stretch>
                            <a:fillRect/>
                          </a:stretch>
                        </pic:blipFill>
                        <pic:spPr>
                          <a:xfrm>
                            <a:off x="0" y="0"/>
                            <a:ext cx="640080" cy="640080"/>
                          </a:xfrm>
                          <a:prstGeom prst="rect">
                            <a:avLst/>
                          </a:prstGeom>
                        </pic:spPr>
                      </pic:pic>
                    </a:graphicData>
                  </a:graphic>
                </wp:inline>
              </w:drawing>
            </w:r>
          </w:p>
        </w:tc>
      </w:tr>
      <w:tr w:rsidR="005C547F" w:rsidRPr="0092658F" w14:paraId="5D67EF41" w14:textId="77777777" w:rsidTr="00423CDA">
        <w:trPr>
          <w:jc w:val="center"/>
        </w:trPr>
        <w:tc>
          <w:tcPr>
            <w:tcW w:w="1131" w:type="dxa"/>
          </w:tcPr>
          <w:p w14:paraId="759AB6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205</w:t>
            </w:r>
          </w:p>
        </w:tc>
        <w:tc>
          <w:tcPr>
            <w:tcW w:w="1559" w:type="dxa"/>
          </w:tcPr>
          <w:p w14:paraId="4B5451A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2.001019</w:t>
            </w:r>
          </w:p>
        </w:tc>
        <w:tc>
          <w:tcPr>
            <w:tcW w:w="2446" w:type="dxa"/>
          </w:tcPr>
          <w:p w14:paraId="7CCE45F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di chúc</w:t>
            </w:r>
          </w:p>
        </w:tc>
        <w:tc>
          <w:tcPr>
            <w:tcW w:w="1599" w:type="dxa"/>
          </w:tcPr>
          <w:p w14:paraId="105F19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2B50FF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E3C0C5A" wp14:editId="60B2DB38">
                  <wp:extent cx="640080" cy="64008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1"/>
                          <a:stretch>
                            <a:fillRect/>
                          </a:stretch>
                        </pic:blipFill>
                        <pic:spPr>
                          <a:xfrm>
                            <a:off x="0" y="0"/>
                            <a:ext cx="640080" cy="640080"/>
                          </a:xfrm>
                          <a:prstGeom prst="rect">
                            <a:avLst/>
                          </a:prstGeom>
                        </pic:spPr>
                      </pic:pic>
                    </a:graphicData>
                  </a:graphic>
                </wp:inline>
              </w:drawing>
            </w:r>
          </w:p>
        </w:tc>
      </w:tr>
      <w:tr w:rsidR="005C547F" w:rsidRPr="0092658F" w14:paraId="7DAC4F75" w14:textId="77777777" w:rsidTr="00423CDA">
        <w:trPr>
          <w:jc w:val="center"/>
        </w:trPr>
        <w:tc>
          <w:tcPr>
            <w:tcW w:w="1131" w:type="dxa"/>
          </w:tcPr>
          <w:p w14:paraId="77526B3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206</w:t>
            </w:r>
          </w:p>
        </w:tc>
        <w:tc>
          <w:tcPr>
            <w:tcW w:w="1559" w:type="dxa"/>
          </w:tcPr>
          <w:p w14:paraId="2FE7748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2.001035</w:t>
            </w:r>
          </w:p>
        </w:tc>
        <w:tc>
          <w:tcPr>
            <w:tcW w:w="2446" w:type="dxa"/>
          </w:tcPr>
          <w:p w14:paraId="5D6DE8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giao dịch liên quan đến tài sản là động sản, quyền sử dụng đất, nhà ở</w:t>
            </w:r>
          </w:p>
        </w:tc>
        <w:tc>
          <w:tcPr>
            <w:tcW w:w="1599" w:type="dxa"/>
          </w:tcPr>
          <w:p w14:paraId="5C8B11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5E3A4D1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890DD5E" wp14:editId="788939CF">
                  <wp:extent cx="640080" cy="64008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2"/>
                          <a:stretch>
                            <a:fillRect/>
                          </a:stretch>
                        </pic:blipFill>
                        <pic:spPr>
                          <a:xfrm>
                            <a:off x="0" y="0"/>
                            <a:ext cx="640080" cy="640080"/>
                          </a:xfrm>
                          <a:prstGeom prst="rect">
                            <a:avLst/>
                          </a:prstGeom>
                        </pic:spPr>
                      </pic:pic>
                    </a:graphicData>
                  </a:graphic>
                </wp:inline>
              </w:drawing>
            </w:r>
          </w:p>
        </w:tc>
      </w:tr>
      <w:tr w:rsidR="005C547F" w:rsidRPr="0092658F" w14:paraId="199416A9" w14:textId="77777777" w:rsidTr="00423CDA">
        <w:trPr>
          <w:jc w:val="center"/>
        </w:trPr>
        <w:tc>
          <w:tcPr>
            <w:tcW w:w="1131" w:type="dxa"/>
          </w:tcPr>
          <w:p w14:paraId="56712F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207</w:t>
            </w:r>
          </w:p>
        </w:tc>
        <w:tc>
          <w:tcPr>
            <w:tcW w:w="1559" w:type="dxa"/>
          </w:tcPr>
          <w:p w14:paraId="4F2976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2.001406</w:t>
            </w:r>
          </w:p>
        </w:tc>
        <w:tc>
          <w:tcPr>
            <w:tcW w:w="2446" w:type="dxa"/>
          </w:tcPr>
          <w:p w14:paraId="04A971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văn bản phân chia di sản mà di sản là động sản, quyền sử dụng đất, nhà ở</w:t>
            </w:r>
          </w:p>
        </w:tc>
        <w:tc>
          <w:tcPr>
            <w:tcW w:w="1599" w:type="dxa"/>
          </w:tcPr>
          <w:p w14:paraId="736995F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34AADAA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37BB229" wp14:editId="7B6EA163">
                  <wp:extent cx="640080" cy="64008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3"/>
                          <a:stretch>
                            <a:fillRect/>
                          </a:stretch>
                        </pic:blipFill>
                        <pic:spPr>
                          <a:xfrm>
                            <a:off x="0" y="0"/>
                            <a:ext cx="640080" cy="640080"/>
                          </a:xfrm>
                          <a:prstGeom prst="rect">
                            <a:avLst/>
                          </a:prstGeom>
                        </pic:spPr>
                      </pic:pic>
                    </a:graphicData>
                  </a:graphic>
                </wp:inline>
              </w:drawing>
            </w:r>
          </w:p>
        </w:tc>
      </w:tr>
      <w:tr w:rsidR="005C547F" w:rsidRPr="0092658F" w14:paraId="29318F38" w14:textId="77777777" w:rsidTr="00423CDA">
        <w:trPr>
          <w:jc w:val="center"/>
        </w:trPr>
        <w:tc>
          <w:tcPr>
            <w:tcW w:w="1131" w:type="dxa"/>
          </w:tcPr>
          <w:p w14:paraId="613615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208</w:t>
            </w:r>
          </w:p>
        </w:tc>
        <w:tc>
          <w:tcPr>
            <w:tcW w:w="1559" w:type="dxa"/>
          </w:tcPr>
          <w:p w14:paraId="72F233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1.014944</w:t>
            </w:r>
          </w:p>
        </w:tc>
        <w:tc>
          <w:tcPr>
            <w:tcW w:w="2446" w:type="dxa"/>
          </w:tcPr>
          <w:p w14:paraId="50A7E825" w14:textId="202AE879"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công nhận điều lệ (sửa đổi, bổ sung) quỹ; đổi tên quỹ (cấp xã)</w:t>
            </w:r>
          </w:p>
        </w:tc>
        <w:tc>
          <w:tcPr>
            <w:tcW w:w="1599" w:type="dxa"/>
          </w:tcPr>
          <w:p w14:paraId="5481A9F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0D62FA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E3252A4" wp14:editId="4B994B33">
                  <wp:extent cx="640080" cy="64008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4"/>
                          <a:stretch>
                            <a:fillRect/>
                          </a:stretch>
                        </pic:blipFill>
                        <pic:spPr>
                          <a:xfrm>
                            <a:off x="0" y="0"/>
                            <a:ext cx="640080" cy="640080"/>
                          </a:xfrm>
                          <a:prstGeom prst="rect">
                            <a:avLst/>
                          </a:prstGeom>
                        </pic:spPr>
                      </pic:pic>
                    </a:graphicData>
                  </a:graphic>
                </wp:inline>
              </w:drawing>
            </w:r>
          </w:p>
        </w:tc>
      </w:tr>
      <w:tr w:rsidR="005C547F" w:rsidRPr="0092658F" w14:paraId="47300F8C" w14:textId="77777777" w:rsidTr="00423CDA">
        <w:trPr>
          <w:jc w:val="center"/>
        </w:trPr>
        <w:tc>
          <w:tcPr>
            <w:tcW w:w="1131" w:type="dxa"/>
          </w:tcPr>
          <w:p w14:paraId="6D5015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209</w:t>
            </w:r>
          </w:p>
        </w:tc>
        <w:tc>
          <w:tcPr>
            <w:tcW w:w="1559" w:type="dxa"/>
          </w:tcPr>
          <w:p w14:paraId="3445BA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1.014945</w:t>
            </w:r>
          </w:p>
        </w:tc>
        <w:tc>
          <w:tcPr>
            <w:tcW w:w="2446" w:type="dxa"/>
          </w:tcPr>
          <w:p w14:paraId="7206C0DA" w14:textId="4A856C4B"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cho phép quỹ hoạt động trở lại sau khi bị đình chỉ có thời hạn hoạt động (cấp xã)</w:t>
            </w:r>
          </w:p>
        </w:tc>
        <w:tc>
          <w:tcPr>
            <w:tcW w:w="1599" w:type="dxa"/>
          </w:tcPr>
          <w:p w14:paraId="08214D5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00A14DB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2E6B366" wp14:editId="777D4204">
                  <wp:extent cx="640080" cy="64008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5"/>
                          <a:stretch>
                            <a:fillRect/>
                          </a:stretch>
                        </pic:blipFill>
                        <pic:spPr>
                          <a:xfrm>
                            <a:off x="0" y="0"/>
                            <a:ext cx="640080" cy="640080"/>
                          </a:xfrm>
                          <a:prstGeom prst="rect">
                            <a:avLst/>
                          </a:prstGeom>
                        </pic:spPr>
                      </pic:pic>
                    </a:graphicData>
                  </a:graphic>
                </wp:inline>
              </w:drawing>
            </w:r>
          </w:p>
        </w:tc>
      </w:tr>
      <w:tr w:rsidR="005C547F" w:rsidRPr="0092658F" w14:paraId="50E25BD1" w14:textId="77777777" w:rsidTr="00423CDA">
        <w:trPr>
          <w:jc w:val="center"/>
        </w:trPr>
        <w:tc>
          <w:tcPr>
            <w:tcW w:w="1131" w:type="dxa"/>
          </w:tcPr>
          <w:p w14:paraId="19D1371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210</w:t>
            </w:r>
          </w:p>
        </w:tc>
        <w:tc>
          <w:tcPr>
            <w:tcW w:w="1559" w:type="dxa"/>
          </w:tcPr>
          <w:p w14:paraId="0A3A57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1.014942</w:t>
            </w:r>
          </w:p>
        </w:tc>
        <w:tc>
          <w:tcPr>
            <w:tcW w:w="2446" w:type="dxa"/>
          </w:tcPr>
          <w:p w14:paraId="7B49F7E6" w14:textId="1C7B5ADA"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cấp giấy phép thành lập và công nhận điều lệ quỹ</w:t>
            </w:r>
            <w:r w:rsidR="00423CDA" w:rsidRPr="0092658F">
              <w:rPr>
                <w:rFonts w:ascii="Times New Roman" w:hAnsi="Times New Roman" w:cs="Times New Roman"/>
              </w:rPr>
              <w:t xml:space="preserve"> (Cấp xã)</w:t>
            </w:r>
          </w:p>
        </w:tc>
        <w:tc>
          <w:tcPr>
            <w:tcW w:w="1599" w:type="dxa"/>
          </w:tcPr>
          <w:p w14:paraId="5FB836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390A080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B5A9E39" wp14:editId="7E74B377">
                  <wp:extent cx="640080" cy="64008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6"/>
                          <a:stretch>
                            <a:fillRect/>
                          </a:stretch>
                        </pic:blipFill>
                        <pic:spPr>
                          <a:xfrm>
                            <a:off x="0" y="0"/>
                            <a:ext cx="640080" cy="640080"/>
                          </a:xfrm>
                          <a:prstGeom prst="rect">
                            <a:avLst/>
                          </a:prstGeom>
                        </pic:spPr>
                      </pic:pic>
                    </a:graphicData>
                  </a:graphic>
                </wp:inline>
              </w:drawing>
            </w:r>
          </w:p>
        </w:tc>
      </w:tr>
      <w:tr w:rsidR="005C547F" w:rsidRPr="0092658F" w14:paraId="0BA323A8" w14:textId="77777777" w:rsidTr="00423CDA">
        <w:trPr>
          <w:jc w:val="center"/>
        </w:trPr>
        <w:tc>
          <w:tcPr>
            <w:tcW w:w="1131" w:type="dxa"/>
          </w:tcPr>
          <w:p w14:paraId="16E93D0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211</w:t>
            </w:r>
          </w:p>
        </w:tc>
        <w:tc>
          <w:tcPr>
            <w:tcW w:w="1559" w:type="dxa"/>
          </w:tcPr>
          <w:p w14:paraId="0CD67F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1.013229</w:t>
            </w:r>
          </w:p>
        </w:tc>
        <w:tc>
          <w:tcPr>
            <w:tcW w:w="2446" w:type="dxa"/>
          </w:tcPr>
          <w:p w14:paraId="1BD2CD7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1599" w:type="dxa"/>
          </w:tcPr>
          <w:p w14:paraId="0121E7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Hoạt động xây dựng</w:t>
            </w:r>
          </w:p>
        </w:tc>
        <w:tc>
          <w:tcPr>
            <w:tcW w:w="1728" w:type="dxa"/>
          </w:tcPr>
          <w:p w14:paraId="0CBB61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E15D65D" wp14:editId="06CD8AA0">
                  <wp:extent cx="640080" cy="64008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7"/>
                          <a:stretch>
                            <a:fillRect/>
                          </a:stretch>
                        </pic:blipFill>
                        <pic:spPr>
                          <a:xfrm>
                            <a:off x="0" y="0"/>
                            <a:ext cx="640080" cy="640080"/>
                          </a:xfrm>
                          <a:prstGeom prst="rect">
                            <a:avLst/>
                          </a:prstGeom>
                        </pic:spPr>
                      </pic:pic>
                    </a:graphicData>
                  </a:graphic>
                </wp:inline>
              </w:drawing>
            </w:r>
          </w:p>
        </w:tc>
      </w:tr>
      <w:tr w:rsidR="005C547F" w:rsidRPr="0092658F" w14:paraId="0193F849" w14:textId="77777777" w:rsidTr="00423CDA">
        <w:trPr>
          <w:jc w:val="center"/>
        </w:trPr>
        <w:tc>
          <w:tcPr>
            <w:tcW w:w="1131" w:type="dxa"/>
          </w:tcPr>
          <w:p w14:paraId="0C9B95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212</w:t>
            </w:r>
          </w:p>
        </w:tc>
        <w:tc>
          <w:tcPr>
            <w:tcW w:w="1559" w:type="dxa"/>
          </w:tcPr>
          <w:p w14:paraId="47C3FB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1.013226</w:t>
            </w:r>
          </w:p>
        </w:tc>
        <w:tc>
          <w:tcPr>
            <w:tcW w:w="2446" w:type="dxa"/>
          </w:tcPr>
          <w:p w14:paraId="448D85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1599" w:type="dxa"/>
          </w:tcPr>
          <w:p w14:paraId="045473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Hoạt động xây dựng</w:t>
            </w:r>
          </w:p>
        </w:tc>
        <w:tc>
          <w:tcPr>
            <w:tcW w:w="1728" w:type="dxa"/>
          </w:tcPr>
          <w:p w14:paraId="36EB727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64BD1A0" wp14:editId="75B5B51F">
                  <wp:extent cx="640080" cy="64008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8"/>
                          <a:stretch>
                            <a:fillRect/>
                          </a:stretch>
                        </pic:blipFill>
                        <pic:spPr>
                          <a:xfrm>
                            <a:off x="0" y="0"/>
                            <a:ext cx="640080" cy="640080"/>
                          </a:xfrm>
                          <a:prstGeom prst="rect">
                            <a:avLst/>
                          </a:prstGeom>
                        </pic:spPr>
                      </pic:pic>
                    </a:graphicData>
                  </a:graphic>
                </wp:inline>
              </w:drawing>
            </w:r>
          </w:p>
        </w:tc>
      </w:tr>
      <w:tr w:rsidR="005C547F" w:rsidRPr="0092658F" w14:paraId="580CDD17" w14:textId="77777777" w:rsidTr="00423CDA">
        <w:trPr>
          <w:jc w:val="center"/>
        </w:trPr>
        <w:tc>
          <w:tcPr>
            <w:tcW w:w="1131" w:type="dxa"/>
          </w:tcPr>
          <w:p w14:paraId="24A8B7F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213</w:t>
            </w:r>
          </w:p>
        </w:tc>
        <w:tc>
          <w:tcPr>
            <w:tcW w:w="1559" w:type="dxa"/>
          </w:tcPr>
          <w:p w14:paraId="77A5BE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1.014159</w:t>
            </w:r>
          </w:p>
        </w:tc>
        <w:tc>
          <w:tcPr>
            <w:tcW w:w="2446" w:type="dxa"/>
          </w:tcPr>
          <w:p w14:paraId="2C8220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Cung cấp thông tin quy hoạch đô thị và nông thôn</w:t>
            </w:r>
          </w:p>
        </w:tc>
        <w:tc>
          <w:tcPr>
            <w:tcW w:w="1599" w:type="dxa"/>
          </w:tcPr>
          <w:p w14:paraId="172570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Quy hoạch đô thị và nông thôn</w:t>
            </w:r>
          </w:p>
        </w:tc>
        <w:tc>
          <w:tcPr>
            <w:tcW w:w="1728" w:type="dxa"/>
          </w:tcPr>
          <w:p w14:paraId="1268C2F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6F269D6" wp14:editId="2CD30F16">
                  <wp:extent cx="640080" cy="64008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a:stretch>
                            <a:fillRect/>
                          </a:stretch>
                        </pic:blipFill>
                        <pic:spPr>
                          <a:xfrm>
                            <a:off x="0" y="0"/>
                            <a:ext cx="640080" cy="640080"/>
                          </a:xfrm>
                          <a:prstGeom prst="rect">
                            <a:avLst/>
                          </a:prstGeom>
                        </pic:spPr>
                      </pic:pic>
                    </a:graphicData>
                  </a:graphic>
                </wp:inline>
              </w:drawing>
            </w:r>
          </w:p>
        </w:tc>
      </w:tr>
      <w:tr w:rsidR="005C547F" w:rsidRPr="0092658F" w14:paraId="4D8F1204" w14:textId="77777777" w:rsidTr="00423CDA">
        <w:trPr>
          <w:jc w:val="center"/>
        </w:trPr>
        <w:tc>
          <w:tcPr>
            <w:tcW w:w="1131" w:type="dxa"/>
          </w:tcPr>
          <w:p w14:paraId="008AA74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214</w:t>
            </w:r>
          </w:p>
        </w:tc>
        <w:tc>
          <w:tcPr>
            <w:tcW w:w="1559" w:type="dxa"/>
          </w:tcPr>
          <w:p w14:paraId="623F31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1.013798</w:t>
            </w:r>
          </w:p>
        </w:tc>
        <w:tc>
          <w:tcPr>
            <w:tcW w:w="2446" w:type="dxa"/>
          </w:tcPr>
          <w:p w14:paraId="2D614AC9" w14:textId="2E08B170"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đề nghị giảng đạo ngoài địa bàn phụ trách, cơ sở tôn giáo, địa điểm hợp pháp đã đăng ký có quy mô tổ chức trong một xã</w:t>
            </w:r>
          </w:p>
        </w:tc>
        <w:tc>
          <w:tcPr>
            <w:tcW w:w="1599" w:type="dxa"/>
          </w:tcPr>
          <w:p w14:paraId="087EC1E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01E1C6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7F67863" wp14:editId="05754D0E">
                  <wp:extent cx="640080" cy="64008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9"/>
                          <a:stretch>
                            <a:fillRect/>
                          </a:stretch>
                        </pic:blipFill>
                        <pic:spPr>
                          <a:xfrm>
                            <a:off x="0" y="0"/>
                            <a:ext cx="640080" cy="640080"/>
                          </a:xfrm>
                          <a:prstGeom prst="rect">
                            <a:avLst/>
                          </a:prstGeom>
                        </pic:spPr>
                      </pic:pic>
                    </a:graphicData>
                  </a:graphic>
                </wp:inline>
              </w:drawing>
            </w:r>
          </w:p>
        </w:tc>
      </w:tr>
      <w:tr w:rsidR="005C547F" w:rsidRPr="0092658F" w14:paraId="4B036463" w14:textId="77777777" w:rsidTr="00423CDA">
        <w:trPr>
          <w:jc w:val="center"/>
        </w:trPr>
        <w:tc>
          <w:tcPr>
            <w:tcW w:w="1131" w:type="dxa"/>
          </w:tcPr>
          <w:p w14:paraId="04B30E6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215</w:t>
            </w:r>
          </w:p>
        </w:tc>
        <w:tc>
          <w:tcPr>
            <w:tcW w:w="1559" w:type="dxa"/>
          </w:tcPr>
          <w:p w14:paraId="643B716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1.014947</w:t>
            </w:r>
          </w:p>
        </w:tc>
        <w:tc>
          <w:tcPr>
            <w:tcW w:w="2446" w:type="dxa"/>
          </w:tcPr>
          <w:p w14:paraId="577B9321" w14:textId="78E1262E"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quỹ tự giải thể (cấp xã)</w:t>
            </w:r>
          </w:p>
        </w:tc>
        <w:tc>
          <w:tcPr>
            <w:tcW w:w="1599" w:type="dxa"/>
          </w:tcPr>
          <w:p w14:paraId="3AC830B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nhà nước về hội, quỹ</w:t>
            </w:r>
          </w:p>
        </w:tc>
        <w:tc>
          <w:tcPr>
            <w:tcW w:w="1728" w:type="dxa"/>
          </w:tcPr>
          <w:p w14:paraId="2D0244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019B276" wp14:editId="74DFF7F6">
                  <wp:extent cx="640080" cy="64008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0"/>
                          <a:stretch>
                            <a:fillRect/>
                          </a:stretch>
                        </pic:blipFill>
                        <pic:spPr>
                          <a:xfrm>
                            <a:off x="0" y="0"/>
                            <a:ext cx="640080" cy="640080"/>
                          </a:xfrm>
                          <a:prstGeom prst="rect">
                            <a:avLst/>
                          </a:prstGeom>
                        </pic:spPr>
                      </pic:pic>
                    </a:graphicData>
                  </a:graphic>
                </wp:inline>
              </w:drawing>
            </w:r>
          </w:p>
        </w:tc>
      </w:tr>
      <w:tr w:rsidR="005C547F" w:rsidRPr="0092658F" w14:paraId="7E607969" w14:textId="77777777" w:rsidTr="00423CDA">
        <w:trPr>
          <w:jc w:val="center"/>
        </w:trPr>
        <w:tc>
          <w:tcPr>
            <w:tcW w:w="1131" w:type="dxa"/>
          </w:tcPr>
          <w:p w14:paraId="5C2F14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216</w:t>
            </w:r>
          </w:p>
        </w:tc>
        <w:tc>
          <w:tcPr>
            <w:tcW w:w="1559" w:type="dxa"/>
          </w:tcPr>
          <w:p w14:paraId="15218B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3.000322</w:t>
            </w:r>
          </w:p>
        </w:tc>
        <w:tc>
          <w:tcPr>
            <w:tcW w:w="2446" w:type="dxa"/>
          </w:tcPr>
          <w:p w14:paraId="42EF61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chấm dứt giám sát việc giám hộ</w:t>
            </w:r>
          </w:p>
        </w:tc>
        <w:tc>
          <w:tcPr>
            <w:tcW w:w="1599" w:type="dxa"/>
          </w:tcPr>
          <w:p w14:paraId="748B3A9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1C54DA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F3880D1" wp14:editId="45B2C17E">
                  <wp:extent cx="640080" cy="64008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1"/>
                          <a:stretch>
                            <a:fillRect/>
                          </a:stretch>
                        </pic:blipFill>
                        <pic:spPr>
                          <a:xfrm>
                            <a:off x="0" y="0"/>
                            <a:ext cx="640080" cy="640080"/>
                          </a:xfrm>
                          <a:prstGeom prst="rect">
                            <a:avLst/>
                          </a:prstGeom>
                        </pic:spPr>
                      </pic:pic>
                    </a:graphicData>
                  </a:graphic>
                </wp:inline>
              </w:drawing>
            </w:r>
          </w:p>
        </w:tc>
      </w:tr>
      <w:tr w:rsidR="005C547F" w:rsidRPr="0092658F" w14:paraId="3A2F5A5D" w14:textId="77777777" w:rsidTr="00423CDA">
        <w:trPr>
          <w:jc w:val="center"/>
        </w:trPr>
        <w:tc>
          <w:tcPr>
            <w:tcW w:w="1131" w:type="dxa"/>
          </w:tcPr>
          <w:p w14:paraId="561EA8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217</w:t>
            </w:r>
          </w:p>
        </w:tc>
        <w:tc>
          <w:tcPr>
            <w:tcW w:w="1559" w:type="dxa"/>
          </w:tcPr>
          <w:p w14:paraId="7141A3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1.013797</w:t>
            </w:r>
          </w:p>
        </w:tc>
        <w:tc>
          <w:tcPr>
            <w:tcW w:w="2446" w:type="dxa"/>
          </w:tcPr>
          <w:p w14:paraId="7E3482D8" w14:textId="3781D2FF"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đề nghị tổ chức cuộc lễ ngoài cơ sở tôn giáo, địa điểm hợp pháp đã đăng ký có quy mô tổ chức ở một xã</w:t>
            </w:r>
          </w:p>
        </w:tc>
        <w:tc>
          <w:tcPr>
            <w:tcW w:w="1599" w:type="dxa"/>
          </w:tcPr>
          <w:p w14:paraId="3F8CA75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11FD36E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5B5EA5E" wp14:editId="5EED120E">
                  <wp:extent cx="640080" cy="64008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2"/>
                          <a:stretch>
                            <a:fillRect/>
                          </a:stretch>
                        </pic:blipFill>
                        <pic:spPr>
                          <a:xfrm>
                            <a:off x="0" y="0"/>
                            <a:ext cx="640080" cy="640080"/>
                          </a:xfrm>
                          <a:prstGeom prst="rect">
                            <a:avLst/>
                          </a:prstGeom>
                        </pic:spPr>
                      </pic:pic>
                    </a:graphicData>
                  </a:graphic>
                </wp:inline>
              </w:drawing>
            </w:r>
          </w:p>
        </w:tc>
      </w:tr>
      <w:tr w:rsidR="005C547F" w:rsidRPr="0092658F" w14:paraId="604385E5" w14:textId="77777777" w:rsidTr="00423CDA">
        <w:trPr>
          <w:jc w:val="center"/>
        </w:trPr>
        <w:tc>
          <w:tcPr>
            <w:tcW w:w="1131" w:type="dxa"/>
          </w:tcPr>
          <w:p w14:paraId="45AA689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218</w:t>
            </w:r>
          </w:p>
        </w:tc>
        <w:tc>
          <w:tcPr>
            <w:tcW w:w="1559" w:type="dxa"/>
          </w:tcPr>
          <w:p w14:paraId="357B5BA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1.012084</w:t>
            </w:r>
          </w:p>
        </w:tc>
        <w:tc>
          <w:tcPr>
            <w:tcW w:w="2446" w:type="dxa"/>
          </w:tcPr>
          <w:p w14:paraId="5877AD4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cấm tiếp xúc theo Quyết định của Chủ tịch Ủy ban nhân dân cấp xã theo đề nghị của cơ quan, tổ chức cá nhân</w:t>
            </w:r>
          </w:p>
        </w:tc>
        <w:tc>
          <w:tcPr>
            <w:tcW w:w="1599" w:type="dxa"/>
          </w:tcPr>
          <w:p w14:paraId="023F12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 đình</w:t>
            </w:r>
          </w:p>
        </w:tc>
        <w:tc>
          <w:tcPr>
            <w:tcW w:w="1728" w:type="dxa"/>
          </w:tcPr>
          <w:p w14:paraId="48AAEC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7DA914E" wp14:editId="27053E98">
                  <wp:extent cx="640080" cy="64008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3"/>
                          <a:stretch>
                            <a:fillRect/>
                          </a:stretch>
                        </pic:blipFill>
                        <pic:spPr>
                          <a:xfrm>
                            <a:off x="0" y="0"/>
                            <a:ext cx="640080" cy="640080"/>
                          </a:xfrm>
                          <a:prstGeom prst="rect">
                            <a:avLst/>
                          </a:prstGeom>
                        </pic:spPr>
                      </pic:pic>
                    </a:graphicData>
                  </a:graphic>
                </wp:inline>
              </w:drawing>
            </w:r>
          </w:p>
        </w:tc>
      </w:tr>
      <w:tr w:rsidR="005C547F" w:rsidRPr="0092658F" w14:paraId="749D9F50" w14:textId="77777777" w:rsidTr="00423CDA">
        <w:trPr>
          <w:jc w:val="center"/>
        </w:trPr>
        <w:tc>
          <w:tcPr>
            <w:tcW w:w="1131" w:type="dxa"/>
          </w:tcPr>
          <w:p w14:paraId="19748AA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219</w:t>
            </w:r>
          </w:p>
        </w:tc>
        <w:tc>
          <w:tcPr>
            <w:tcW w:w="1559" w:type="dxa"/>
          </w:tcPr>
          <w:p w14:paraId="26F797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1.013794</w:t>
            </w:r>
          </w:p>
        </w:tc>
        <w:tc>
          <w:tcPr>
            <w:tcW w:w="2446" w:type="dxa"/>
          </w:tcPr>
          <w:p w14:paraId="03767F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Thủ tục gia hạn giấy chứng nhận đủ điều kiện hoạt động điểm cung cấp dịch vụ trò chơi điện tử </w:t>
            </w:r>
            <w:r w:rsidRPr="0092658F">
              <w:rPr>
                <w:rFonts w:ascii="Times New Roman" w:hAnsi="Times New Roman" w:cs="Times New Roman"/>
              </w:rPr>
              <w:lastRenderedPageBreak/>
              <w:t>công cộng</w:t>
            </w:r>
          </w:p>
        </w:tc>
        <w:tc>
          <w:tcPr>
            <w:tcW w:w="1599" w:type="dxa"/>
          </w:tcPr>
          <w:p w14:paraId="7412FF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Phát thanh, truyền hình và thông tin điện tử</w:t>
            </w:r>
          </w:p>
        </w:tc>
        <w:tc>
          <w:tcPr>
            <w:tcW w:w="1728" w:type="dxa"/>
          </w:tcPr>
          <w:p w14:paraId="17D8D63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F3F1E38" wp14:editId="03770B63">
                  <wp:extent cx="640080" cy="64008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4"/>
                          <a:stretch>
                            <a:fillRect/>
                          </a:stretch>
                        </pic:blipFill>
                        <pic:spPr>
                          <a:xfrm>
                            <a:off x="0" y="0"/>
                            <a:ext cx="640080" cy="640080"/>
                          </a:xfrm>
                          <a:prstGeom prst="rect">
                            <a:avLst/>
                          </a:prstGeom>
                        </pic:spPr>
                      </pic:pic>
                    </a:graphicData>
                  </a:graphic>
                </wp:inline>
              </w:drawing>
            </w:r>
          </w:p>
        </w:tc>
      </w:tr>
      <w:tr w:rsidR="005C547F" w:rsidRPr="0092658F" w14:paraId="3885B86C" w14:textId="77777777" w:rsidTr="00423CDA">
        <w:trPr>
          <w:jc w:val="center"/>
        </w:trPr>
        <w:tc>
          <w:tcPr>
            <w:tcW w:w="1131" w:type="dxa"/>
          </w:tcPr>
          <w:p w14:paraId="5DF5C2E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220</w:t>
            </w:r>
          </w:p>
        </w:tc>
        <w:tc>
          <w:tcPr>
            <w:tcW w:w="1559" w:type="dxa"/>
          </w:tcPr>
          <w:p w14:paraId="38425E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1.014310</w:t>
            </w:r>
          </w:p>
        </w:tc>
        <w:tc>
          <w:tcPr>
            <w:tcW w:w="2446" w:type="dxa"/>
          </w:tcPr>
          <w:p w14:paraId="651CF02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hưởng trợ cấp sinh hoạt hàng tháng đối với Nghệ nhân nhân dân, Nghệ nhân ưu tú</w:t>
            </w:r>
          </w:p>
        </w:tc>
        <w:tc>
          <w:tcPr>
            <w:tcW w:w="1599" w:type="dxa"/>
          </w:tcPr>
          <w:p w14:paraId="2236E7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Di sản văn hóa</w:t>
            </w:r>
          </w:p>
        </w:tc>
        <w:tc>
          <w:tcPr>
            <w:tcW w:w="1728" w:type="dxa"/>
          </w:tcPr>
          <w:p w14:paraId="2F67B4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8FC7B8E" wp14:editId="591CBEF7">
                  <wp:extent cx="640080" cy="64008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5"/>
                          <a:stretch>
                            <a:fillRect/>
                          </a:stretch>
                        </pic:blipFill>
                        <pic:spPr>
                          <a:xfrm>
                            <a:off x="0" y="0"/>
                            <a:ext cx="640080" cy="640080"/>
                          </a:xfrm>
                          <a:prstGeom prst="rect">
                            <a:avLst/>
                          </a:prstGeom>
                        </pic:spPr>
                      </pic:pic>
                    </a:graphicData>
                  </a:graphic>
                </wp:inline>
              </w:drawing>
            </w:r>
          </w:p>
        </w:tc>
      </w:tr>
      <w:tr w:rsidR="005C547F" w:rsidRPr="0092658F" w14:paraId="40864980" w14:textId="77777777" w:rsidTr="00423CDA">
        <w:trPr>
          <w:jc w:val="center"/>
        </w:trPr>
        <w:tc>
          <w:tcPr>
            <w:tcW w:w="1131" w:type="dxa"/>
          </w:tcPr>
          <w:p w14:paraId="7D00DA1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221</w:t>
            </w:r>
          </w:p>
        </w:tc>
        <w:tc>
          <w:tcPr>
            <w:tcW w:w="1559" w:type="dxa"/>
          </w:tcPr>
          <w:p w14:paraId="24BC139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1.004563</w:t>
            </w:r>
          </w:p>
        </w:tc>
        <w:tc>
          <w:tcPr>
            <w:tcW w:w="2446" w:type="dxa"/>
          </w:tcPr>
          <w:p w14:paraId="5E48D40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Sáp nhập, chia, tách trường tiểu học</w:t>
            </w:r>
          </w:p>
        </w:tc>
        <w:tc>
          <w:tcPr>
            <w:tcW w:w="1599" w:type="dxa"/>
          </w:tcPr>
          <w:p w14:paraId="2AFB35F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tiểu học</w:t>
            </w:r>
          </w:p>
        </w:tc>
        <w:tc>
          <w:tcPr>
            <w:tcW w:w="1728" w:type="dxa"/>
          </w:tcPr>
          <w:p w14:paraId="0252E0C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ED6F567" wp14:editId="57914AEE">
                  <wp:extent cx="640080" cy="64008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6"/>
                          <a:stretch>
                            <a:fillRect/>
                          </a:stretch>
                        </pic:blipFill>
                        <pic:spPr>
                          <a:xfrm>
                            <a:off x="0" y="0"/>
                            <a:ext cx="640080" cy="640080"/>
                          </a:xfrm>
                          <a:prstGeom prst="rect">
                            <a:avLst/>
                          </a:prstGeom>
                        </pic:spPr>
                      </pic:pic>
                    </a:graphicData>
                  </a:graphic>
                </wp:inline>
              </w:drawing>
            </w:r>
          </w:p>
        </w:tc>
      </w:tr>
      <w:tr w:rsidR="005C547F" w:rsidRPr="0092658F" w14:paraId="704A7662" w14:textId="77777777" w:rsidTr="00423CDA">
        <w:trPr>
          <w:jc w:val="center"/>
        </w:trPr>
        <w:tc>
          <w:tcPr>
            <w:tcW w:w="1131" w:type="dxa"/>
          </w:tcPr>
          <w:p w14:paraId="7ABE7C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222</w:t>
            </w:r>
          </w:p>
        </w:tc>
        <w:tc>
          <w:tcPr>
            <w:tcW w:w="1559" w:type="dxa"/>
          </w:tcPr>
          <w:p w14:paraId="78AC090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2.001842</w:t>
            </w:r>
          </w:p>
        </w:tc>
        <w:tc>
          <w:tcPr>
            <w:tcW w:w="2446" w:type="dxa"/>
          </w:tcPr>
          <w:p w14:paraId="7AE316B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Cho phép trường tiểu học hoạt động giáo dục</w:t>
            </w:r>
          </w:p>
        </w:tc>
        <w:tc>
          <w:tcPr>
            <w:tcW w:w="1599" w:type="dxa"/>
          </w:tcPr>
          <w:p w14:paraId="74EAC4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tiểu học</w:t>
            </w:r>
          </w:p>
        </w:tc>
        <w:tc>
          <w:tcPr>
            <w:tcW w:w="1728" w:type="dxa"/>
          </w:tcPr>
          <w:p w14:paraId="6D6FACF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BF4767B" wp14:editId="6C724DB5">
                  <wp:extent cx="640080" cy="64008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7"/>
                          <a:stretch>
                            <a:fillRect/>
                          </a:stretch>
                        </pic:blipFill>
                        <pic:spPr>
                          <a:xfrm>
                            <a:off x="0" y="0"/>
                            <a:ext cx="640080" cy="640080"/>
                          </a:xfrm>
                          <a:prstGeom prst="rect">
                            <a:avLst/>
                          </a:prstGeom>
                        </pic:spPr>
                      </pic:pic>
                    </a:graphicData>
                  </a:graphic>
                </wp:inline>
              </w:drawing>
            </w:r>
          </w:p>
        </w:tc>
      </w:tr>
      <w:tr w:rsidR="005C547F" w:rsidRPr="0092658F" w14:paraId="5164BD69" w14:textId="77777777" w:rsidTr="00423CDA">
        <w:trPr>
          <w:jc w:val="center"/>
        </w:trPr>
        <w:tc>
          <w:tcPr>
            <w:tcW w:w="1131" w:type="dxa"/>
          </w:tcPr>
          <w:p w14:paraId="73AC8F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223</w:t>
            </w:r>
          </w:p>
        </w:tc>
        <w:tc>
          <w:tcPr>
            <w:tcW w:w="1559" w:type="dxa"/>
          </w:tcPr>
          <w:p w14:paraId="3E1965F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1.001714</w:t>
            </w:r>
          </w:p>
        </w:tc>
        <w:tc>
          <w:tcPr>
            <w:tcW w:w="2446" w:type="dxa"/>
          </w:tcPr>
          <w:p w14:paraId="6F696E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học bổng và hỗ trợ kinh phí mua phương tiện, đồ dùng học tập dùng riêng cho người khuyết tật học tại các cơ sở giáo dục</w:t>
            </w:r>
          </w:p>
        </w:tc>
        <w:tc>
          <w:tcPr>
            <w:tcW w:w="1599" w:type="dxa"/>
          </w:tcPr>
          <w:p w14:paraId="3AC100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192C3E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81C10DC" wp14:editId="67BFCEB7">
                  <wp:extent cx="640080" cy="64008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8"/>
                          <a:stretch>
                            <a:fillRect/>
                          </a:stretch>
                        </pic:blipFill>
                        <pic:spPr>
                          <a:xfrm>
                            <a:off x="0" y="0"/>
                            <a:ext cx="640080" cy="640080"/>
                          </a:xfrm>
                          <a:prstGeom prst="rect">
                            <a:avLst/>
                          </a:prstGeom>
                        </pic:spPr>
                      </pic:pic>
                    </a:graphicData>
                  </a:graphic>
                </wp:inline>
              </w:drawing>
            </w:r>
          </w:p>
        </w:tc>
      </w:tr>
      <w:tr w:rsidR="005C547F" w:rsidRPr="0092658F" w14:paraId="620195B0" w14:textId="77777777" w:rsidTr="00423CDA">
        <w:trPr>
          <w:jc w:val="center"/>
        </w:trPr>
        <w:tc>
          <w:tcPr>
            <w:tcW w:w="1131" w:type="dxa"/>
          </w:tcPr>
          <w:p w14:paraId="20C333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224</w:t>
            </w:r>
          </w:p>
        </w:tc>
        <w:tc>
          <w:tcPr>
            <w:tcW w:w="1559" w:type="dxa"/>
          </w:tcPr>
          <w:p w14:paraId="7BA4EE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1.001639</w:t>
            </w:r>
          </w:p>
        </w:tc>
        <w:tc>
          <w:tcPr>
            <w:tcW w:w="2446" w:type="dxa"/>
          </w:tcPr>
          <w:p w14:paraId="016301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thể trường tiểu học (theo đề nghị của tổ chức, cá nhân đề nghị thành lập trường tiểu học)</w:t>
            </w:r>
          </w:p>
        </w:tc>
        <w:tc>
          <w:tcPr>
            <w:tcW w:w="1599" w:type="dxa"/>
          </w:tcPr>
          <w:p w14:paraId="4E2F582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tiểu học</w:t>
            </w:r>
          </w:p>
        </w:tc>
        <w:tc>
          <w:tcPr>
            <w:tcW w:w="1728" w:type="dxa"/>
          </w:tcPr>
          <w:p w14:paraId="0956CCF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46A39FE" wp14:editId="3A3F9440">
                  <wp:extent cx="640080" cy="64008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9"/>
                          <a:stretch>
                            <a:fillRect/>
                          </a:stretch>
                        </pic:blipFill>
                        <pic:spPr>
                          <a:xfrm>
                            <a:off x="0" y="0"/>
                            <a:ext cx="640080" cy="640080"/>
                          </a:xfrm>
                          <a:prstGeom prst="rect">
                            <a:avLst/>
                          </a:prstGeom>
                        </pic:spPr>
                      </pic:pic>
                    </a:graphicData>
                  </a:graphic>
                </wp:inline>
              </w:drawing>
            </w:r>
          </w:p>
        </w:tc>
      </w:tr>
      <w:tr w:rsidR="005C547F" w:rsidRPr="0092658F" w14:paraId="7698799C" w14:textId="77777777" w:rsidTr="00423CDA">
        <w:trPr>
          <w:jc w:val="center"/>
        </w:trPr>
        <w:tc>
          <w:tcPr>
            <w:tcW w:w="1131" w:type="dxa"/>
          </w:tcPr>
          <w:p w14:paraId="71D874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225</w:t>
            </w:r>
          </w:p>
        </w:tc>
        <w:tc>
          <w:tcPr>
            <w:tcW w:w="1559" w:type="dxa"/>
          </w:tcPr>
          <w:p w14:paraId="17EAEA4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1.000713</w:t>
            </w:r>
          </w:p>
        </w:tc>
        <w:tc>
          <w:tcPr>
            <w:tcW w:w="2446" w:type="dxa"/>
          </w:tcPr>
          <w:p w14:paraId="2A298D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Chứng nhận trường tiểu học đạt kiểm định chất lượng giáo dục</w:t>
            </w:r>
          </w:p>
        </w:tc>
        <w:tc>
          <w:tcPr>
            <w:tcW w:w="1599" w:type="dxa"/>
          </w:tcPr>
          <w:p w14:paraId="17195E0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Kiểm định chất lượng giáo dục</w:t>
            </w:r>
          </w:p>
        </w:tc>
        <w:tc>
          <w:tcPr>
            <w:tcW w:w="1728" w:type="dxa"/>
          </w:tcPr>
          <w:p w14:paraId="4338D6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4271FF6" wp14:editId="5C01E97F">
                  <wp:extent cx="640080" cy="64008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0"/>
                          <a:stretch>
                            <a:fillRect/>
                          </a:stretch>
                        </pic:blipFill>
                        <pic:spPr>
                          <a:xfrm>
                            <a:off x="0" y="0"/>
                            <a:ext cx="640080" cy="640080"/>
                          </a:xfrm>
                          <a:prstGeom prst="rect">
                            <a:avLst/>
                          </a:prstGeom>
                        </pic:spPr>
                      </pic:pic>
                    </a:graphicData>
                  </a:graphic>
                </wp:inline>
              </w:drawing>
            </w:r>
          </w:p>
        </w:tc>
      </w:tr>
      <w:tr w:rsidR="005C547F" w:rsidRPr="0092658F" w14:paraId="0858FBB9" w14:textId="77777777" w:rsidTr="00423CDA">
        <w:trPr>
          <w:jc w:val="center"/>
        </w:trPr>
        <w:tc>
          <w:tcPr>
            <w:tcW w:w="1131" w:type="dxa"/>
          </w:tcPr>
          <w:p w14:paraId="527E49E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226</w:t>
            </w:r>
          </w:p>
        </w:tc>
        <w:tc>
          <w:tcPr>
            <w:tcW w:w="1559" w:type="dxa"/>
          </w:tcPr>
          <w:p w14:paraId="51E558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1.000711</w:t>
            </w:r>
          </w:p>
        </w:tc>
        <w:tc>
          <w:tcPr>
            <w:tcW w:w="2446" w:type="dxa"/>
          </w:tcPr>
          <w:p w14:paraId="668D0B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Chứng nhận trường trung học đạt kiểm định chất lượng giáo dục</w:t>
            </w:r>
          </w:p>
        </w:tc>
        <w:tc>
          <w:tcPr>
            <w:tcW w:w="1599" w:type="dxa"/>
          </w:tcPr>
          <w:p w14:paraId="4BF032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Kiểm định chất lượng giáo dục</w:t>
            </w:r>
          </w:p>
        </w:tc>
        <w:tc>
          <w:tcPr>
            <w:tcW w:w="1728" w:type="dxa"/>
          </w:tcPr>
          <w:p w14:paraId="58CB3F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06791C4" wp14:editId="304FE3DF">
                  <wp:extent cx="640080" cy="64008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1"/>
                          <a:stretch>
                            <a:fillRect/>
                          </a:stretch>
                        </pic:blipFill>
                        <pic:spPr>
                          <a:xfrm>
                            <a:off x="0" y="0"/>
                            <a:ext cx="640080" cy="640080"/>
                          </a:xfrm>
                          <a:prstGeom prst="rect">
                            <a:avLst/>
                          </a:prstGeom>
                        </pic:spPr>
                      </pic:pic>
                    </a:graphicData>
                  </a:graphic>
                </wp:inline>
              </w:drawing>
            </w:r>
          </w:p>
        </w:tc>
      </w:tr>
      <w:tr w:rsidR="005C547F" w:rsidRPr="0092658F" w14:paraId="793A42D6" w14:textId="77777777" w:rsidTr="00423CDA">
        <w:trPr>
          <w:jc w:val="center"/>
        </w:trPr>
        <w:tc>
          <w:tcPr>
            <w:tcW w:w="1131" w:type="dxa"/>
          </w:tcPr>
          <w:p w14:paraId="58BD95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227</w:t>
            </w:r>
          </w:p>
        </w:tc>
        <w:tc>
          <w:tcPr>
            <w:tcW w:w="1559" w:type="dxa"/>
          </w:tcPr>
          <w:p w14:paraId="7C1605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1.000691</w:t>
            </w:r>
          </w:p>
        </w:tc>
        <w:tc>
          <w:tcPr>
            <w:tcW w:w="2446" w:type="dxa"/>
          </w:tcPr>
          <w:p w14:paraId="73D3D3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trường trung học đạt chuẩn Quốc gia</w:t>
            </w:r>
          </w:p>
        </w:tc>
        <w:tc>
          <w:tcPr>
            <w:tcW w:w="1599" w:type="dxa"/>
          </w:tcPr>
          <w:p w14:paraId="20685C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5EBC4F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3E5A96C" wp14:editId="1CA14BAF">
                  <wp:extent cx="640080" cy="64008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2"/>
                          <a:stretch>
                            <a:fillRect/>
                          </a:stretch>
                        </pic:blipFill>
                        <pic:spPr>
                          <a:xfrm>
                            <a:off x="0" y="0"/>
                            <a:ext cx="640080" cy="640080"/>
                          </a:xfrm>
                          <a:prstGeom prst="rect">
                            <a:avLst/>
                          </a:prstGeom>
                        </pic:spPr>
                      </pic:pic>
                    </a:graphicData>
                  </a:graphic>
                </wp:inline>
              </w:drawing>
            </w:r>
          </w:p>
        </w:tc>
      </w:tr>
      <w:tr w:rsidR="005C547F" w:rsidRPr="0092658F" w14:paraId="018584D8" w14:textId="77777777" w:rsidTr="00423CDA">
        <w:trPr>
          <w:jc w:val="center"/>
        </w:trPr>
        <w:tc>
          <w:tcPr>
            <w:tcW w:w="1131" w:type="dxa"/>
          </w:tcPr>
          <w:p w14:paraId="4B2309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228</w:t>
            </w:r>
          </w:p>
        </w:tc>
        <w:tc>
          <w:tcPr>
            <w:tcW w:w="1559" w:type="dxa"/>
          </w:tcPr>
          <w:p w14:paraId="1A20D99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1.004946</w:t>
            </w:r>
          </w:p>
        </w:tc>
        <w:tc>
          <w:tcPr>
            <w:tcW w:w="2446" w:type="dxa"/>
          </w:tcPr>
          <w:p w14:paraId="7947BF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Áp dụng các biện pháp can thiệp khẩn cấp hoặc tạm thời cách ly trẻ em khỏi môi trường hoặc người gây tổn hại cho trẻ em</w:t>
            </w:r>
          </w:p>
        </w:tc>
        <w:tc>
          <w:tcPr>
            <w:tcW w:w="1599" w:type="dxa"/>
          </w:tcPr>
          <w:p w14:paraId="509A098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Trẻ em</w:t>
            </w:r>
          </w:p>
        </w:tc>
        <w:tc>
          <w:tcPr>
            <w:tcW w:w="1728" w:type="dxa"/>
          </w:tcPr>
          <w:p w14:paraId="406BC5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2E13BEF" wp14:editId="45C524FA">
                  <wp:extent cx="640080" cy="64008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3"/>
                          <a:stretch>
                            <a:fillRect/>
                          </a:stretch>
                        </pic:blipFill>
                        <pic:spPr>
                          <a:xfrm>
                            <a:off x="0" y="0"/>
                            <a:ext cx="640080" cy="640080"/>
                          </a:xfrm>
                          <a:prstGeom prst="rect">
                            <a:avLst/>
                          </a:prstGeom>
                        </pic:spPr>
                      </pic:pic>
                    </a:graphicData>
                  </a:graphic>
                </wp:inline>
              </w:drawing>
            </w:r>
          </w:p>
        </w:tc>
      </w:tr>
      <w:tr w:rsidR="005C547F" w:rsidRPr="0092658F" w14:paraId="243B166E" w14:textId="77777777" w:rsidTr="00423CDA">
        <w:trPr>
          <w:jc w:val="center"/>
        </w:trPr>
        <w:tc>
          <w:tcPr>
            <w:tcW w:w="1131" w:type="dxa"/>
          </w:tcPr>
          <w:p w14:paraId="7A45F9C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229</w:t>
            </w:r>
          </w:p>
        </w:tc>
        <w:tc>
          <w:tcPr>
            <w:tcW w:w="1559" w:type="dxa"/>
          </w:tcPr>
          <w:p w14:paraId="698D3B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1.014027</w:t>
            </w:r>
          </w:p>
        </w:tc>
        <w:tc>
          <w:tcPr>
            <w:tcW w:w="2446" w:type="dxa"/>
          </w:tcPr>
          <w:p w14:paraId="6A31EB2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Thực hiện, điều chỉnh, thôi hưởng trợ cấp hưu trí xã hội</w:t>
            </w:r>
          </w:p>
        </w:tc>
        <w:tc>
          <w:tcPr>
            <w:tcW w:w="1599" w:type="dxa"/>
          </w:tcPr>
          <w:p w14:paraId="181654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2BB6F0A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7286D0D" wp14:editId="24EC6A95">
                  <wp:extent cx="640080" cy="64008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4"/>
                          <a:stretch>
                            <a:fillRect/>
                          </a:stretch>
                        </pic:blipFill>
                        <pic:spPr>
                          <a:xfrm>
                            <a:off x="0" y="0"/>
                            <a:ext cx="640080" cy="640080"/>
                          </a:xfrm>
                          <a:prstGeom prst="rect">
                            <a:avLst/>
                          </a:prstGeom>
                        </pic:spPr>
                      </pic:pic>
                    </a:graphicData>
                  </a:graphic>
                </wp:inline>
              </w:drawing>
            </w:r>
          </w:p>
        </w:tc>
      </w:tr>
      <w:tr w:rsidR="005C547F" w:rsidRPr="0092658F" w14:paraId="59F29124" w14:textId="77777777" w:rsidTr="00423CDA">
        <w:trPr>
          <w:jc w:val="center"/>
        </w:trPr>
        <w:tc>
          <w:tcPr>
            <w:tcW w:w="1131" w:type="dxa"/>
          </w:tcPr>
          <w:p w14:paraId="09D832A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230</w:t>
            </w:r>
          </w:p>
        </w:tc>
        <w:tc>
          <w:tcPr>
            <w:tcW w:w="1559" w:type="dxa"/>
          </w:tcPr>
          <w:p w14:paraId="461D2A4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1.004941</w:t>
            </w:r>
          </w:p>
        </w:tc>
        <w:tc>
          <w:tcPr>
            <w:tcW w:w="2446" w:type="dxa"/>
          </w:tcPr>
          <w:p w14:paraId="67ECDE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nhận chăm sóc thay thế cho trẻ em đối với cá nhân, người đại diện gia đình nhận chăm sóc thay thế không phải là người thân thích của trẻ em</w:t>
            </w:r>
          </w:p>
        </w:tc>
        <w:tc>
          <w:tcPr>
            <w:tcW w:w="1599" w:type="dxa"/>
          </w:tcPr>
          <w:p w14:paraId="05138CF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Trẻ em</w:t>
            </w:r>
          </w:p>
        </w:tc>
        <w:tc>
          <w:tcPr>
            <w:tcW w:w="1728" w:type="dxa"/>
          </w:tcPr>
          <w:p w14:paraId="5A145AF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CC1AE52" wp14:editId="4D49519C">
                  <wp:extent cx="640080" cy="64008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5"/>
                          <a:stretch>
                            <a:fillRect/>
                          </a:stretch>
                        </pic:blipFill>
                        <pic:spPr>
                          <a:xfrm>
                            <a:off x="0" y="0"/>
                            <a:ext cx="640080" cy="640080"/>
                          </a:xfrm>
                          <a:prstGeom prst="rect">
                            <a:avLst/>
                          </a:prstGeom>
                        </pic:spPr>
                      </pic:pic>
                    </a:graphicData>
                  </a:graphic>
                </wp:inline>
              </w:drawing>
            </w:r>
          </w:p>
        </w:tc>
      </w:tr>
      <w:tr w:rsidR="005C547F" w:rsidRPr="0092658F" w14:paraId="10B770C0" w14:textId="77777777" w:rsidTr="00423CDA">
        <w:trPr>
          <w:jc w:val="center"/>
        </w:trPr>
        <w:tc>
          <w:tcPr>
            <w:tcW w:w="1131" w:type="dxa"/>
          </w:tcPr>
          <w:p w14:paraId="49B702F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231</w:t>
            </w:r>
          </w:p>
        </w:tc>
        <w:tc>
          <w:tcPr>
            <w:tcW w:w="1559" w:type="dxa"/>
          </w:tcPr>
          <w:p w14:paraId="0CFAC03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2.001944</w:t>
            </w:r>
          </w:p>
        </w:tc>
        <w:tc>
          <w:tcPr>
            <w:tcW w:w="2446" w:type="dxa"/>
          </w:tcPr>
          <w:p w14:paraId="0AACADB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Thông báo nhận chăm sóc thay thế cho trẻ em đối với cá nhân, người đại diện gia đình nhận chăm sóc thay thế là người thân thích của trẻ </w:t>
            </w:r>
            <w:r w:rsidRPr="0092658F">
              <w:rPr>
                <w:rFonts w:ascii="Times New Roman" w:hAnsi="Times New Roman" w:cs="Times New Roman"/>
              </w:rPr>
              <w:lastRenderedPageBreak/>
              <w:t>em</w:t>
            </w:r>
          </w:p>
        </w:tc>
        <w:tc>
          <w:tcPr>
            <w:tcW w:w="1599" w:type="dxa"/>
          </w:tcPr>
          <w:p w14:paraId="1D90EDA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Trẻ em</w:t>
            </w:r>
          </w:p>
        </w:tc>
        <w:tc>
          <w:tcPr>
            <w:tcW w:w="1728" w:type="dxa"/>
          </w:tcPr>
          <w:p w14:paraId="5BF994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0CCB500" wp14:editId="184886FC">
                  <wp:extent cx="640080" cy="64008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6"/>
                          <a:stretch>
                            <a:fillRect/>
                          </a:stretch>
                        </pic:blipFill>
                        <pic:spPr>
                          <a:xfrm>
                            <a:off x="0" y="0"/>
                            <a:ext cx="640080" cy="640080"/>
                          </a:xfrm>
                          <a:prstGeom prst="rect">
                            <a:avLst/>
                          </a:prstGeom>
                        </pic:spPr>
                      </pic:pic>
                    </a:graphicData>
                  </a:graphic>
                </wp:inline>
              </w:drawing>
            </w:r>
          </w:p>
        </w:tc>
      </w:tr>
      <w:tr w:rsidR="005C547F" w:rsidRPr="0092658F" w14:paraId="31A78309" w14:textId="77777777" w:rsidTr="00423CDA">
        <w:trPr>
          <w:jc w:val="center"/>
        </w:trPr>
        <w:tc>
          <w:tcPr>
            <w:tcW w:w="1131" w:type="dxa"/>
          </w:tcPr>
          <w:p w14:paraId="686D31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232</w:t>
            </w:r>
          </w:p>
        </w:tc>
        <w:tc>
          <w:tcPr>
            <w:tcW w:w="1559" w:type="dxa"/>
          </w:tcPr>
          <w:p w14:paraId="401B19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2.001942</w:t>
            </w:r>
          </w:p>
        </w:tc>
        <w:tc>
          <w:tcPr>
            <w:tcW w:w="2446" w:type="dxa"/>
          </w:tcPr>
          <w:p w14:paraId="6A9AE4F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Chuyển trẻ em đang được chăm sóc thay thế tại cơ sở trợ giúp xã hội đến cá nhân, gia đình nhận chăm sóc thay thế</w:t>
            </w:r>
          </w:p>
        </w:tc>
        <w:tc>
          <w:tcPr>
            <w:tcW w:w="1599" w:type="dxa"/>
          </w:tcPr>
          <w:p w14:paraId="534E10D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Trẻ em</w:t>
            </w:r>
          </w:p>
        </w:tc>
        <w:tc>
          <w:tcPr>
            <w:tcW w:w="1728" w:type="dxa"/>
          </w:tcPr>
          <w:p w14:paraId="74E935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16F3E0D" wp14:editId="13AC3DA9">
                  <wp:extent cx="640080" cy="64008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7"/>
                          <a:stretch>
                            <a:fillRect/>
                          </a:stretch>
                        </pic:blipFill>
                        <pic:spPr>
                          <a:xfrm>
                            <a:off x="0" y="0"/>
                            <a:ext cx="640080" cy="640080"/>
                          </a:xfrm>
                          <a:prstGeom prst="rect">
                            <a:avLst/>
                          </a:prstGeom>
                        </pic:spPr>
                      </pic:pic>
                    </a:graphicData>
                  </a:graphic>
                </wp:inline>
              </w:drawing>
            </w:r>
          </w:p>
        </w:tc>
      </w:tr>
      <w:tr w:rsidR="005C547F" w:rsidRPr="0092658F" w14:paraId="3E2D2956" w14:textId="77777777" w:rsidTr="00423CDA">
        <w:trPr>
          <w:jc w:val="center"/>
        </w:trPr>
        <w:tc>
          <w:tcPr>
            <w:tcW w:w="1131" w:type="dxa"/>
          </w:tcPr>
          <w:p w14:paraId="025AC0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233</w:t>
            </w:r>
          </w:p>
        </w:tc>
        <w:tc>
          <w:tcPr>
            <w:tcW w:w="1559" w:type="dxa"/>
          </w:tcPr>
          <w:p w14:paraId="6E98766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1.012568</w:t>
            </w:r>
          </w:p>
        </w:tc>
        <w:tc>
          <w:tcPr>
            <w:tcW w:w="2446" w:type="dxa"/>
          </w:tcPr>
          <w:p w14:paraId="6A02F6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Giao tài sản kết cấu hạ tầng chợ do cấp xã quản lý</w:t>
            </w:r>
          </w:p>
        </w:tc>
        <w:tc>
          <w:tcPr>
            <w:tcW w:w="1599" w:type="dxa"/>
          </w:tcPr>
          <w:p w14:paraId="0EC50B3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sản kết cấu hạ tầng chợ do Nhà nước đầu tư, quản lý</w:t>
            </w:r>
          </w:p>
        </w:tc>
        <w:tc>
          <w:tcPr>
            <w:tcW w:w="1728" w:type="dxa"/>
          </w:tcPr>
          <w:p w14:paraId="384B5CA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1C63411" wp14:editId="3BC84871">
                  <wp:extent cx="640080" cy="64008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8"/>
                          <a:stretch>
                            <a:fillRect/>
                          </a:stretch>
                        </pic:blipFill>
                        <pic:spPr>
                          <a:xfrm>
                            <a:off x="0" y="0"/>
                            <a:ext cx="640080" cy="640080"/>
                          </a:xfrm>
                          <a:prstGeom prst="rect">
                            <a:avLst/>
                          </a:prstGeom>
                        </pic:spPr>
                      </pic:pic>
                    </a:graphicData>
                  </a:graphic>
                </wp:inline>
              </w:drawing>
            </w:r>
          </w:p>
        </w:tc>
      </w:tr>
      <w:tr w:rsidR="005C547F" w:rsidRPr="0092658F" w14:paraId="5F0F48B8" w14:textId="77777777" w:rsidTr="00423CDA">
        <w:trPr>
          <w:jc w:val="center"/>
        </w:trPr>
        <w:tc>
          <w:tcPr>
            <w:tcW w:w="1131" w:type="dxa"/>
          </w:tcPr>
          <w:p w14:paraId="65979F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234</w:t>
            </w:r>
          </w:p>
        </w:tc>
        <w:tc>
          <w:tcPr>
            <w:tcW w:w="1559" w:type="dxa"/>
          </w:tcPr>
          <w:p w14:paraId="04CD35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1.012569</w:t>
            </w:r>
          </w:p>
        </w:tc>
        <w:tc>
          <w:tcPr>
            <w:tcW w:w="2446" w:type="dxa"/>
          </w:tcPr>
          <w:p w14:paraId="4F96D63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Thu hồi tài sản kết cấu hạ tầng chợ</w:t>
            </w:r>
          </w:p>
        </w:tc>
        <w:tc>
          <w:tcPr>
            <w:tcW w:w="1599" w:type="dxa"/>
          </w:tcPr>
          <w:p w14:paraId="68A3D6E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Tài sản kết cấu hạ tầng chợ do Nhà nước đầu tư, quản lý</w:t>
            </w:r>
          </w:p>
        </w:tc>
        <w:tc>
          <w:tcPr>
            <w:tcW w:w="1728" w:type="dxa"/>
          </w:tcPr>
          <w:p w14:paraId="7078A2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D8FEFD8" wp14:editId="65F0EE4F">
                  <wp:extent cx="640080" cy="64008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39"/>
                          <a:stretch>
                            <a:fillRect/>
                          </a:stretch>
                        </pic:blipFill>
                        <pic:spPr>
                          <a:xfrm>
                            <a:off x="0" y="0"/>
                            <a:ext cx="640080" cy="640080"/>
                          </a:xfrm>
                          <a:prstGeom prst="rect">
                            <a:avLst/>
                          </a:prstGeom>
                        </pic:spPr>
                      </pic:pic>
                    </a:graphicData>
                  </a:graphic>
                </wp:inline>
              </w:drawing>
            </w:r>
          </w:p>
        </w:tc>
      </w:tr>
      <w:tr w:rsidR="005C547F" w:rsidRPr="0092658F" w14:paraId="1C00E431" w14:textId="77777777" w:rsidTr="00423CDA">
        <w:trPr>
          <w:jc w:val="center"/>
        </w:trPr>
        <w:tc>
          <w:tcPr>
            <w:tcW w:w="1131" w:type="dxa"/>
          </w:tcPr>
          <w:p w14:paraId="6865A6F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235</w:t>
            </w:r>
          </w:p>
        </w:tc>
        <w:tc>
          <w:tcPr>
            <w:tcW w:w="1559" w:type="dxa"/>
          </w:tcPr>
          <w:p w14:paraId="1EC32F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2.000206</w:t>
            </w:r>
          </w:p>
        </w:tc>
        <w:tc>
          <w:tcPr>
            <w:tcW w:w="2446" w:type="dxa"/>
          </w:tcPr>
          <w:p w14:paraId="41096A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phê duyệt phương án ứng phó thiên tai cho công trình vùng hạ du đập thủy điện thuộc thẩm quyền phê duyệt của Ủy ban nhân dân cấp xã</w:t>
            </w:r>
          </w:p>
        </w:tc>
        <w:tc>
          <w:tcPr>
            <w:tcW w:w="1599" w:type="dxa"/>
          </w:tcPr>
          <w:p w14:paraId="214B4C7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An toàn đập, hồ chứa thuỷ điện</w:t>
            </w:r>
          </w:p>
        </w:tc>
        <w:tc>
          <w:tcPr>
            <w:tcW w:w="1728" w:type="dxa"/>
          </w:tcPr>
          <w:p w14:paraId="60C2609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6F3396B" wp14:editId="1BEEAD38">
                  <wp:extent cx="640080" cy="64008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0"/>
                          <a:stretch>
                            <a:fillRect/>
                          </a:stretch>
                        </pic:blipFill>
                        <pic:spPr>
                          <a:xfrm>
                            <a:off x="0" y="0"/>
                            <a:ext cx="640080" cy="640080"/>
                          </a:xfrm>
                          <a:prstGeom prst="rect">
                            <a:avLst/>
                          </a:prstGeom>
                        </pic:spPr>
                      </pic:pic>
                    </a:graphicData>
                  </a:graphic>
                </wp:inline>
              </w:drawing>
            </w:r>
          </w:p>
        </w:tc>
      </w:tr>
      <w:tr w:rsidR="005C547F" w:rsidRPr="0092658F" w14:paraId="65C3DF0F" w14:textId="77777777" w:rsidTr="00423CDA">
        <w:trPr>
          <w:jc w:val="center"/>
        </w:trPr>
        <w:tc>
          <w:tcPr>
            <w:tcW w:w="1131" w:type="dxa"/>
          </w:tcPr>
          <w:p w14:paraId="693EE3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236</w:t>
            </w:r>
          </w:p>
        </w:tc>
        <w:tc>
          <w:tcPr>
            <w:tcW w:w="1559" w:type="dxa"/>
          </w:tcPr>
          <w:p w14:paraId="2C9832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1.012427</w:t>
            </w:r>
          </w:p>
        </w:tc>
        <w:tc>
          <w:tcPr>
            <w:tcW w:w="2446" w:type="dxa"/>
          </w:tcPr>
          <w:p w14:paraId="65C2F5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lập/mở rộng cụm công nghiệp</w:t>
            </w:r>
          </w:p>
        </w:tc>
        <w:tc>
          <w:tcPr>
            <w:tcW w:w="1599" w:type="dxa"/>
          </w:tcPr>
          <w:p w14:paraId="0343BA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Cụm Công nghiệp</w:t>
            </w:r>
          </w:p>
        </w:tc>
        <w:tc>
          <w:tcPr>
            <w:tcW w:w="1728" w:type="dxa"/>
          </w:tcPr>
          <w:p w14:paraId="584839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E77EDAD" wp14:editId="49E5BF64">
                  <wp:extent cx="640080" cy="64008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1"/>
                          <a:stretch>
                            <a:fillRect/>
                          </a:stretch>
                        </pic:blipFill>
                        <pic:spPr>
                          <a:xfrm>
                            <a:off x="0" y="0"/>
                            <a:ext cx="640080" cy="640080"/>
                          </a:xfrm>
                          <a:prstGeom prst="rect">
                            <a:avLst/>
                          </a:prstGeom>
                        </pic:spPr>
                      </pic:pic>
                    </a:graphicData>
                  </a:graphic>
                </wp:inline>
              </w:drawing>
            </w:r>
          </w:p>
        </w:tc>
      </w:tr>
      <w:tr w:rsidR="005C547F" w:rsidRPr="0092658F" w14:paraId="71758BC0" w14:textId="77777777" w:rsidTr="00423CDA">
        <w:trPr>
          <w:jc w:val="center"/>
        </w:trPr>
        <w:tc>
          <w:tcPr>
            <w:tcW w:w="1131" w:type="dxa"/>
          </w:tcPr>
          <w:p w14:paraId="265124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237</w:t>
            </w:r>
          </w:p>
        </w:tc>
        <w:tc>
          <w:tcPr>
            <w:tcW w:w="1559" w:type="dxa"/>
          </w:tcPr>
          <w:p w14:paraId="1201A5A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1.000288</w:t>
            </w:r>
          </w:p>
        </w:tc>
        <w:tc>
          <w:tcPr>
            <w:tcW w:w="2446" w:type="dxa"/>
          </w:tcPr>
          <w:p w14:paraId="643DF6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trường mầm non đạt chuẩn Quốc gia</w:t>
            </w:r>
          </w:p>
        </w:tc>
        <w:tc>
          <w:tcPr>
            <w:tcW w:w="1599" w:type="dxa"/>
          </w:tcPr>
          <w:p w14:paraId="3822A0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236EEC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DEC4C5A" wp14:editId="3D39D730">
                  <wp:extent cx="640080" cy="64008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2"/>
                          <a:stretch>
                            <a:fillRect/>
                          </a:stretch>
                        </pic:blipFill>
                        <pic:spPr>
                          <a:xfrm>
                            <a:off x="0" y="0"/>
                            <a:ext cx="640080" cy="640080"/>
                          </a:xfrm>
                          <a:prstGeom prst="rect">
                            <a:avLst/>
                          </a:prstGeom>
                        </pic:spPr>
                      </pic:pic>
                    </a:graphicData>
                  </a:graphic>
                </wp:inline>
              </w:drawing>
            </w:r>
          </w:p>
        </w:tc>
      </w:tr>
      <w:tr w:rsidR="005C547F" w:rsidRPr="0092658F" w14:paraId="5B850F88" w14:textId="77777777" w:rsidTr="00423CDA">
        <w:trPr>
          <w:jc w:val="center"/>
        </w:trPr>
        <w:tc>
          <w:tcPr>
            <w:tcW w:w="1131" w:type="dxa"/>
          </w:tcPr>
          <w:p w14:paraId="457F3D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238</w:t>
            </w:r>
          </w:p>
        </w:tc>
        <w:tc>
          <w:tcPr>
            <w:tcW w:w="1559" w:type="dxa"/>
          </w:tcPr>
          <w:p w14:paraId="3D5D03A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1.000280</w:t>
            </w:r>
          </w:p>
        </w:tc>
        <w:tc>
          <w:tcPr>
            <w:tcW w:w="2446" w:type="dxa"/>
          </w:tcPr>
          <w:p w14:paraId="346139B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trường tiểu học đạt chuẩn quốc gia</w:t>
            </w:r>
          </w:p>
        </w:tc>
        <w:tc>
          <w:tcPr>
            <w:tcW w:w="1599" w:type="dxa"/>
          </w:tcPr>
          <w:p w14:paraId="10EFEF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5FC31E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F0112A5" wp14:editId="1735255A">
                  <wp:extent cx="640080" cy="64008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3"/>
                          <a:stretch>
                            <a:fillRect/>
                          </a:stretch>
                        </pic:blipFill>
                        <pic:spPr>
                          <a:xfrm>
                            <a:off x="0" y="0"/>
                            <a:ext cx="640080" cy="640080"/>
                          </a:xfrm>
                          <a:prstGeom prst="rect">
                            <a:avLst/>
                          </a:prstGeom>
                        </pic:spPr>
                      </pic:pic>
                    </a:graphicData>
                  </a:graphic>
                </wp:inline>
              </w:drawing>
            </w:r>
          </w:p>
        </w:tc>
      </w:tr>
      <w:tr w:rsidR="005C547F" w:rsidRPr="0092658F" w14:paraId="55312EF0" w14:textId="77777777" w:rsidTr="00423CDA">
        <w:trPr>
          <w:jc w:val="center"/>
        </w:trPr>
        <w:tc>
          <w:tcPr>
            <w:tcW w:w="1131" w:type="dxa"/>
          </w:tcPr>
          <w:p w14:paraId="1AB1B4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239</w:t>
            </w:r>
          </w:p>
        </w:tc>
        <w:tc>
          <w:tcPr>
            <w:tcW w:w="1559" w:type="dxa"/>
          </w:tcPr>
          <w:p w14:paraId="2E598E5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2.000794</w:t>
            </w:r>
          </w:p>
        </w:tc>
        <w:tc>
          <w:tcPr>
            <w:tcW w:w="2446" w:type="dxa"/>
          </w:tcPr>
          <w:p w14:paraId="3CB68CB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công nhận câu lạc bộ thể dục thể thao cơ sở</w:t>
            </w:r>
          </w:p>
        </w:tc>
        <w:tc>
          <w:tcPr>
            <w:tcW w:w="1599" w:type="dxa"/>
          </w:tcPr>
          <w:p w14:paraId="42409AD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Thể dục thể thao</w:t>
            </w:r>
          </w:p>
        </w:tc>
        <w:tc>
          <w:tcPr>
            <w:tcW w:w="1728" w:type="dxa"/>
          </w:tcPr>
          <w:p w14:paraId="43815F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CE6A644" wp14:editId="67855DDC">
                  <wp:extent cx="640080" cy="64008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4"/>
                          <a:stretch>
                            <a:fillRect/>
                          </a:stretch>
                        </pic:blipFill>
                        <pic:spPr>
                          <a:xfrm>
                            <a:off x="0" y="0"/>
                            <a:ext cx="640080" cy="640080"/>
                          </a:xfrm>
                          <a:prstGeom prst="rect">
                            <a:avLst/>
                          </a:prstGeom>
                        </pic:spPr>
                      </pic:pic>
                    </a:graphicData>
                  </a:graphic>
                </wp:inline>
              </w:drawing>
            </w:r>
          </w:p>
        </w:tc>
      </w:tr>
      <w:tr w:rsidR="005C547F" w:rsidRPr="0092658F" w14:paraId="5A619785" w14:textId="77777777" w:rsidTr="00423CDA">
        <w:trPr>
          <w:jc w:val="center"/>
        </w:trPr>
        <w:tc>
          <w:tcPr>
            <w:tcW w:w="1131" w:type="dxa"/>
          </w:tcPr>
          <w:p w14:paraId="5AE288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240</w:t>
            </w:r>
          </w:p>
        </w:tc>
        <w:tc>
          <w:tcPr>
            <w:tcW w:w="1559" w:type="dxa"/>
          </w:tcPr>
          <w:p w14:paraId="3F9F46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1.013793</w:t>
            </w:r>
          </w:p>
        </w:tc>
        <w:tc>
          <w:tcPr>
            <w:tcW w:w="2446" w:type="dxa"/>
          </w:tcPr>
          <w:p w14:paraId="5C606C1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sửa đổi, bổ sung giấy chứng nhận đủ điều kiện hoạt động điểm cung cấp dịch vụ trò chơi điện tử công cộng</w:t>
            </w:r>
          </w:p>
        </w:tc>
        <w:tc>
          <w:tcPr>
            <w:tcW w:w="1599" w:type="dxa"/>
          </w:tcPr>
          <w:p w14:paraId="7A1EEAF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Phát thanh, truyền hình và thông tin điện tử</w:t>
            </w:r>
          </w:p>
        </w:tc>
        <w:tc>
          <w:tcPr>
            <w:tcW w:w="1728" w:type="dxa"/>
          </w:tcPr>
          <w:p w14:paraId="0F2A07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26EB524" wp14:editId="6C27CEFD">
                  <wp:extent cx="640080" cy="64008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5"/>
                          <a:stretch>
                            <a:fillRect/>
                          </a:stretch>
                        </pic:blipFill>
                        <pic:spPr>
                          <a:xfrm>
                            <a:off x="0" y="0"/>
                            <a:ext cx="640080" cy="640080"/>
                          </a:xfrm>
                          <a:prstGeom prst="rect">
                            <a:avLst/>
                          </a:prstGeom>
                        </pic:spPr>
                      </pic:pic>
                    </a:graphicData>
                  </a:graphic>
                </wp:inline>
              </w:drawing>
            </w:r>
          </w:p>
        </w:tc>
      </w:tr>
      <w:tr w:rsidR="005C547F" w:rsidRPr="0092658F" w14:paraId="19DDCD60" w14:textId="77777777" w:rsidTr="00423CDA">
        <w:trPr>
          <w:jc w:val="center"/>
        </w:trPr>
        <w:tc>
          <w:tcPr>
            <w:tcW w:w="1131" w:type="dxa"/>
          </w:tcPr>
          <w:p w14:paraId="6CFEAB2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241</w:t>
            </w:r>
          </w:p>
        </w:tc>
        <w:tc>
          <w:tcPr>
            <w:tcW w:w="1559" w:type="dxa"/>
          </w:tcPr>
          <w:p w14:paraId="00F999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3.000323</w:t>
            </w:r>
          </w:p>
        </w:tc>
        <w:tc>
          <w:tcPr>
            <w:tcW w:w="2446" w:type="dxa"/>
          </w:tcPr>
          <w:p w14:paraId="027D71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giám sát việc giám hộ</w:t>
            </w:r>
          </w:p>
        </w:tc>
        <w:tc>
          <w:tcPr>
            <w:tcW w:w="1599" w:type="dxa"/>
          </w:tcPr>
          <w:p w14:paraId="217E10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7C5D14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E3CA07F" wp14:editId="06E5F7CA">
                  <wp:extent cx="640080" cy="64008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6"/>
                          <a:stretch>
                            <a:fillRect/>
                          </a:stretch>
                        </pic:blipFill>
                        <pic:spPr>
                          <a:xfrm>
                            <a:off x="0" y="0"/>
                            <a:ext cx="640080" cy="640080"/>
                          </a:xfrm>
                          <a:prstGeom prst="rect">
                            <a:avLst/>
                          </a:prstGeom>
                        </pic:spPr>
                      </pic:pic>
                    </a:graphicData>
                  </a:graphic>
                </wp:inline>
              </w:drawing>
            </w:r>
          </w:p>
        </w:tc>
      </w:tr>
      <w:tr w:rsidR="005C547F" w:rsidRPr="0092658F" w14:paraId="155CF816" w14:textId="77777777" w:rsidTr="00423CDA">
        <w:trPr>
          <w:jc w:val="center"/>
        </w:trPr>
        <w:tc>
          <w:tcPr>
            <w:tcW w:w="1131" w:type="dxa"/>
          </w:tcPr>
          <w:p w14:paraId="6D1CA5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242</w:t>
            </w:r>
          </w:p>
        </w:tc>
        <w:tc>
          <w:tcPr>
            <w:tcW w:w="1559" w:type="dxa"/>
          </w:tcPr>
          <w:p w14:paraId="7EF5DB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1.012085</w:t>
            </w:r>
          </w:p>
        </w:tc>
        <w:tc>
          <w:tcPr>
            <w:tcW w:w="2446" w:type="dxa"/>
          </w:tcPr>
          <w:p w14:paraId="390080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hủy bỏ Quyết định cấm tiếp xúc theo đơn đề nghị</w:t>
            </w:r>
          </w:p>
        </w:tc>
        <w:tc>
          <w:tcPr>
            <w:tcW w:w="1599" w:type="dxa"/>
          </w:tcPr>
          <w:p w14:paraId="635B33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 đình</w:t>
            </w:r>
          </w:p>
        </w:tc>
        <w:tc>
          <w:tcPr>
            <w:tcW w:w="1728" w:type="dxa"/>
          </w:tcPr>
          <w:p w14:paraId="3CC966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F5FB715" wp14:editId="55FF6B08">
                  <wp:extent cx="640080" cy="64008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7"/>
                          <a:stretch>
                            <a:fillRect/>
                          </a:stretch>
                        </pic:blipFill>
                        <pic:spPr>
                          <a:xfrm>
                            <a:off x="0" y="0"/>
                            <a:ext cx="640080" cy="640080"/>
                          </a:xfrm>
                          <a:prstGeom prst="rect">
                            <a:avLst/>
                          </a:prstGeom>
                        </pic:spPr>
                      </pic:pic>
                    </a:graphicData>
                  </a:graphic>
                </wp:inline>
              </w:drawing>
            </w:r>
          </w:p>
        </w:tc>
      </w:tr>
      <w:tr w:rsidR="005C547F" w:rsidRPr="0092658F" w14:paraId="6E391D29" w14:textId="77777777" w:rsidTr="00423CDA">
        <w:trPr>
          <w:jc w:val="center"/>
        </w:trPr>
        <w:tc>
          <w:tcPr>
            <w:tcW w:w="1131" w:type="dxa"/>
          </w:tcPr>
          <w:p w14:paraId="2AA6250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243</w:t>
            </w:r>
          </w:p>
        </w:tc>
        <w:tc>
          <w:tcPr>
            <w:tcW w:w="1559" w:type="dxa"/>
          </w:tcPr>
          <w:p w14:paraId="42E770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1.011995</w:t>
            </w:r>
          </w:p>
        </w:tc>
        <w:tc>
          <w:tcPr>
            <w:tcW w:w="2446" w:type="dxa"/>
          </w:tcPr>
          <w:p w14:paraId="43E170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Lựa chọn, phê duyệt dự án, phương án hỗ trợ phát triển sản xuất, dịch vụ của cộng đồng thuộc các chương trình mục tiêu quốc gia giai đoạn 2021-2025 trên địa bàn tỉnh Lâm Đồng</w:t>
            </w:r>
          </w:p>
        </w:tc>
        <w:tc>
          <w:tcPr>
            <w:tcW w:w="1599" w:type="dxa"/>
          </w:tcPr>
          <w:p w14:paraId="3A9E25A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Nông nghiệp</w:t>
            </w:r>
          </w:p>
        </w:tc>
        <w:tc>
          <w:tcPr>
            <w:tcW w:w="1728" w:type="dxa"/>
          </w:tcPr>
          <w:p w14:paraId="601705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2B9F9E8" wp14:editId="73B5179D">
                  <wp:extent cx="640080" cy="64008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8"/>
                          <a:stretch>
                            <a:fillRect/>
                          </a:stretch>
                        </pic:blipFill>
                        <pic:spPr>
                          <a:xfrm>
                            <a:off x="0" y="0"/>
                            <a:ext cx="640080" cy="640080"/>
                          </a:xfrm>
                          <a:prstGeom prst="rect">
                            <a:avLst/>
                          </a:prstGeom>
                        </pic:spPr>
                      </pic:pic>
                    </a:graphicData>
                  </a:graphic>
                </wp:inline>
              </w:drawing>
            </w:r>
          </w:p>
        </w:tc>
      </w:tr>
      <w:tr w:rsidR="005C547F" w:rsidRPr="0092658F" w14:paraId="731C0CDB" w14:textId="77777777" w:rsidTr="00423CDA">
        <w:trPr>
          <w:jc w:val="center"/>
        </w:trPr>
        <w:tc>
          <w:tcPr>
            <w:tcW w:w="1131" w:type="dxa"/>
          </w:tcPr>
          <w:p w14:paraId="2020AEE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244</w:t>
            </w:r>
          </w:p>
        </w:tc>
        <w:tc>
          <w:tcPr>
            <w:tcW w:w="1559" w:type="dxa"/>
          </w:tcPr>
          <w:p w14:paraId="20E365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1.005461</w:t>
            </w:r>
          </w:p>
        </w:tc>
        <w:tc>
          <w:tcPr>
            <w:tcW w:w="2446" w:type="dxa"/>
          </w:tcPr>
          <w:p w14:paraId="4EB900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khai tử</w:t>
            </w:r>
          </w:p>
        </w:tc>
        <w:tc>
          <w:tcPr>
            <w:tcW w:w="1599" w:type="dxa"/>
          </w:tcPr>
          <w:p w14:paraId="2A43701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7830619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557D62E" wp14:editId="15C044CE">
                  <wp:extent cx="640080" cy="64008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49"/>
                          <a:stretch>
                            <a:fillRect/>
                          </a:stretch>
                        </pic:blipFill>
                        <pic:spPr>
                          <a:xfrm>
                            <a:off x="0" y="0"/>
                            <a:ext cx="640080" cy="640080"/>
                          </a:xfrm>
                          <a:prstGeom prst="rect">
                            <a:avLst/>
                          </a:prstGeom>
                        </pic:spPr>
                      </pic:pic>
                    </a:graphicData>
                  </a:graphic>
                </wp:inline>
              </w:drawing>
            </w:r>
          </w:p>
        </w:tc>
      </w:tr>
      <w:tr w:rsidR="005C547F" w:rsidRPr="0092658F" w14:paraId="249352BE" w14:textId="77777777" w:rsidTr="00423CDA">
        <w:trPr>
          <w:jc w:val="center"/>
        </w:trPr>
        <w:tc>
          <w:tcPr>
            <w:tcW w:w="1131" w:type="dxa"/>
          </w:tcPr>
          <w:p w14:paraId="162620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245</w:t>
            </w:r>
          </w:p>
        </w:tc>
        <w:tc>
          <w:tcPr>
            <w:tcW w:w="1559" w:type="dxa"/>
          </w:tcPr>
          <w:p w14:paraId="4FB0FA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1.000656</w:t>
            </w:r>
          </w:p>
        </w:tc>
        <w:tc>
          <w:tcPr>
            <w:tcW w:w="2446" w:type="dxa"/>
          </w:tcPr>
          <w:p w14:paraId="5394DD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khai tử</w:t>
            </w:r>
          </w:p>
        </w:tc>
        <w:tc>
          <w:tcPr>
            <w:tcW w:w="1599" w:type="dxa"/>
          </w:tcPr>
          <w:p w14:paraId="11037DC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4DFE01A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C1C5F1E" wp14:editId="3779B1EE">
                  <wp:extent cx="640080" cy="64008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0"/>
                          <a:stretch>
                            <a:fillRect/>
                          </a:stretch>
                        </pic:blipFill>
                        <pic:spPr>
                          <a:xfrm>
                            <a:off x="0" y="0"/>
                            <a:ext cx="640080" cy="640080"/>
                          </a:xfrm>
                          <a:prstGeom prst="rect">
                            <a:avLst/>
                          </a:prstGeom>
                        </pic:spPr>
                      </pic:pic>
                    </a:graphicData>
                  </a:graphic>
                </wp:inline>
              </w:drawing>
            </w:r>
          </w:p>
        </w:tc>
      </w:tr>
      <w:tr w:rsidR="005C547F" w:rsidRPr="0092658F" w14:paraId="0487E570" w14:textId="77777777" w:rsidTr="00423CDA">
        <w:trPr>
          <w:jc w:val="center"/>
        </w:trPr>
        <w:tc>
          <w:tcPr>
            <w:tcW w:w="1131" w:type="dxa"/>
          </w:tcPr>
          <w:p w14:paraId="42DA176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246</w:t>
            </w:r>
          </w:p>
        </w:tc>
        <w:tc>
          <w:tcPr>
            <w:tcW w:w="1559" w:type="dxa"/>
          </w:tcPr>
          <w:p w14:paraId="43C045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1.004837</w:t>
            </w:r>
          </w:p>
        </w:tc>
        <w:tc>
          <w:tcPr>
            <w:tcW w:w="2446" w:type="dxa"/>
          </w:tcPr>
          <w:p w14:paraId="42332D6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giám hộ</w:t>
            </w:r>
          </w:p>
        </w:tc>
        <w:tc>
          <w:tcPr>
            <w:tcW w:w="1599" w:type="dxa"/>
          </w:tcPr>
          <w:p w14:paraId="406095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5445603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2ABBB7F" wp14:editId="2144CE48">
                  <wp:extent cx="640080" cy="64008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1"/>
                          <a:stretch>
                            <a:fillRect/>
                          </a:stretch>
                        </pic:blipFill>
                        <pic:spPr>
                          <a:xfrm>
                            <a:off x="0" y="0"/>
                            <a:ext cx="640080" cy="640080"/>
                          </a:xfrm>
                          <a:prstGeom prst="rect">
                            <a:avLst/>
                          </a:prstGeom>
                        </pic:spPr>
                      </pic:pic>
                    </a:graphicData>
                  </a:graphic>
                </wp:inline>
              </w:drawing>
            </w:r>
          </w:p>
        </w:tc>
      </w:tr>
      <w:tr w:rsidR="005C547F" w:rsidRPr="0092658F" w14:paraId="5F1F7655" w14:textId="77777777" w:rsidTr="00423CDA">
        <w:trPr>
          <w:jc w:val="center"/>
        </w:trPr>
        <w:tc>
          <w:tcPr>
            <w:tcW w:w="1131" w:type="dxa"/>
          </w:tcPr>
          <w:p w14:paraId="6C799E8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247</w:t>
            </w:r>
          </w:p>
        </w:tc>
        <w:tc>
          <w:tcPr>
            <w:tcW w:w="1559" w:type="dxa"/>
          </w:tcPr>
          <w:p w14:paraId="10C46F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2.002770</w:t>
            </w:r>
          </w:p>
        </w:tc>
        <w:tc>
          <w:tcPr>
            <w:tcW w:w="2446" w:type="dxa"/>
          </w:tcPr>
          <w:p w14:paraId="5AE8DC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Xét duyệt học sinh bán trú, học viên bán trú hỗ trợ kinh phí, hỗ trợ gạo</w:t>
            </w:r>
          </w:p>
        </w:tc>
        <w:tc>
          <w:tcPr>
            <w:tcW w:w="1599" w:type="dxa"/>
          </w:tcPr>
          <w:p w14:paraId="325635C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3058F0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7AA5D25" wp14:editId="0DC44F1A">
                  <wp:extent cx="640080" cy="64008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2"/>
                          <a:stretch>
                            <a:fillRect/>
                          </a:stretch>
                        </pic:blipFill>
                        <pic:spPr>
                          <a:xfrm>
                            <a:off x="0" y="0"/>
                            <a:ext cx="640080" cy="640080"/>
                          </a:xfrm>
                          <a:prstGeom prst="rect">
                            <a:avLst/>
                          </a:prstGeom>
                        </pic:spPr>
                      </pic:pic>
                    </a:graphicData>
                  </a:graphic>
                </wp:inline>
              </w:drawing>
            </w:r>
          </w:p>
        </w:tc>
      </w:tr>
      <w:tr w:rsidR="005C547F" w:rsidRPr="0092658F" w14:paraId="24627408" w14:textId="77777777" w:rsidTr="00423CDA">
        <w:trPr>
          <w:jc w:val="center"/>
        </w:trPr>
        <w:tc>
          <w:tcPr>
            <w:tcW w:w="1131" w:type="dxa"/>
          </w:tcPr>
          <w:p w14:paraId="550B8A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248</w:t>
            </w:r>
          </w:p>
        </w:tc>
        <w:tc>
          <w:tcPr>
            <w:tcW w:w="1559" w:type="dxa"/>
          </w:tcPr>
          <w:p w14:paraId="36D0E2C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2.000635</w:t>
            </w:r>
          </w:p>
        </w:tc>
        <w:tc>
          <w:tcPr>
            <w:tcW w:w="2446" w:type="dxa"/>
          </w:tcPr>
          <w:p w14:paraId="0697D1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bản sao Trích lục hộ tịch, bản sao Giấy khai sinh</w:t>
            </w:r>
          </w:p>
        </w:tc>
        <w:tc>
          <w:tcPr>
            <w:tcW w:w="1599" w:type="dxa"/>
          </w:tcPr>
          <w:p w14:paraId="0949BE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6D1A48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F1B592F" wp14:editId="17393785">
                  <wp:extent cx="640080" cy="64008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3"/>
                          <a:stretch>
                            <a:fillRect/>
                          </a:stretch>
                        </pic:blipFill>
                        <pic:spPr>
                          <a:xfrm>
                            <a:off x="0" y="0"/>
                            <a:ext cx="640080" cy="640080"/>
                          </a:xfrm>
                          <a:prstGeom prst="rect">
                            <a:avLst/>
                          </a:prstGeom>
                        </pic:spPr>
                      </pic:pic>
                    </a:graphicData>
                  </a:graphic>
                </wp:inline>
              </w:drawing>
            </w:r>
          </w:p>
        </w:tc>
      </w:tr>
      <w:tr w:rsidR="005C547F" w:rsidRPr="0092658F" w14:paraId="688FC0E1" w14:textId="77777777" w:rsidTr="00423CDA">
        <w:trPr>
          <w:jc w:val="center"/>
        </w:trPr>
        <w:tc>
          <w:tcPr>
            <w:tcW w:w="1131" w:type="dxa"/>
          </w:tcPr>
          <w:p w14:paraId="700A1B7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249</w:t>
            </w:r>
          </w:p>
        </w:tc>
        <w:tc>
          <w:tcPr>
            <w:tcW w:w="1559" w:type="dxa"/>
          </w:tcPr>
          <w:p w14:paraId="4ECC85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1.008950</w:t>
            </w:r>
          </w:p>
        </w:tc>
        <w:tc>
          <w:tcPr>
            <w:tcW w:w="2446" w:type="dxa"/>
          </w:tcPr>
          <w:p w14:paraId="17355D0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Trợ cấp đối với trẻ em mầm non là con công nhân, người lao động làm việc tại khu công nghiệp</w:t>
            </w:r>
          </w:p>
        </w:tc>
        <w:tc>
          <w:tcPr>
            <w:tcW w:w="1599" w:type="dxa"/>
          </w:tcPr>
          <w:p w14:paraId="753F2D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13C0DA9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9139BD2" wp14:editId="504D8B19">
                  <wp:extent cx="640080" cy="64008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4"/>
                          <a:stretch>
                            <a:fillRect/>
                          </a:stretch>
                        </pic:blipFill>
                        <pic:spPr>
                          <a:xfrm>
                            <a:off x="0" y="0"/>
                            <a:ext cx="640080" cy="640080"/>
                          </a:xfrm>
                          <a:prstGeom prst="rect">
                            <a:avLst/>
                          </a:prstGeom>
                        </pic:spPr>
                      </pic:pic>
                    </a:graphicData>
                  </a:graphic>
                </wp:inline>
              </w:drawing>
            </w:r>
          </w:p>
        </w:tc>
      </w:tr>
      <w:tr w:rsidR="005C547F" w:rsidRPr="0092658F" w14:paraId="0E9F8F3D" w14:textId="77777777" w:rsidTr="00423CDA">
        <w:trPr>
          <w:jc w:val="center"/>
        </w:trPr>
        <w:tc>
          <w:tcPr>
            <w:tcW w:w="1131" w:type="dxa"/>
          </w:tcPr>
          <w:p w14:paraId="6DE75DA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250</w:t>
            </w:r>
          </w:p>
        </w:tc>
        <w:tc>
          <w:tcPr>
            <w:tcW w:w="1559" w:type="dxa"/>
          </w:tcPr>
          <w:p w14:paraId="600037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1.004859</w:t>
            </w:r>
          </w:p>
        </w:tc>
        <w:tc>
          <w:tcPr>
            <w:tcW w:w="2446" w:type="dxa"/>
          </w:tcPr>
          <w:p w14:paraId="0362768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thay đổi, cải chính, bổ sung thông tin hộ tịch, xác định lại dân tộc</w:t>
            </w:r>
          </w:p>
        </w:tc>
        <w:tc>
          <w:tcPr>
            <w:tcW w:w="1599" w:type="dxa"/>
          </w:tcPr>
          <w:p w14:paraId="736AC4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61EE50D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9DE26AF" wp14:editId="6A7ED0ED">
                  <wp:extent cx="640080" cy="64008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5"/>
                          <a:stretch>
                            <a:fillRect/>
                          </a:stretch>
                        </pic:blipFill>
                        <pic:spPr>
                          <a:xfrm>
                            <a:off x="0" y="0"/>
                            <a:ext cx="640080" cy="640080"/>
                          </a:xfrm>
                          <a:prstGeom prst="rect">
                            <a:avLst/>
                          </a:prstGeom>
                        </pic:spPr>
                      </pic:pic>
                    </a:graphicData>
                  </a:graphic>
                </wp:inline>
              </w:drawing>
            </w:r>
          </w:p>
        </w:tc>
      </w:tr>
      <w:tr w:rsidR="005C547F" w:rsidRPr="0092658F" w14:paraId="4F0F4A73" w14:textId="77777777" w:rsidTr="00423CDA">
        <w:trPr>
          <w:jc w:val="center"/>
        </w:trPr>
        <w:tc>
          <w:tcPr>
            <w:tcW w:w="1131" w:type="dxa"/>
          </w:tcPr>
          <w:p w14:paraId="1A46CF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251</w:t>
            </w:r>
          </w:p>
        </w:tc>
        <w:tc>
          <w:tcPr>
            <w:tcW w:w="1559" w:type="dxa"/>
          </w:tcPr>
          <w:p w14:paraId="299EF7F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1.000894</w:t>
            </w:r>
          </w:p>
        </w:tc>
        <w:tc>
          <w:tcPr>
            <w:tcW w:w="2446" w:type="dxa"/>
          </w:tcPr>
          <w:p w14:paraId="529B88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kết hôn</w:t>
            </w:r>
          </w:p>
        </w:tc>
        <w:tc>
          <w:tcPr>
            <w:tcW w:w="1599" w:type="dxa"/>
          </w:tcPr>
          <w:p w14:paraId="33C926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46E15F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E220DA2" wp14:editId="1B71CB28">
                  <wp:extent cx="640080" cy="64008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6"/>
                          <a:stretch>
                            <a:fillRect/>
                          </a:stretch>
                        </pic:blipFill>
                        <pic:spPr>
                          <a:xfrm>
                            <a:off x="0" y="0"/>
                            <a:ext cx="640080" cy="640080"/>
                          </a:xfrm>
                          <a:prstGeom prst="rect">
                            <a:avLst/>
                          </a:prstGeom>
                        </pic:spPr>
                      </pic:pic>
                    </a:graphicData>
                  </a:graphic>
                </wp:inline>
              </w:drawing>
            </w:r>
          </w:p>
        </w:tc>
      </w:tr>
      <w:tr w:rsidR="005C547F" w:rsidRPr="0092658F" w14:paraId="0296A91A" w14:textId="77777777" w:rsidTr="00423CDA">
        <w:trPr>
          <w:jc w:val="center"/>
        </w:trPr>
        <w:tc>
          <w:tcPr>
            <w:tcW w:w="1131" w:type="dxa"/>
          </w:tcPr>
          <w:p w14:paraId="18A80CD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252</w:t>
            </w:r>
          </w:p>
        </w:tc>
        <w:tc>
          <w:tcPr>
            <w:tcW w:w="1559" w:type="dxa"/>
          </w:tcPr>
          <w:p w14:paraId="0200B5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1.001653</w:t>
            </w:r>
          </w:p>
        </w:tc>
        <w:tc>
          <w:tcPr>
            <w:tcW w:w="2446" w:type="dxa"/>
          </w:tcPr>
          <w:p w14:paraId="703EACF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Đổi, cấp lại Giấy xác nhận khuyết tật</w:t>
            </w:r>
          </w:p>
        </w:tc>
        <w:tc>
          <w:tcPr>
            <w:tcW w:w="1599" w:type="dxa"/>
          </w:tcPr>
          <w:p w14:paraId="2F7F2B1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3CA4351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78B860F" wp14:editId="3EA2E70F">
                  <wp:extent cx="640080" cy="64008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7"/>
                          <a:stretch>
                            <a:fillRect/>
                          </a:stretch>
                        </pic:blipFill>
                        <pic:spPr>
                          <a:xfrm>
                            <a:off x="0" y="0"/>
                            <a:ext cx="640080" cy="640080"/>
                          </a:xfrm>
                          <a:prstGeom prst="rect">
                            <a:avLst/>
                          </a:prstGeom>
                        </pic:spPr>
                      </pic:pic>
                    </a:graphicData>
                  </a:graphic>
                </wp:inline>
              </w:drawing>
            </w:r>
          </w:p>
        </w:tc>
      </w:tr>
      <w:tr w:rsidR="005C547F" w:rsidRPr="0092658F" w14:paraId="48C4A9C4" w14:textId="77777777" w:rsidTr="00423CDA">
        <w:trPr>
          <w:jc w:val="center"/>
        </w:trPr>
        <w:tc>
          <w:tcPr>
            <w:tcW w:w="1131" w:type="dxa"/>
          </w:tcPr>
          <w:p w14:paraId="68E1FE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253</w:t>
            </w:r>
          </w:p>
        </w:tc>
        <w:tc>
          <w:tcPr>
            <w:tcW w:w="1559" w:type="dxa"/>
          </w:tcPr>
          <w:p w14:paraId="40F996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1.012591</w:t>
            </w:r>
          </w:p>
        </w:tc>
        <w:tc>
          <w:tcPr>
            <w:tcW w:w="2446" w:type="dxa"/>
          </w:tcPr>
          <w:p w14:paraId="421D34DD" w14:textId="61F4DBB7"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đăng ký bổ sung hoạt động tín ngưỡng (cấp xã)</w:t>
            </w:r>
          </w:p>
        </w:tc>
        <w:tc>
          <w:tcPr>
            <w:tcW w:w="1599" w:type="dxa"/>
          </w:tcPr>
          <w:p w14:paraId="7581CBF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0F79A5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A86FCCD" wp14:editId="779CE97C">
                  <wp:extent cx="640080" cy="64008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8"/>
                          <a:stretch>
                            <a:fillRect/>
                          </a:stretch>
                        </pic:blipFill>
                        <pic:spPr>
                          <a:xfrm>
                            <a:off x="0" y="0"/>
                            <a:ext cx="640080" cy="640080"/>
                          </a:xfrm>
                          <a:prstGeom prst="rect">
                            <a:avLst/>
                          </a:prstGeom>
                        </pic:spPr>
                      </pic:pic>
                    </a:graphicData>
                  </a:graphic>
                </wp:inline>
              </w:drawing>
            </w:r>
          </w:p>
        </w:tc>
      </w:tr>
      <w:tr w:rsidR="005C547F" w:rsidRPr="0092658F" w14:paraId="3558D087" w14:textId="77777777" w:rsidTr="00423CDA">
        <w:trPr>
          <w:jc w:val="center"/>
        </w:trPr>
        <w:tc>
          <w:tcPr>
            <w:tcW w:w="1131" w:type="dxa"/>
          </w:tcPr>
          <w:p w14:paraId="3BB19C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254</w:t>
            </w:r>
          </w:p>
        </w:tc>
        <w:tc>
          <w:tcPr>
            <w:tcW w:w="1559" w:type="dxa"/>
          </w:tcPr>
          <w:p w14:paraId="27C100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1.012222</w:t>
            </w:r>
          </w:p>
        </w:tc>
        <w:tc>
          <w:tcPr>
            <w:tcW w:w="2446" w:type="dxa"/>
          </w:tcPr>
          <w:p w14:paraId="324C6B3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người có uy tín</w:t>
            </w:r>
          </w:p>
        </w:tc>
        <w:tc>
          <w:tcPr>
            <w:tcW w:w="1599" w:type="dxa"/>
          </w:tcPr>
          <w:p w14:paraId="38BB14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tác dân tộc</w:t>
            </w:r>
          </w:p>
        </w:tc>
        <w:tc>
          <w:tcPr>
            <w:tcW w:w="1728" w:type="dxa"/>
          </w:tcPr>
          <w:p w14:paraId="7C17BA7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B62FE8" wp14:editId="3D58CCD8">
                  <wp:extent cx="640080" cy="64008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59"/>
                          <a:stretch>
                            <a:fillRect/>
                          </a:stretch>
                        </pic:blipFill>
                        <pic:spPr>
                          <a:xfrm>
                            <a:off x="0" y="0"/>
                            <a:ext cx="640080" cy="640080"/>
                          </a:xfrm>
                          <a:prstGeom prst="rect">
                            <a:avLst/>
                          </a:prstGeom>
                        </pic:spPr>
                      </pic:pic>
                    </a:graphicData>
                  </a:graphic>
                </wp:inline>
              </w:drawing>
            </w:r>
          </w:p>
        </w:tc>
      </w:tr>
      <w:tr w:rsidR="005C547F" w:rsidRPr="0092658F" w14:paraId="34DC5637" w14:textId="77777777" w:rsidTr="00423CDA">
        <w:trPr>
          <w:jc w:val="center"/>
        </w:trPr>
        <w:tc>
          <w:tcPr>
            <w:tcW w:w="1131" w:type="dxa"/>
          </w:tcPr>
          <w:p w14:paraId="2B44A3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255</w:t>
            </w:r>
          </w:p>
        </w:tc>
        <w:tc>
          <w:tcPr>
            <w:tcW w:w="1559" w:type="dxa"/>
          </w:tcPr>
          <w:p w14:paraId="034286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1.012590</w:t>
            </w:r>
          </w:p>
        </w:tc>
        <w:tc>
          <w:tcPr>
            <w:tcW w:w="2446" w:type="dxa"/>
          </w:tcPr>
          <w:p w14:paraId="2A1F6A4A" w14:textId="59CD114E"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đăng ký sinh hoạt tôn giáo tập trung (cấp xã)</w:t>
            </w:r>
          </w:p>
        </w:tc>
        <w:tc>
          <w:tcPr>
            <w:tcW w:w="1599" w:type="dxa"/>
          </w:tcPr>
          <w:p w14:paraId="123D60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57A6CB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2B75416" wp14:editId="1E218CC3">
                  <wp:extent cx="640080" cy="64008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0"/>
                          <a:stretch>
                            <a:fillRect/>
                          </a:stretch>
                        </pic:blipFill>
                        <pic:spPr>
                          <a:xfrm>
                            <a:off x="0" y="0"/>
                            <a:ext cx="640080" cy="640080"/>
                          </a:xfrm>
                          <a:prstGeom prst="rect">
                            <a:avLst/>
                          </a:prstGeom>
                        </pic:spPr>
                      </pic:pic>
                    </a:graphicData>
                  </a:graphic>
                </wp:inline>
              </w:drawing>
            </w:r>
          </w:p>
        </w:tc>
      </w:tr>
      <w:tr w:rsidR="005C547F" w:rsidRPr="0092658F" w14:paraId="3BB455A5" w14:textId="77777777" w:rsidTr="00423CDA">
        <w:trPr>
          <w:jc w:val="center"/>
        </w:trPr>
        <w:tc>
          <w:tcPr>
            <w:tcW w:w="1131" w:type="dxa"/>
          </w:tcPr>
          <w:p w14:paraId="03E43B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256</w:t>
            </w:r>
          </w:p>
        </w:tc>
        <w:tc>
          <w:tcPr>
            <w:tcW w:w="1559" w:type="dxa"/>
          </w:tcPr>
          <w:p w14:paraId="65DD779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1.012223</w:t>
            </w:r>
          </w:p>
        </w:tc>
        <w:tc>
          <w:tcPr>
            <w:tcW w:w="2446" w:type="dxa"/>
          </w:tcPr>
          <w:p w14:paraId="7C41447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Đưa ra khỏi danh sách và thay thế, bổ sung người có uy tín</w:t>
            </w:r>
          </w:p>
        </w:tc>
        <w:tc>
          <w:tcPr>
            <w:tcW w:w="1599" w:type="dxa"/>
          </w:tcPr>
          <w:p w14:paraId="6EECE2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tác dân tộc</w:t>
            </w:r>
          </w:p>
        </w:tc>
        <w:tc>
          <w:tcPr>
            <w:tcW w:w="1728" w:type="dxa"/>
          </w:tcPr>
          <w:p w14:paraId="10C39EE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821D43C" wp14:editId="14D7A88A">
                  <wp:extent cx="640080" cy="64008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1"/>
                          <a:stretch>
                            <a:fillRect/>
                          </a:stretch>
                        </pic:blipFill>
                        <pic:spPr>
                          <a:xfrm>
                            <a:off x="0" y="0"/>
                            <a:ext cx="640080" cy="640080"/>
                          </a:xfrm>
                          <a:prstGeom prst="rect">
                            <a:avLst/>
                          </a:prstGeom>
                        </pic:spPr>
                      </pic:pic>
                    </a:graphicData>
                  </a:graphic>
                </wp:inline>
              </w:drawing>
            </w:r>
          </w:p>
        </w:tc>
      </w:tr>
      <w:tr w:rsidR="005C547F" w:rsidRPr="0092658F" w14:paraId="340C5E67" w14:textId="77777777" w:rsidTr="00423CDA">
        <w:trPr>
          <w:jc w:val="center"/>
        </w:trPr>
        <w:tc>
          <w:tcPr>
            <w:tcW w:w="1131" w:type="dxa"/>
          </w:tcPr>
          <w:p w14:paraId="10465E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257</w:t>
            </w:r>
          </w:p>
        </w:tc>
        <w:tc>
          <w:tcPr>
            <w:tcW w:w="1559" w:type="dxa"/>
          </w:tcPr>
          <w:p w14:paraId="7699B54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1.012837</w:t>
            </w:r>
          </w:p>
        </w:tc>
        <w:tc>
          <w:tcPr>
            <w:tcW w:w="2446" w:type="dxa"/>
          </w:tcPr>
          <w:p w14:paraId="01CB64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Phê duyệt hỗ trợ kinh phí đào tạo, tập huấn để chuyển đổi từ chăn nuôi sang các nghề khác; chi phí cho cá nhân được đào tạo về kỹ thuật phối </w:t>
            </w:r>
            <w:r w:rsidRPr="0092658F">
              <w:rPr>
                <w:rFonts w:ascii="Times New Roman" w:hAnsi="Times New Roman" w:cs="Times New Roman"/>
              </w:rPr>
              <w:lastRenderedPageBreak/>
              <w:t>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1599" w:type="dxa"/>
          </w:tcPr>
          <w:p w14:paraId="72E7767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Chăn nuôi</w:t>
            </w:r>
          </w:p>
        </w:tc>
        <w:tc>
          <w:tcPr>
            <w:tcW w:w="1728" w:type="dxa"/>
          </w:tcPr>
          <w:p w14:paraId="34B8E3E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0696617" wp14:editId="567E3D6C">
                  <wp:extent cx="640080" cy="64008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2"/>
                          <a:stretch>
                            <a:fillRect/>
                          </a:stretch>
                        </pic:blipFill>
                        <pic:spPr>
                          <a:xfrm>
                            <a:off x="0" y="0"/>
                            <a:ext cx="640080" cy="640080"/>
                          </a:xfrm>
                          <a:prstGeom prst="rect">
                            <a:avLst/>
                          </a:prstGeom>
                        </pic:spPr>
                      </pic:pic>
                    </a:graphicData>
                  </a:graphic>
                </wp:inline>
              </w:drawing>
            </w:r>
          </w:p>
        </w:tc>
      </w:tr>
      <w:tr w:rsidR="005C547F" w:rsidRPr="0092658F" w14:paraId="748B5F54" w14:textId="77777777" w:rsidTr="00423CDA">
        <w:trPr>
          <w:jc w:val="center"/>
        </w:trPr>
        <w:tc>
          <w:tcPr>
            <w:tcW w:w="1131" w:type="dxa"/>
          </w:tcPr>
          <w:p w14:paraId="598E59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258</w:t>
            </w:r>
          </w:p>
        </w:tc>
        <w:tc>
          <w:tcPr>
            <w:tcW w:w="1559" w:type="dxa"/>
          </w:tcPr>
          <w:p w14:paraId="450A8E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2.000815</w:t>
            </w:r>
          </w:p>
        </w:tc>
        <w:tc>
          <w:tcPr>
            <w:tcW w:w="2446" w:type="dxa"/>
          </w:tcPr>
          <w:p w14:paraId="4101438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1599" w:type="dxa"/>
          </w:tcPr>
          <w:p w14:paraId="6887CC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3CCBE1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407337F" wp14:editId="634F721D">
                  <wp:extent cx="640080" cy="64008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3"/>
                          <a:stretch>
                            <a:fillRect/>
                          </a:stretch>
                        </pic:blipFill>
                        <pic:spPr>
                          <a:xfrm>
                            <a:off x="0" y="0"/>
                            <a:ext cx="640080" cy="640080"/>
                          </a:xfrm>
                          <a:prstGeom prst="rect">
                            <a:avLst/>
                          </a:prstGeom>
                        </pic:spPr>
                      </pic:pic>
                    </a:graphicData>
                  </a:graphic>
                </wp:inline>
              </w:drawing>
            </w:r>
          </w:p>
        </w:tc>
      </w:tr>
      <w:tr w:rsidR="005C547F" w:rsidRPr="0092658F" w14:paraId="41A82D4E" w14:textId="77777777" w:rsidTr="00423CDA">
        <w:trPr>
          <w:jc w:val="center"/>
        </w:trPr>
        <w:tc>
          <w:tcPr>
            <w:tcW w:w="1131" w:type="dxa"/>
          </w:tcPr>
          <w:p w14:paraId="21D518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259</w:t>
            </w:r>
          </w:p>
        </w:tc>
        <w:tc>
          <w:tcPr>
            <w:tcW w:w="1559" w:type="dxa"/>
          </w:tcPr>
          <w:p w14:paraId="07231B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1.014862</w:t>
            </w:r>
          </w:p>
        </w:tc>
        <w:tc>
          <w:tcPr>
            <w:tcW w:w="2446" w:type="dxa"/>
          </w:tcPr>
          <w:p w14:paraId="68DCF58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nuôi trồng thủy sản trong phạm vi bảo vệ công trình thủy lợi do Chủ tịch UBND cấp tỉnh phân cấp cho Chủ tịch UBND cấp xã</w:t>
            </w:r>
          </w:p>
        </w:tc>
        <w:tc>
          <w:tcPr>
            <w:tcW w:w="1599" w:type="dxa"/>
          </w:tcPr>
          <w:p w14:paraId="7FC33D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lợi</w:t>
            </w:r>
          </w:p>
        </w:tc>
        <w:tc>
          <w:tcPr>
            <w:tcW w:w="1728" w:type="dxa"/>
          </w:tcPr>
          <w:p w14:paraId="001506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9D9C0B6" wp14:editId="31C301D3">
                  <wp:extent cx="640080" cy="64008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4"/>
                          <a:stretch>
                            <a:fillRect/>
                          </a:stretch>
                        </pic:blipFill>
                        <pic:spPr>
                          <a:xfrm>
                            <a:off x="0" y="0"/>
                            <a:ext cx="640080" cy="640080"/>
                          </a:xfrm>
                          <a:prstGeom prst="rect">
                            <a:avLst/>
                          </a:prstGeom>
                        </pic:spPr>
                      </pic:pic>
                    </a:graphicData>
                  </a:graphic>
                </wp:inline>
              </w:drawing>
            </w:r>
          </w:p>
        </w:tc>
      </w:tr>
      <w:tr w:rsidR="005C547F" w:rsidRPr="0092658F" w14:paraId="65507131" w14:textId="77777777" w:rsidTr="00423CDA">
        <w:trPr>
          <w:jc w:val="center"/>
        </w:trPr>
        <w:tc>
          <w:tcPr>
            <w:tcW w:w="1131" w:type="dxa"/>
          </w:tcPr>
          <w:p w14:paraId="6BDECF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260</w:t>
            </w:r>
          </w:p>
        </w:tc>
        <w:tc>
          <w:tcPr>
            <w:tcW w:w="1559" w:type="dxa"/>
          </w:tcPr>
          <w:p w14:paraId="5DB8D7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1.014259</w:t>
            </w:r>
          </w:p>
        </w:tc>
        <w:tc>
          <w:tcPr>
            <w:tcW w:w="2446" w:type="dxa"/>
          </w:tcPr>
          <w:p w14:paraId="172E08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Quyết toán tiền cấp quyền khai thác khoáng sản (cấp Xã)</w:t>
            </w:r>
          </w:p>
        </w:tc>
        <w:tc>
          <w:tcPr>
            <w:tcW w:w="1599" w:type="dxa"/>
          </w:tcPr>
          <w:p w14:paraId="5BFBB4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Địa chất và khoáng sản</w:t>
            </w:r>
          </w:p>
        </w:tc>
        <w:tc>
          <w:tcPr>
            <w:tcW w:w="1728" w:type="dxa"/>
          </w:tcPr>
          <w:p w14:paraId="625801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129D14C" wp14:editId="5C4F1BB0">
                  <wp:extent cx="640080" cy="64008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5"/>
                          <a:stretch>
                            <a:fillRect/>
                          </a:stretch>
                        </pic:blipFill>
                        <pic:spPr>
                          <a:xfrm>
                            <a:off x="0" y="0"/>
                            <a:ext cx="640080" cy="640080"/>
                          </a:xfrm>
                          <a:prstGeom prst="rect">
                            <a:avLst/>
                          </a:prstGeom>
                        </pic:spPr>
                      </pic:pic>
                    </a:graphicData>
                  </a:graphic>
                </wp:inline>
              </w:drawing>
            </w:r>
          </w:p>
        </w:tc>
      </w:tr>
      <w:tr w:rsidR="005C547F" w:rsidRPr="0092658F" w14:paraId="04309C92" w14:textId="77777777" w:rsidTr="00423CDA">
        <w:trPr>
          <w:jc w:val="center"/>
        </w:trPr>
        <w:tc>
          <w:tcPr>
            <w:tcW w:w="1131" w:type="dxa"/>
          </w:tcPr>
          <w:p w14:paraId="5A1346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261</w:t>
            </w:r>
          </w:p>
        </w:tc>
        <w:tc>
          <w:tcPr>
            <w:tcW w:w="1559" w:type="dxa"/>
          </w:tcPr>
          <w:p w14:paraId="3081DD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1.010092</w:t>
            </w:r>
          </w:p>
        </w:tc>
        <w:tc>
          <w:tcPr>
            <w:tcW w:w="2446" w:type="dxa"/>
          </w:tcPr>
          <w:p w14:paraId="0126D44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Trợ cấp tiền tuất, tai nạn (đối với trường hợp tai nạn suy giảm khả năng lao động từ 5% trở lên) cho lực lượng xung kích phòng chống thiên tai cấp xã chưa tham gia bảo hiểm xã hội</w:t>
            </w:r>
          </w:p>
        </w:tc>
        <w:tc>
          <w:tcPr>
            <w:tcW w:w="1599" w:type="dxa"/>
          </w:tcPr>
          <w:p w14:paraId="49AA29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Đê điều và Phòng, chống thiên tai</w:t>
            </w:r>
          </w:p>
        </w:tc>
        <w:tc>
          <w:tcPr>
            <w:tcW w:w="1728" w:type="dxa"/>
          </w:tcPr>
          <w:p w14:paraId="2015EC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1E608ED" wp14:editId="50F14BB5">
                  <wp:extent cx="640080" cy="64008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6"/>
                          <a:stretch>
                            <a:fillRect/>
                          </a:stretch>
                        </pic:blipFill>
                        <pic:spPr>
                          <a:xfrm>
                            <a:off x="0" y="0"/>
                            <a:ext cx="640080" cy="640080"/>
                          </a:xfrm>
                          <a:prstGeom prst="rect">
                            <a:avLst/>
                          </a:prstGeom>
                        </pic:spPr>
                      </pic:pic>
                    </a:graphicData>
                  </a:graphic>
                </wp:inline>
              </w:drawing>
            </w:r>
          </w:p>
        </w:tc>
      </w:tr>
      <w:tr w:rsidR="005C547F" w:rsidRPr="0092658F" w14:paraId="6D70ADAE" w14:textId="77777777" w:rsidTr="00423CDA">
        <w:trPr>
          <w:jc w:val="center"/>
        </w:trPr>
        <w:tc>
          <w:tcPr>
            <w:tcW w:w="1131" w:type="dxa"/>
          </w:tcPr>
          <w:p w14:paraId="57F342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262</w:t>
            </w:r>
          </w:p>
        </w:tc>
        <w:tc>
          <w:tcPr>
            <w:tcW w:w="1559" w:type="dxa"/>
          </w:tcPr>
          <w:p w14:paraId="2A4C76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1.013128</w:t>
            </w:r>
          </w:p>
        </w:tc>
        <w:tc>
          <w:tcPr>
            <w:tcW w:w="2446" w:type="dxa"/>
          </w:tcPr>
          <w:p w14:paraId="525CD39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w="1599" w:type="dxa"/>
          </w:tcPr>
          <w:p w14:paraId="4E2D13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Ứng phó sự cố tràn dầu BQP</w:t>
            </w:r>
          </w:p>
        </w:tc>
        <w:tc>
          <w:tcPr>
            <w:tcW w:w="1728" w:type="dxa"/>
          </w:tcPr>
          <w:p w14:paraId="3257CD6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3F22FE6" wp14:editId="0D247FE5">
                  <wp:extent cx="640080" cy="64008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7"/>
                          <a:stretch>
                            <a:fillRect/>
                          </a:stretch>
                        </pic:blipFill>
                        <pic:spPr>
                          <a:xfrm>
                            <a:off x="0" y="0"/>
                            <a:ext cx="640080" cy="640080"/>
                          </a:xfrm>
                          <a:prstGeom prst="rect">
                            <a:avLst/>
                          </a:prstGeom>
                        </pic:spPr>
                      </pic:pic>
                    </a:graphicData>
                  </a:graphic>
                </wp:inline>
              </w:drawing>
            </w:r>
          </w:p>
        </w:tc>
      </w:tr>
      <w:tr w:rsidR="005C547F" w:rsidRPr="0092658F" w14:paraId="2B1AB9A6" w14:textId="77777777" w:rsidTr="00423CDA">
        <w:trPr>
          <w:jc w:val="center"/>
        </w:trPr>
        <w:tc>
          <w:tcPr>
            <w:tcW w:w="1131" w:type="dxa"/>
          </w:tcPr>
          <w:p w14:paraId="16C3D9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263</w:t>
            </w:r>
          </w:p>
        </w:tc>
        <w:tc>
          <w:tcPr>
            <w:tcW w:w="1559" w:type="dxa"/>
          </w:tcPr>
          <w:p w14:paraId="727471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1.014801</w:t>
            </w:r>
          </w:p>
        </w:tc>
        <w:tc>
          <w:tcPr>
            <w:tcW w:w="2446" w:type="dxa"/>
          </w:tcPr>
          <w:p w14:paraId="7825F3F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Cấp, cấp lại Giấy xác nhận nuôi trồng thủy sản lồng bè, đối tượng thủy sản nuôi chủ lực (hoạt động trên nội địa thuộc phạm vi quản lý và cơ sở </w:t>
            </w:r>
            <w:r w:rsidRPr="0092658F">
              <w:rPr>
                <w:rFonts w:ascii="Times New Roman" w:hAnsi="Times New Roman" w:cs="Times New Roman"/>
              </w:rPr>
              <w:lastRenderedPageBreak/>
              <w:t>nuôi trồng thủy sản lồng bè thuộc thẩm quyền giao khu vực biển của Chủ tịch Ủy ban nhân dân cấp xã)</w:t>
            </w:r>
          </w:p>
        </w:tc>
        <w:tc>
          <w:tcPr>
            <w:tcW w:w="1599" w:type="dxa"/>
          </w:tcPr>
          <w:p w14:paraId="630DC6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Thủy sản</w:t>
            </w:r>
          </w:p>
        </w:tc>
        <w:tc>
          <w:tcPr>
            <w:tcW w:w="1728" w:type="dxa"/>
          </w:tcPr>
          <w:p w14:paraId="22762FF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C4B38E6" wp14:editId="7CD2BF0B">
                  <wp:extent cx="640080" cy="64008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8"/>
                          <a:stretch>
                            <a:fillRect/>
                          </a:stretch>
                        </pic:blipFill>
                        <pic:spPr>
                          <a:xfrm>
                            <a:off x="0" y="0"/>
                            <a:ext cx="640080" cy="640080"/>
                          </a:xfrm>
                          <a:prstGeom prst="rect">
                            <a:avLst/>
                          </a:prstGeom>
                        </pic:spPr>
                      </pic:pic>
                    </a:graphicData>
                  </a:graphic>
                </wp:inline>
              </w:drawing>
            </w:r>
          </w:p>
        </w:tc>
      </w:tr>
      <w:tr w:rsidR="005C547F" w:rsidRPr="0092658F" w14:paraId="2E5AF54A" w14:textId="77777777" w:rsidTr="00423CDA">
        <w:trPr>
          <w:jc w:val="center"/>
        </w:trPr>
        <w:tc>
          <w:tcPr>
            <w:tcW w:w="1131" w:type="dxa"/>
          </w:tcPr>
          <w:p w14:paraId="3B50E1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264</w:t>
            </w:r>
          </w:p>
        </w:tc>
        <w:tc>
          <w:tcPr>
            <w:tcW w:w="1559" w:type="dxa"/>
          </w:tcPr>
          <w:p w14:paraId="28E807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2.001263</w:t>
            </w:r>
          </w:p>
        </w:tc>
        <w:tc>
          <w:tcPr>
            <w:tcW w:w="2446" w:type="dxa"/>
          </w:tcPr>
          <w:p w14:paraId="687A59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việc nuôi con nuôi trong nước</w:t>
            </w:r>
          </w:p>
        </w:tc>
        <w:tc>
          <w:tcPr>
            <w:tcW w:w="1599" w:type="dxa"/>
          </w:tcPr>
          <w:p w14:paraId="38D4CA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Nuôi con nuôi</w:t>
            </w:r>
          </w:p>
        </w:tc>
        <w:tc>
          <w:tcPr>
            <w:tcW w:w="1728" w:type="dxa"/>
          </w:tcPr>
          <w:p w14:paraId="566651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BF813FD" wp14:editId="3723A8A7">
                  <wp:extent cx="640080" cy="64008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69"/>
                          <a:stretch>
                            <a:fillRect/>
                          </a:stretch>
                        </pic:blipFill>
                        <pic:spPr>
                          <a:xfrm>
                            <a:off x="0" y="0"/>
                            <a:ext cx="640080" cy="640080"/>
                          </a:xfrm>
                          <a:prstGeom prst="rect">
                            <a:avLst/>
                          </a:prstGeom>
                        </pic:spPr>
                      </pic:pic>
                    </a:graphicData>
                  </a:graphic>
                </wp:inline>
              </w:drawing>
            </w:r>
          </w:p>
        </w:tc>
      </w:tr>
      <w:tr w:rsidR="005C547F" w:rsidRPr="0092658F" w14:paraId="0BC8235D" w14:textId="77777777" w:rsidTr="00423CDA">
        <w:trPr>
          <w:jc w:val="center"/>
        </w:trPr>
        <w:tc>
          <w:tcPr>
            <w:tcW w:w="1131" w:type="dxa"/>
          </w:tcPr>
          <w:p w14:paraId="7280D6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265</w:t>
            </w:r>
          </w:p>
        </w:tc>
        <w:tc>
          <w:tcPr>
            <w:tcW w:w="1559" w:type="dxa"/>
          </w:tcPr>
          <w:p w14:paraId="53BB466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1.001686</w:t>
            </w:r>
          </w:p>
        </w:tc>
        <w:tc>
          <w:tcPr>
            <w:tcW w:w="2446" w:type="dxa"/>
          </w:tcPr>
          <w:p w14:paraId="528A03A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chứng nhận đủ điều kiện buôn bán thuốc thú y</w:t>
            </w:r>
          </w:p>
        </w:tc>
        <w:tc>
          <w:tcPr>
            <w:tcW w:w="1599" w:type="dxa"/>
          </w:tcPr>
          <w:p w14:paraId="13BA72F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Thú y</w:t>
            </w:r>
          </w:p>
        </w:tc>
        <w:tc>
          <w:tcPr>
            <w:tcW w:w="1728" w:type="dxa"/>
          </w:tcPr>
          <w:p w14:paraId="72D90CA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E09DD0A" wp14:editId="0B71C8B0">
                  <wp:extent cx="640080" cy="64008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0"/>
                          <a:stretch>
                            <a:fillRect/>
                          </a:stretch>
                        </pic:blipFill>
                        <pic:spPr>
                          <a:xfrm>
                            <a:off x="0" y="0"/>
                            <a:ext cx="640080" cy="640080"/>
                          </a:xfrm>
                          <a:prstGeom prst="rect">
                            <a:avLst/>
                          </a:prstGeom>
                        </pic:spPr>
                      </pic:pic>
                    </a:graphicData>
                  </a:graphic>
                </wp:inline>
              </w:drawing>
            </w:r>
          </w:p>
        </w:tc>
      </w:tr>
      <w:tr w:rsidR="005C547F" w:rsidRPr="0092658F" w14:paraId="07B82CD4" w14:textId="77777777" w:rsidTr="00423CDA">
        <w:trPr>
          <w:jc w:val="center"/>
        </w:trPr>
        <w:tc>
          <w:tcPr>
            <w:tcW w:w="1131" w:type="dxa"/>
          </w:tcPr>
          <w:p w14:paraId="18016A7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266</w:t>
            </w:r>
          </w:p>
        </w:tc>
        <w:tc>
          <w:tcPr>
            <w:tcW w:w="1559" w:type="dxa"/>
          </w:tcPr>
          <w:p w14:paraId="095D72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1.004839</w:t>
            </w:r>
          </w:p>
        </w:tc>
        <w:tc>
          <w:tcPr>
            <w:tcW w:w="2446" w:type="dxa"/>
          </w:tcPr>
          <w:p w14:paraId="60EE3A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chứng nhận đủ điều kiện buôn bán thuốc thú y</w:t>
            </w:r>
          </w:p>
        </w:tc>
        <w:tc>
          <w:tcPr>
            <w:tcW w:w="1599" w:type="dxa"/>
          </w:tcPr>
          <w:p w14:paraId="2E5502B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Thú y</w:t>
            </w:r>
          </w:p>
        </w:tc>
        <w:tc>
          <w:tcPr>
            <w:tcW w:w="1728" w:type="dxa"/>
          </w:tcPr>
          <w:p w14:paraId="0E55AC1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72CCBC0" wp14:editId="7C9146FC">
                  <wp:extent cx="640080" cy="64008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1"/>
                          <a:stretch>
                            <a:fillRect/>
                          </a:stretch>
                        </pic:blipFill>
                        <pic:spPr>
                          <a:xfrm>
                            <a:off x="0" y="0"/>
                            <a:ext cx="640080" cy="640080"/>
                          </a:xfrm>
                          <a:prstGeom prst="rect">
                            <a:avLst/>
                          </a:prstGeom>
                        </pic:spPr>
                      </pic:pic>
                    </a:graphicData>
                  </a:graphic>
                </wp:inline>
              </w:drawing>
            </w:r>
          </w:p>
        </w:tc>
      </w:tr>
      <w:tr w:rsidR="005C547F" w:rsidRPr="0092658F" w14:paraId="398AAE9B" w14:textId="77777777" w:rsidTr="00423CDA">
        <w:trPr>
          <w:jc w:val="center"/>
        </w:trPr>
        <w:tc>
          <w:tcPr>
            <w:tcW w:w="1131" w:type="dxa"/>
          </w:tcPr>
          <w:p w14:paraId="3F9C6A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267</w:t>
            </w:r>
          </w:p>
        </w:tc>
        <w:tc>
          <w:tcPr>
            <w:tcW w:w="1559" w:type="dxa"/>
          </w:tcPr>
          <w:p w14:paraId="6EA129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1.014779</w:t>
            </w:r>
          </w:p>
        </w:tc>
        <w:tc>
          <w:tcPr>
            <w:tcW w:w="2446" w:type="dxa"/>
          </w:tcPr>
          <w:p w14:paraId="37B9F4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 hạn Giấy chứng nhận đủ điều kiện buôn bán thuốc thú y</w:t>
            </w:r>
          </w:p>
        </w:tc>
        <w:tc>
          <w:tcPr>
            <w:tcW w:w="1599" w:type="dxa"/>
          </w:tcPr>
          <w:p w14:paraId="73F4B62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Thú y</w:t>
            </w:r>
          </w:p>
        </w:tc>
        <w:tc>
          <w:tcPr>
            <w:tcW w:w="1728" w:type="dxa"/>
          </w:tcPr>
          <w:p w14:paraId="0DFCE28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C5D2143" wp14:editId="4BD200F3">
                  <wp:extent cx="640080" cy="64008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2"/>
                          <a:stretch>
                            <a:fillRect/>
                          </a:stretch>
                        </pic:blipFill>
                        <pic:spPr>
                          <a:xfrm>
                            <a:off x="0" y="0"/>
                            <a:ext cx="640080" cy="640080"/>
                          </a:xfrm>
                          <a:prstGeom prst="rect">
                            <a:avLst/>
                          </a:prstGeom>
                        </pic:spPr>
                      </pic:pic>
                    </a:graphicData>
                  </a:graphic>
                </wp:inline>
              </w:drawing>
            </w:r>
          </w:p>
        </w:tc>
      </w:tr>
      <w:tr w:rsidR="005C547F" w:rsidRPr="0092658F" w14:paraId="392733E3" w14:textId="77777777" w:rsidTr="00423CDA">
        <w:trPr>
          <w:jc w:val="center"/>
        </w:trPr>
        <w:tc>
          <w:tcPr>
            <w:tcW w:w="1131" w:type="dxa"/>
          </w:tcPr>
          <w:p w14:paraId="1859432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268</w:t>
            </w:r>
          </w:p>
        </w:tc>
        <w:tc>
          <w:tcPr>
            <w:tcW w:w="1559" w:type="dxa"/>
          </w:tcPr>
          <w:p w14:paraId="3373118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1.009794</w:t>
            </w:r>
          </w:p>
        </w:tc>
        <w:tc>
          <w:tcPr>
            <w:tcW w:w="2446" w:type="dxa"/>
          </w:tcPr>
          <w:p w14:paraId="60735A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Kiểm tra công tác nghiệm thu hoàn thành công trình của cơ quan chuyên môn về xây dựng tại địa phương</w:t>
            </w:r>
          </w:p>
        </w:tc>
        <w:tc>
          <w:tcPr>
            <w:tcW w:w="1599" w:type="dxa"/>
          </w:tcPr>
          <w:p w14:paraId="44723B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chất lượng công trình xây dựng</w:t>
            </w:r>
          </w:p>
        </w:tc>
        <w:tc>
          <w:tcPr>
            <w:tcW w:w="1728" w:type="dxa"/>
          </w:tcPr>
          <w:p w14:paraId="6D60E46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27B3C9F" wp14:editId="5CD19180">
                  <wp:extent cx="640080" cy="64008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3"/>
                          <a:stretch>
                            <a:fillRect/>
                          </a:stretch>
                        </pic:blipFill>
                        <pic:spPr>
                          <a:xfrm>
                            <a:off x="0" y="0"/>
                            <a:ext cx="640080" cy="640080"/>
                          </a:xfrm>
                          <a:prstGeom prst="rect">
                            <a:avLst/>
                          </a:prstGeom>
                        </pic:spPr>
                      </pic:pic>
                    </a:graphicData>
                  </a:graphic>
                </wp:inline>
              </w:drawing>
            </w:r>
          </w:p>
        </w:tc>
      </w:tr>
      <w:tr w:rsidR="005C547F" w:rsidRPr="0092658F" w14:paraId="4E95753E" w14:textId="77777777" w:rsidTr="00423CDA">
        <w:trPr>
          <w:jc w:val="center"/>
        </w:trPr>
        <w:tc>
          <w:tcPr>
            <w:tcW w:w="1131" w:type="dxa"/>
          </w:tcPr>
          <w:p w14:paraId="2FFE57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269</w:t>
            </w:r>
          </w:p>
        </w:tc>
        <w:tc>
          <w:tcPr>
            <w:tcW w:w="1559" w:type="dxa"/>
          </w:tcPr>
          <w:p w14:paraId="4B760A8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3.000442</w:t>
            </w:r>
          </w:p>
        </w:tc>
        <w:tc>
          <w:tcPr>
            <w:tcW w:w="2446" w:type="dxa"/>
          </w:tcPr>
          <w:p w14:paraId="0A7F65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Sửa đổi, bổ sung Quyết định giao khu vực biển cho cá nhân Việt Nam để nuôi trồng thủy sản</w:t>
            </w:r>
          </w:p>
        </w:tc>
        <w:tc>
          <w:tcPr>
            <w:tcW w:w="1599" w:type="dxa"/>
          </w:tcPr>
          <w:p w14:paraId="5453213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Biển và hải đảo</w:t>
            </w:r>
          </w:p>
        </w:tc>
        <w:tc>
          <w:tcPr>
            <w:tcW w:w="1728" w:type="dxa"/>
          </w:tcPr>
          <w:p w14:paraId="142E48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EC7D15C" wp14:editId="02B7ABEA">
                  <wp:extent cx="640080" cy="64008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4"/>
                          <a:stretch>
                            <a:fillRect/>
                          </a:stretch>
                        </pic:blipFill>
                        <pic:spPr>
                          <a:xfrm>
                            <a:off x="0" y="0"/>
                            <a:ext cx="640080" cy="640080"/>
                          </a:xfrm>
                          <a:prstGeom prst="rect">
                            <a:avLst/>
                          </a:prstGeom>
                        </pic:spPr>
                      </pic:pic>
                    </a:graphicData>
                  </a:graphic>
                </wp:inline>
              </w:drawing>
            </w:r>
          </w:p>
        </w:tc>
      </w:tr>
      <w:tr w:rsidR="005C547F" w:rsidRPr="0092658F" w14:paraId="692611E1" w14:textId="77777777" w:rsidTr="00423CDA">
        <w:trPr>
          <w:jc w:val="center"/>
        </w:trPr>
        <w:tc>
          <w:tcPr>
            <w:tcW w:w="1131" w:type="dxa"/>
          </w:tcPr>
          <w:p w14:paraId="56BFB0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270</w:t>
            </w:r>
          </w:p>
        </w:tc>
        <w:tc>
          <w:tcPr>
            <w:tcW w:w="1559" w:type="dxa"/>
          </w:tcPr>
          <w:p w14:paraId="12EC9E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1.009481</w:t>
            </w:r>
          </w:p>
        </w:tc>
        <w:tc>
          <w:tcPr>
            <w:tcW w:w="2446" w:type="dxa"/>
          </w:tcPr>
          <w:p w14:paraId="1A94EB4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khu vực biển (cấp tỉnh)</w:t>
            </w:r>
          </w:p>
        </w:tc>
        <w:tc>
          <w:tcPr>
            <w:tcW w:w="1599" w:type="dxa"/>
          </w:tcPr>
          <w:p w14:paraId="5E12BD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Biển và hải đảo</w:t>
            </w:r>
          </w:p>
        </w:tc>
        <w:tc>
          <w:tcPr>
            <w:tcW w:w="1728" w:type="dxa"/>
          </w:tcPr>
          <w:p w14:paraId="0FF29AB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B4ADC4A" wp14:editId="61F1EA22">
                  <wp:extent cx="640080" cy="64008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5"/>
                          <a:stretch>
                            <a:fillRect/>
                          </a:stretch>
                        </pic:blipFill>
                        <pic:spPr>
                          <a:xfrm>
                            <a:off x="0" y="0"/>
                            <a:ext cx="640080" cy="640080"/>
                          </a:xfrm>
                          <a:prstGeom prst="rect">
                            <a:avLst/>
                          </a:prstGeom>
                        </pic:spPr>
                      </pic:pic>
                    </a:graphicData>
                  </a:graphic>
                </wp:inline>
              </w:drawing>
            </w:r>
          </w:p>
        </w:tc>
      </w:tr>
      <w:tr w:rsidR="005C547F" w:rsidRPr="0092658F" w14:paraId="74561917" w14:textId="77777777" w:rsidTr="00423CDA">
        <w:trPr>
          <w:jc w:val="center"/>
        </w:trPr>
        <w:tc>
          <w:tcPr>
            <w:tcW w:w="1131" w:type="dxa"/>
          </w:tcPr>
          <w:p w14:paraId="7488D5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271</w:t>
            </w:r>
          </w:p>
        </w:tc>
        <w:tc>
          <w:tcPr>
            <w:tcW w:w="1559" w:type="dxa"/>
          </w:tcPr>
          <w:p w14:paraId="407F1D5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1.005401</w:t>
            </w:r>
          </w:p>
        </w:tc>
        <w:tc>
          <w:tcPr>
            <w:tcW w:w="2446" w:type="dxa"/>
          </w:tcPr>
          <w:p w14:paraId="6795AD2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Giao khu vực biển (cấp tỉnh)</w:t>
            </w:r>
          </w:p>
        </w:tc>
        <w:tc>
          <w:tcPr>
            <w:tcW w:w="1599" w:type="dxa"/>
          </w:tcPr>
          <w:p w14:paraId="7421B35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Biển và hải đảo</w:t>
            </w:r>
          </w:p>
        </w:tc>
        <w:tc>
          <w:tcPr>
            <w:tcW w:w="1728" w:type="dxa"/>
          </w:tcPr>
          <w:p w14:paraId="4BEA3DE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8B016BC" wp14:editId="3664F1DB">
                  <wp:extent cx="640080" cy="64008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6"/>
                          <a:stretch>
                            <a:fillRect/>
                          </a:stretch>
                        </pic:blipFill>
                        <pic:spPr>
                          <a:xfrm>
                            <a:off x="0" y="0"/>
                            <a:ext cx="640080" cy="640080"/>
                          </a:xfrm>
                          <a:prstGeom prst="rect">
                            <a:avLst/>
                          </a:prstGeom>
                        </pic:spPr>
                      </pic:pic>
                    </a:graphicData>
                  </a:graphic>
                </wp:inline>
              </w:drawing>
            </w:r>
          </w:p>
        </w:tc>
      </w:tr>
      <w:tr w:rsidR="005C547F" w:rsidRPr="0092658F" w14:paraId="3851A708" w14:textId="77777777" w:rsidTr="00423CDA">
        <w:trPr>
          <w:jc w:val="center"/>
        </w:trPr>
        <w:tc>
          <w:tcPr>
            <w:tcW w:w="1131" w:type="dxa"/>
          </w:tcPr>
          <w:p w14:paraId="260D74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272</w:t>
            </w:r>
          </w:p>
        </w:tc>
        <w:tc>
          <w:tcPr>
            <w:tcW w:w="1559" w:type="dxa"/>
          </w:tcPr>
          <w:p w14:paraId="6D394B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1.010733</w:t>
            </w:r>
          </w:p>
        </w:tc>
        <w:tc>
          <w:tcPr>
            <w:tcW w:w="2446" w:type="dxa"/>
          </w:tcPr>
          <w:p w14:paraId="4A16150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báo cáo đánh giá tác động môi trường (Cấp tỉnh) (1.010733)</w:t>
            </w:r>
          </w:p>
        </w:tc>
        <w:tc>
          <w:tcPr>
            <w:tcW w:w="1599" w:type="dxa"/>
          </w:tcPr>
          <w:p w14:paraId="4C31B5D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Môi trường</w:t>
            </w:r>
          </w:p>
        </w:tc>
        <w:tc>
          <w:tcPr>
            <w:tcW w:w="1728" w:type="dxa"/>
          </w:tcPr>
          <w:p w14:paraId="2A19BC1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9F23F1" wp14:editId="4932B608">
                  <wp:extent cx="640080" cy="64008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7"/>
                          <a:stretch>
                            <a:fillRect/>
                          </a:stretch>
                        </pic:blipFill>
                        <pic:spPr>
                          <a:xfrm>
                            <a:off x="0" y="0"/>
                            <a:ext cx="640080" cy="640080"/>
                          </a:xfrm>
                          <a:prstGeom prst="rect">
                            <a:avLst/>
                          </a:prstGeom>
                        </pic:spPr>
                      </pic:pic>
                    </a:graphicData>
                  </a:graphic>
                </wp:inline>
              </w:drawing>
            </w:r>
          </w:p>
        </w:tc>
      </w:tr>
      <w:tr w:rsidR="005C547F" w:rsidRPr="0092658F" w14:paraId="137A23B7" w14:textId="77777777" w:rsidTr="00423CDA">
        <w:trPr>
          <w:jc w:val="center"/>
        </w:trPr>
        <w:tc>
          <w:tcPr>
            <w:tcW w:w="1131" w:type="dxa"/>
          </w:tcPr>
          <w:p w14:paraId="2F81AE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273</w:t>
            </w:r>
          </w:p>
        </w:tc>
        <w:tc>
          <w:tcPr>
            <w:tcW w:w="1559" w:type="dxa"/>
          </w:tcPr>
          <w:p w14:paraId="1D05DC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1.010727</w:t>
            </w:r>
          </w:p>
        </w:tc>
        <w:tc>
          <w:tcPr>
            <w:tcW w:w="2446" w:type="dxa"/>
          </w:tcPr>
          <w:p w14:paraId="04E84CB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Cấp giấy phép môi trường (cấp Tỉnh) ( 1.010727 )</w:t>
            </w:r>
          </w:p>
        </w:tc>
        <w:tc>
          <w:tcPr>
            <w:tcW w:w="1599" w:type="dxa"/>
          </w:tcPr>
          <w:p w14:paraId="5ED4409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Môi trường</w:t>
            </w:r>
          </w:p>
        </w:tc>
        <w:tc>
          <w:tcPr>
            <w:tcW w:w="1728" w:type="dxa"/>
          </w:tcPr>
          <w:p w14:paraId="0FBE52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97E36CF" wp14:editId="3A097E3D">
                  <wp:extent cx="640080" cy="64008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8"/>
                          <a:stretch>
                            <a:fillRect/>
                          </a:stretch>
                        </pic:blipFill>
                        <pic:spPr>
                          <a:xfrm>
                            <a:off x="0" y="0"/>
                            <a:ext cx="640080" cy="640080"/>
                          </a:xfrm>
                          <a:prstGeom prst="rect">
                            <a:avLst/>
                          </a:prstGeom>
                        </pic:spPr>
                      </pic:pic>
                    </a:graphicData>
                  </a:graphic>
                </wp:inline>
              </w:drawing>
            </w:r>
          </w:p>
        </w:tc>
      </w:tr>
      <w:tr w:rsidR="005C547F" w:rsidRPr="0092658F" w14:paraId="2EFDC3C7" w14:textId="77777777" w:rsidTr="00423CDA">
        <w:trPr>
          <w:jc w:val="center"/>
        </w:trPr>
        <w:tc>
          <w:tcPr>
            <w:tcW w:w="1131" w:type="dxa"/>
          </w:tcPr>
          <w:p w14:paraId="4FB8D6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274</w:t>
            </w:r>
          </w:p>
        </w:tc>
        <w:tc>
          <w:tcPr>
            <w:tcW w:w="1559" w:type="dxa"/>
          </w:tcPr>
          <w:p w14:paraId="010167D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1.010729</w:t>
            </w:r>
          </w:p>
        </w:tc>
        <w:tc>
          <w:tcPr>
            <w:tcW w:w="2446" w:type="dxa"/>
          </w:tcPr>
          <w:p w14:paraId="2DF97B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Cấp điều chỉnh giấy phép môi trường (cấp Tỉnh) (1.010729)</w:t>
            </w:r>
          </w:p>
        </w:tc>
        <w:tc>
          <w:tcPr>
            <w:tcW w:w="1599" w:type="dxa"/>
          </w:tcPr>
          <w:p w14:paraId="56F904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Môi trường</w:t>
            </w:r>
          </w:p>
        </w:tc>
        <w:tc>
          <w:tcPr>
            <w:tcW w:w="1728" w:type="dxa"/>
          </w:tcPr>
          <w:p w14:paraId="2A30D8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93CB83D" wp14:editId="4974B9FA">
                  <wp:extent cx="640080" cy="64008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79"/>
                          <a:stretch>
                            <a:fillRect/>
                          </a:stretch>
                        </pic:blipFill>
                        <pic:spPr>
                          <a:xfrm>
                            <a:off x="0" y="0"/>
                            <a:ext cx="640080" cy="640080"/>
                          </a:xfrm>
                          <a:prstGeom prst="rect">
                            <a:avLst/>
                          </a:prstGeom>
                        </pic:spPr>
                      </pic:pic>
                    </a:graphicData>
                  </a:graphic>
                </wp:inline>
              </w:drawing>
            </w:r>
          </w:p>
        </w:tc>
      </w:tr>
      <w:tr w:rsidR="005C547F" w:rsidRPr="0092658F" w14:paraId="04A2779A" w14:textId="77777777" w:rsidTr="00423CDA">
        <w:trPr>
          <w:jc w:val="center"/>
        </w:trPr>
        <w:tc>
          <w:tcPr>
            <w:tcW w:w="1131" w:type="dxa"/>
          </w:tcPr>
          <w:p w14:paraId="584C63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275</w:t>
            </w:r>
          </w:p>
        </w:tc>
        <w:tc>
          <w:tcPr>
            <w:tcW w:w="1559" w:type="dxa"/>
          </w:tcPr>
          <w:p w14:paraId="0581386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1.014832</w:t>
            </w:r>
          </w:p>
        </w:tc>
        <w:tc>
          <w:tcPr>
            <w:tcW w:w="2446" w:type="dxa"/>
          </w:tcPr>
          <w:p w14:paraId="495C93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Giao rừng, cho thuê rừng khi đã được giao đất, cho thuê đất có rừng hoặc đã được công nhận quyền sử dụng đất có rừng thuộc thẩm quyền của Chủ tịch Ủy ban nhân dân cấp xã</w:t>
            </w:r>
          </w:p>
        </w:tc>
        <w:tc>
          <w:tcPr>
            <w:tcW w:w="1599" w:type="dxa"/>
          </w:tcPr>
          <w:p w14:paraId="7F8E44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Lâm nghiệp và Kiểm lâm</w:t>
            </w:r>
          </w:p>
        </w:tc>
        <w:tc>
          <w:tcPr>
            <w:tcW w:w="1728" w:type="dxa"/>
          </w:tcPr>
          <w:p w14:paraId="0FE5F98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E0F800B" wp14:editId="53AFDFC4">
                  <wp:extent cx="640080" cy="64008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0"/>
                          <a:stretch>
                            <a:fillRect/>
                          </a:stretch>
                        </pic:blipFill>
                        <pic:spPr>
                          <a:xfrm>
                            <a:off x="0" y="0"/>
                            <a:ext cx="640080" cy="640080"/>
                          </a:xfrm>
                          <a:prstGeom prst="rect">
                            <a:avLst/>
                          </a:prstGeom>
                        </pic:spPr>
                      </pic:pic>
                    </a:graphicData>
                  </a:graphic>
                </wp:inline>
              </w:drawing>
            </w:r>
          </w:p>
        </w:tc>
      </w:tr>
      <w:tr w:rsidR="005C547F" w:rsidRPr="0092658F" w14:paraId="1A5D0518" w14:textId="77777777" w:rsidTr="00423CDA">
        <w:trPr>
          <w:jc w:val="center"/>
        </w:trPr>
        <w:tc>
          <w:tcPr>
            <w:tcW w:w="1131" w:type="dxa"/>
          </w:tcPr>
          <w:p w14:paraId="67D3145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276</w:t>
            </w:r>
          </w:p>
        </w:tc>
        <w:tc>
          <w:tcPr>
            <w:tcW w:w="1559" w:type="dxa"/>
          </w:tcPr>
          <w:p w14:paraId="27BFBC0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1.013225</w:t>
            </w:r>
          </w:p>
        </w:tc>
        <w:tc>
          <w:tcPr>
            <w:tcW w:w="2446" w:type="dxa"/>
          </w:tcPr>
          <w:p w14:paraId="019C0B8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xây dựng mới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1599" w:type="dxa"/>
          </w:tcPr>
          <w:p w14:paraId="5A73882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Hoạt động xây dựng</w:t>
            </w:r>
          </w:p>
        </w:tc>
        <w:tc>
          <w:tcPr>
            <w:tcW w:w="1728" w:type="dxa"/>
          </w:tcPr>
          <w:p w14:paraId="1D3BCE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D283DC5" wp14:editId="2BD660B2">
                  <wp:extent cx="640080" cy="64008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1"/>
                          <a:stretch>
                            <a:fillRect/>
                          </a:stretch>
                        </pic:blipFill>
                        <pic:spPr>
                          <a:xfrm>
                            <a:off x="0" y="0"/>
                            <a:ext cx="640080" cy="640080"/>
                          </a:xfrm>
                          <a:prstGeom prst="rect">
                            <a:avLst/>
                          </a:prstGeom>
                        </pic:spPr>
                      </pic:pic>
                    </a:graphicData>
                  </a:graphic>
                </wp:inline>
              </w:drawing>
            </w:r>
          </w:p>
        </w:tc>
      </w:tr>
      <w:tr w:rsidR="005C547F" w:rsidRPr="0092658F" w14:paraId="61A15D4F" w14:textId="77777777" w:rsidTr="00423CDA">
        <w:trPr>
          <w:jc w:val="center"/>
        </w:trPr>
        <w:tc>
          <w:tcPr>
            <w:tcW w:w="1131" w:type="dxa"/>
          </w:tcPr>
          <w:p w14:paraId="7D9935E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277</w:t>
            </w:r>
          </w:p>
        </w:tc>
        <w:tc>
          <w:tcPr>
            <w:tcW w:w="1559" w:type="dxa"/>
          </w:tcPr>
          <w:p w14:paraId="79B66E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1.004478</w:t>
            </w:r>
          </w:p>
        </w:tc>
        <w:tc>
          <w:tcPr>
            <w:tcW w:w="2446" w:type="dxa"/>
          </w:tcPr>
          <w:p w14:paraId="66ACE3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bố mở cảng cá loại III</w:t>
            </w:r>
          </w:p>
        </w:tc>
        <w:tc>
          <w:tcPr>
            <w:tcW w:w="1599" w:type="dxa"/>
          </w:tcPr>
          <w:p w14:paraId="118F40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3FACC2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A4853FF" wp14:editId="23CB347B">
                  <wp:extent cx="640080" cy="64008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2"/>
                          <a:stretch>
                            <a:fillRect/>
                          </a:stretch>
                        </pic:blipFill>
                        <pic:spPr>
                          <a:xfrm>
                            <a:off x="0" y="0"/>
                            <a:ext cx="640080" cy="640080"/>
                          </a:xfrm>
                          <a:prstGeom prst="rect">
                            <a:avLst/>
                          </a:prstGeom>
                        </pic:spPr>
                      </pic:pic>
                    </a:graphicData>
                  </a:graphic>
                </wp:inline>
              </w:drawing>
            </w:r>
          </w:p>
        </w:tc>
      </w:tr>
      <w:tr w:rsidR="005C547F" w:rsidRPr="0092658F" w14:paraId="78B1E589" w14:textId="77777777" w:rsidTr="00423CDA">
        <w:trPr>
          <w:jc w:val="center"/>
        </w:trPr>
        <w:tc>
          <w:tcPr>
            <w:tcW w:w="1131" w:type="dxa"/>
          </w:tcPr>
          <w:p w14:paraId="0685854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278</w:t>
            </w:r>
          </w:p>
        </w:tc>
        <w:tc>
          <w:tcPr>
            <w:tcW w:w="1559" w:type="dxa"/>
          </w:tcPr>
          <w:p w14:paraId="4B57C0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1.003650</w:t>
            </w:r>
          </w:p>
        </w:tc>
        <w:tc>
          <w:tcPr>
            <w:tcW w:w="2446" w:type="dxa"/>
          </w:tcPr>
          <w:p w14:paraId="0080CD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chứng nhận đăng ký tàu cá, tàu phục vụ nuôi trồng thủy sản</w:t>
            </w:r>
          </w:p>
        </w:tc>
        <w:tc>
          <w:tcPr>
            <w:tcW w:w="1599" w:type="dxa"/>
          </w:tcPr>
          <w:p w14:paraId="68479B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1E17234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5A91A2A" wp14:editId="035DA20A">
                  <wp:extent cx="640080" cy="64008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3"/>
                          <a:stretch>
                            <a:fillRect/>
                          </a:stretch>
                        </pic:blipFill>
                        <pic:spPr>
                          <a:xfrm>
                            <a:off x="0" y="0"/>
                            <a:ext cx="640080" cy="640080"/>
                          </a:xfrm>
                          <a:prstGeom prst="rect">
                            <a:avLst/>
                          </a:prstGeom>
                        </pic:spPr>
                      </pic:pic>
                    </a:graphicData>
                  </a:graphic>
                </wp:inline>
              </w:drawing>
            </w:r>
          </w:p>
        </w:tc>
      </w:tr>
      <w:tr w:rsidR="005C547F" w:rsidRPr="0092658F" w14:paraId="090FD01D" w14:textId="77777777" w:rsidTr="00423CDA">
        <w:trPr>
          <w:jc w:val="center"/>
        </w:trPr>
        <w:tc>
          <w:tcPr>
            <w:tcW w:w="1131" w:type="dxa"/>
          </w:tcPr>
          <w:p w14:paraId="5BBFAB2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279</w:t>
            </w:r>
          </w:p>
        </w:tc>
        <w:tc>
          <w:tcPr>
            <w:tcW w:w="1559" w:type="dxa"/>
          </w:tcPr>
          <w:p w14:paraId="631711F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1.003634</w:t>
            </w:r>
          </w:p>
        </w:tc>
        <w:tc>
          <w:tcPr>
            <w:tcW w:w="2446" w:type="dxa"/>
          </w:tcPr>
          <w:p w14:paraId="071A61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chứng nhận đăng ký tàu cá, tàu phục vụ nuôi trồng thủy sản</w:t>
            </w:r>
          </w:p>
        </w:tc>
        <w:tc>
          <w:tcPr>
            <w:tcW w:w="1599" w:type="dxa"/>
          </w:tcPr>
          <w:p w14:paraId="1A1625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5E9805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A1E18DF" wp14:editId="2FAD088A">
                  <wp:extent cx="640080" cy="64008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4"/>
                          <a:stretch>
                            <a:fillRect/>
                          </a:stretch>
                        </pic:blipFill>
                        <pic:spPr>
                          <a:xfrm>
                            <a:off x="0" y="0"/>
                            <a:ext cx="640080" cy="640080"/>
                          </a:xfrm>
                          <a:prstGeom prst="rect">
                            <a:avLst/>
                          </a:prstGeom>
                        </pic:spPr>
                      </pic:pic>
                    </a:graphicData>
                  </a:graphic>
                </wp:inline>
              </w:drawing>
            </w:r>
          </w:p>
        </w:tc>
      </w:tr>
      <w:tr w:rsidR="005C547F" w:rsidRPr="0092658F" w14:paraId="3C7060F8" w14:textId="77777777" w:rsidTr="00423CDA">
        <w:trPr>
          <w:jc w:val="center"/>
        </w:trPr>
        <w:tc>
          <w:tcPr>
            <w:tcW w:w="1131" w:type="dxa"/>
          </w:tcPr>
          <w:p w14:paraId="3EAF8F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280</w:t>
            </w:r>
          </w:p>
        </w:tc>
        <w:tc>
          <w:tcPr>
            <w:tcW w:w="1559" w:type="dxa"/>
          </w:tcPr>
          <w:p w14:paraId="700FA72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1.001776</w:t>
            </w:r>
          </w:p>
        </w:tc>
        <w:tc>
          <w:tcPr>
            <w:tcW w:w="2446" w:type="dxa"/>
          </w:tcPr>
          <w:p w14:paraId="238BB3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Thực hiện, điều chỉnh, thôi hưởng trợ cấp xã hội hàng tháng, hỗ trợ kinh phí chăm sóc, nuôi dưỡng hàng tháng</w:t>
            </w:r>
          </w:p>
        </w:tc>
        <w:tc>
          <w:tcPr>
            <w:tcW w:w="1599" w:type="dxa"/>
          </w:tcPr>
          <w:p w14:paraId="41646C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44A657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C2D74B2" wp14:editId="16E28CFC">
                  <wp:extent cx="640080" cy="64008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5"/>
                          <a:stretch>
                            <a:fillRect/>
                          </a:stretch>
                        </pic:blipFill>
                        <pic:spPr>
                          <a:xfrm>
                            <a:off x="0" y="0"/>
                            <a:ext cx="640080" cy="640080"/>
                          </a:xfrm>
                          <a:prstGeom prst="rect">
                            <a:avLst/>
                          </a:prstGeom>
                        </pic:spPr>
                      </pic:pic>
                    </a:graphicData>
                  </a:graphic>
                </wp:inline>
              </w:drawing>
            </w:r>
          </w:p>
        </w:tc>
      </w:tr>
      <w:tr w:rsidR="005C547F" w:rsidRPr="0092658F" w14:paraId="649808AD" w14:textId="77777777" w:rsidTr="00423CDA">
        <w:trPr>
          <w:jc w:val="center"/>
        </w:trPr>
        <w:tc>
          <w:tcPr>
            <w:tcW w:w="1131" w:type="dxa"/>
          </w:tcPr>
          <w:p w14:paraId="3E44D9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281</w:t>
            </w:r>
          </w:p>
        </w:tc>
        <w:tc>
          <w:tcPr>
            <w:tcW w:w="1559" w:type="dxa"/>
          </w:tcPr>
          <w:p w14:paraId="72650A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2.002165</w:t>
            </w:r>
          </w:p>
        </w:tc>
        <w:tc>
          <w:tcPr>
            <w:tcW w:w="2446" w:type="dxa"/>
          </w:tcPr>
          <w:p w14:paraId="29621F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yêu cầu bồi thường tại cơ quan trực tiếp quản lý người thi hành công vụ gây thiệt hại (cấp xã)</w:t>
            </w:r>
          </w:p>
        </w:tc>
        <w:tc>
          <w:tcPr>
            <w:tcW w:w="1599" w:type="dxa"/>
          </w:tcPr>
          <w:p w14:paraId="34571C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Bồi thường nhà nước</w:t>
            </w:r>
          </w:p>
        </w:tc>
        <w:tc>
          <w:tcPr>
            <w:tcW w:w="1728" w:type="dxa"/>
          </w:tcPr>
          <w:p w14:paraId="0CDBBA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C475B7E" wp14:editId="288DB03D">
                  <wp:extent cx="640080" cy="64008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6"/>
                          <a:stretch>
                            <a:fillRect/>
                          </a:stretch>
                        </pic:blipFill>
                        <pic:spPr>
                          <a:xfrm>
                            <a:off x="0" y="0"/>
                            <a:ext cx="640080" cy="640080"/>
                          </a:xfrm>
                          <a:prstGeom prst="rect">
                            <a:avLst/>
                          </a:prstGeom>
                        </pic:spPr>
                      </pic:pic>
                    </a:graphicData>
                  </a:graphic>
                </wp:inline>
              </w:drawing>
            </w:r>
          </w:p>
        </w:tc>
      </w:tr>
      <w:tr w:rsidR="005C547F" w:rsidRPr="0092658F" w14:paraId="18B88F98" w14:textId="77777777" w:rsidTr="00423CDA">
        <w:trPr>
          <w:jc w:val="center"/>
        </w:trPr>
        <w:tc>
          <w:tcPr>
            <w:tcW w:w="1131" w:type="dxa"/>
          </w:tcPr>
          <w:p w14:paraId="3791C62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282</w:t>
            </w:r>
          </w:p>
        </w:tc>
        <w:tc>
          <w:tcPr>
            <w:tcW w:w="1559" w:type="dxa"/>
          </w:tcPr>
          <w:p w14:paraId="6E6B1F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1.001022</w:t>
            </w:r>
          </w:p>
        </w:tc>
        <w:tc>
          <w:tcPr>
            <w:tcW w:w="2446" w:type="dxa"/>
          </w:tcPr>
          <w:p w14:paraId="1E961C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đăng ký nhận cha, mẹ, con</w:t>
            </w:r>
          </w:p>
        </w:tc>
        <w:tc>
          <w:tcPr>
            <w:tcW w:w="1599" w:type="dxa"/>
          </w:tcPr>
          <w:p w14:paraId="7FDD34A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Hộ tịch</w:t>
            </w:r>
          </w:p>
        </w:tc>
        <w:tc>
          <w:tcPr>
            <w:tcW w:w="1728" w:type="dxa"/>
          </w:tcPr>
          <w:p w14:paraId="6439CE9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EAEE83A" wp14:editId="770FF1A0">
                  <wp:extent cx="640080" cy="64008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7"/>
                          <a:stretch>
                            <a:fillRect/>
                          </a:stretch>
                        </pic:blipFill>
                        <pic:spPr>
                          <a:xfrm>
                            <a:off x="0" y="0"/>
                            <a:ext cx="640080" cy="640080"/>
                          </a:xfrm>
                          <a:prstGeom prst="rect">
                            <a:avLst/>
                          </a:prstGeom>
                        </pic:spPr>
                      </pic:pic>
                    </a:graphicData>
                  </a:graphic>
                </wp:inline>
              </w:drawing>
            </w:r>
          </w:p>
        </w:tc>
      </w:tr>
      <w:tr w:rsidR="005C547F" w:rsidRPr="0092658F" w14:paraId="080B6B34" w14:textId="77777777" w:rsidTr="00423CDA">
        <w:trPr>
          <w:jc w:val="center"/>
        </w:trPr>
        <w:tc>
          <w:tcPr>
            <w:tcW w:w="1131" w:type="dxa"/>
          </w:tcPr>
          <w:p w14:paraId="7B6967E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283</w:t>
            </w:r>
          </w:p>
        </w:tc>
        <w:tc>
          <w:tcPr>
            <w:tcW w:w="1559" w:type="dxa"/>
          </w:tcPr>
          <w:p w14:paraId="15C4C14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1.013040</w:t>
            </w:r>
          </w:p>
        </w:tc>
        <w:tc>
          <w:tcPr>
            <w:tcW w:w="2446" w:type="dxa"/>
          </w:tcPr>
          <w:p w14:paraId="38383E2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khai, nộp phí bảo vệ môi trường đối với khí thải</w:t>
            </w:r>
          </w:p>
        </w:tc>
        <w:tc>
          <w:tcPr>
            <w:tcW w:w="1599" w:type="dxa"/>
          </w:tcPr>
          <w:p w14:paraId="60B4305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thuế, phí, lệ phí và thu khác của ngân sách nhà nước</w:t>
            </w:r>
          </w:p>
        </w:tc>
        <w:tc>
          <w:tcPr>
            <w:tcW w:w="1728" w:type="dxa"/>
          </w:tcPr>
          <w:p w14:paraId="7BAF1D7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9B5914B" wp14:editId="0593C1FE">
                  <wp:extent cx="640080" cy="64008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8"/>
                          <a:stretch>
                            <a:fillRect/>
                          </a:stretch>
                        </pic:blipFill>
                        <pic:spPr>
                          <a:xfrm>
                            <a:off x="0" y="0"/>
                            <a:ext cx="640080" cy="640080"/>
                          </a:xfrm>
                          <a:prstGeom prst="rect">
                            <a:avLst/>
                          </a:prstGeom>
                        </pic:spPr>
                      </pic:pic>
                    </a:graphicData>
                  </a:graphic>
                </wp:inline>
              </w:drawing>
            </w:r>
          </w:p>
        </w:tc>
      </w:tr>
      <w:tr w:rsidR="005C547F" w:rsidRPr="0092658F" w14:paraId="09C860F1" w14:textId="77777777" w:rsidTr="00423CDA">
        <w:trPr>
          <w:jc w:val="center"/>
        </w:trPr>
        <w:tc>
          <w:tcPr>
            <w:tcW w:w="1131" w:type="dxa"/>
          </w:tcPr>
          <w:p w14:paraId="391C6A4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284</w:t>
            </w:r>
          </w:p>
        </w:tc>
        <w:tc>
          <w:tcPr>
            <w:tcW w:w="1559" w:type="dxa"/>
          </w:tcPr>
          <w:p w14:paraId="12251A9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1.003956</w:t>
            </w:r>
          </w:p>
        </w:tc>
        <w:tc>
          <w:tcPr>
            <w:tcW w:w="2446" w:type="dxa"/>
          </w:tcPr>
          <w:p w14:paraId="347966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và giao quyền quản lý cho tổ chức cộng đồng (thuộc địa bàn quản lý)</w:t>
            </w:r>
          </w:p>
        </w:tc>
        <w:tc>
          <w:tcPr>
            <w:tcW w:w="1599" w:type="dxa"/>
          </w:tcPr>
          <w:p w14:paraId="306C61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Thủy sản</w:t>
            </w:r>
          </w:p>
        </w:tc>
        <w:tc>
          <w:tcPr>
            <w:tcW w:w="1728" w:type="dxa"/>
          </w:tcPr>
          <w:p w14:paraId="48DE0D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085D54A" wp14:editId="79542B35">
                  <wp:extent cx="640080" cy="64008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89"/>
                          <a:stretch>
                            <a:fillRect/>
                          </a:stretch>
                        </pic:blipFill>
                        <pic:spPr>
                          <a:xfrm>
                            <a:off x="0" y="0"/>
                            <a:ext cx="640080" cy="640080"/>
                          </a:xfrm>
                          <a:prstGeom prst="rect">
                            <a:avLst/>
                          </a:prstGeom>
                        </pic:spPr>
                      </pic:pic>
                    </a:graphicData>
                  </a:graphic>
                </wp:inline>
              </w:drawing>
            </w:r>
          </w:p>
        </w:tc>
      </w:tr>
      <w:tr w:rsidR="005C547F" w:rsidRPr="0092658F" w14:paraId="482F5858" w14:textId="77777777" w:rsidTr="00423CDA">
        <w:trPr>
          <w:jc w:val="center"/>
        </w:trPr>
        <w:tc>
          <w:tcPr>
            <w:tcW w:w="1131" w:type="dxa"/>
          </w:tcPr>
          <w:p w14:paraId="673BA0F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285</w:t>
            </w:r>
          </w:p>
        </w:tc>
        <w:tc>
          <w:tcPr>
            <w:tcW w:w="1559" w:type="dxa"/>
          </w:tcPr>
          <w:p w14:paraId="759C06E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2.000424</w:t>
            </w:r>
          </w:p>
        </w:tc>
        <w:tc>
          <w:tcPr>
            <w:tcW w:w="2446" w:type="dxa"/>
          </w:tcPr>
          <w:p w14:paraId="7DC131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thực hiện hỗ trợ khi hòa giải viên gặp tai nạn hoặc rủi ro ảnh hưởng đến sức khỏe, tính mạng trong khi thực hiện hoạt động hòa giải</w:t>
            </w:r>
          </w:p>
        </w:tc>
        <w:tc>
          <w:tcPr>
            <w:tcW w:w="1599" w:type="dxa"/>
          </w:tcPr>
          <w:p w14:paraId="779F1D6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Hòa giải ở cơ sở</w:t>
            </w:r>
          </w:p>
        </w:tc>
        <w:tc>
          <w:tcPr>
            <w:tcW w:w="1728" w:type="dxa"/>
          </w:tcPr>
          <w:p w14:paraId="2E387D6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D0A7A5B" wp14:editId="0604B055">
                  <wp:extent cx="640080" cy="64008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0"/>
                          <a:stretch>
                            <a:fillRect/>
                          </a:stretch>
                        </pic:blipFill>
                        <pic:spPr>
                          <a:xfrm>
                            <a:off x="0" y="0"/>
                            <a:ext cx="640080" cy="640080"/>
                          </a:xfrm>
                          <a:prstGeom prst="rect">
                            <a:avLst/>
                          </a:prstGeom>
                        </pic:spPr>
                      </pic:pic>
                    </a:graphicData>
                  </a:graphic>
                </wp:inline>
              </w:drawing>
            </w:r>
          </w:p>
        </w:tc>
      </w:tr>
      <w:tr w:rsidR="005C547F" w:rsidRPr="0092658F" w14:paraId="3C565758" w14:textId="77777777" w:rsidTr="00423CDA">
        <w:trPr>
          <w:jc w:val="center"/>
        </w:trPr>
        <w:tc>
          <w:tcPr>
            <w:tcW w:w="1131" w:type="dxa"/>
          </w:tcPr>
          <w:p w14:paraId="5B5CFA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286</w:t>
            </w:r>
          </w:p>
        </w:tc>
        <w:tc>
          <w:tcPr>
            <w:tcW w:w="1559" w:type="dxa"/>
          </w:tcPr>
          <w:p w14:paraId="190FDF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1.014632</w:t>
            </w:r>
          </w:p>
        </w:tc>
        <w:tc>
          <w:tcPr>
            <w:tcW w:w="2446" w:type="dxa"/>
          </w:tcPr>
          <w:p w14:paraId="110D53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Đăng ký mua, thuê mua, thuê nhà ở xã hội, vay vốn để hộ gia đình, cá nhân tự xây dựng hoặc </w:t>
            </w:r>
            <w:r w:rsidRPr="0092658F">
              <w:rPr>
                <w:rFonts w:ascii="Times New Roman" w:hAnsi="Times New Roman" w:cs="Times New Roman"/>
              </w:rPr>
              <w:lastRenderedPageBreak/>
              <w:t>cải tạo, sửa chữa nhà ở</w:t>
            </w:r>
          </w:p>
        </w:tc>
        <w:tc>
          <w:tcPr>
            <w:tcW w:w="1599" w:type="dxa"/>
          </w:tcPr>
          <w:p w14:paraId="474BD9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Nhà ở và công sở</w:t>
            </w:r>
          </w:p>
        </w:tc>
        <w:tc>
          <w:tcPr>
            <w:tcW w:w="1728" w:type="dxa"/>
          </w:tcPr>
          <w:p w14:paraId="43EED46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CED53FD" wp14:editId="37BC0A12">
                  <wp:extent cx="640080" cy="64008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1"/>
                          <a:stretch>
                            <a:fillRect/>
                          </a:stretch>
                        </pic:blipFill>
                        <pic:spPr>
                          <a:xfrm>
                            <a:off x="0" y="0"/>
                            <a:ext cx="640080" cy="640080"/>
                          </a:xfrm>
                          <a:prstGeom prst="rect">
                            <a:avLst/>
                          </a:prstGeom>
                        </pic:spPr>
                      </pic:pic>
                    </a:graphicData>
                  </a:graphic>
                </wp:inline>
              </w:drawing>
            </w:r>
          </w:p>
        </w:tc>
      </w:tr>
      <w:tr w:rsidR="005C547F" w:rsidRPr="0092658F" w14:paraId="4A61B8C4" w14:textId="77777777" w:rsidTr="00423CDA">
        <w:trPr>
          <w:jc w:val="center"/>
        </w:trPr>
        <w:tc>
          <w:tcPr>
            <w:tcW w:w="1131" w:type="dxa"/>
          </w:tcPr>
          <w:p w14:paraId="5761971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287</w:t>
            </w:r>
          </w:p>
        </w:tc>
        <w:tc>
          <w:tcPr>
            <w:tcW w:w="1559" w:type="dxa"/>
          </w:tcPr>
          <w:p w14:paraId="55EE62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1.013792</w:t>
            </w:r>
          </w:p>
        </w:tc>
        <w:tc>
          <w:tcPr>
            <w:tcW w:w="2446" w:type="dxa"/>
          </w:tcPr>
          <w:p w14:paraId="3547146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cấp giấy chứng nhận đủ điều kiện hoạt động điểm cung cấp dịch vụ trò chơi điện tử công cộng</w:t>
            </w:r>
          </w:p>
        </w:tc>
        <w:tc>
          <w:tcPr>
            <w:tcW w:w="1599" w:type="dxa"/>
          </w:tcPr>
          <w:p w14:paraId="02E6D68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Phát thanh, truyền hình và thông tin điện tử</w:t>
            </w:r>
          </w:p>
        </w:tc>
        <w:tc>
          <w:tcPr>
            <w:tcW w:w="1728" w:type="dxa"/>
          </w:tcPr>
          <w:p w14:paraId="6CC130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3DB2370" wp14:editId="48EB63CB">
                  <wp:extent cx="640080" cy="64008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2"/>
                          <a:stretch>
                            <a:fillRect/>
                          </a:stretch>
                        </pic:blipFill>
                        <pic:spPr>
                          <a:xfrm>
                            <a:off x="0" y="0"/>
                            <a:ext cx="640080" cy="640080"/>
                          </a:xfrm>
                          <a:prstGeom prst="rect">
                            <a:avLst/>
                          </a:prstGeom>
                        </pic:spPr>
                      </pic:pic>
                    </a:graphicData>
                  </a:graphic>
                </wp:inline>
              </w:drawing>
            </w:r>
          </w:p>
        </w:tc>
      </w:tr>
      <w:tr w:rsidR="005C547F" w:rsidRPr="0092658F" w14:paraId="47B92D4D" w14:textId="77777777" w:rsidTr="00423CDA">
        <w:trPr>
          <w:jc w:val="center"/>
        </w:trPr>
        <w:tc>
          <w:tcPr>
            <w:tcW w:w="1131" w:type="dxa"/>
          </w:tcPr>
          <w:p w14:paraId="21FA0B3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288</w:t>
            </w:r>
          </w:p>
        </w:tc>
        <w:tc>
          <w:tcPr>
            <w:tcW w:w="1559" w:type="dxa"/>
          </w:tcPr>
          <w:p w14:paraId="108C6EC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2.002638</w:t>
            </w:r>
          </w:p>
        </w:tc>
        <w:tc>
          <w:tcPr>
            <w:tcW w:w="2446" w:type="dxa"/>
          </w:tcPr>
          <w:p w14:paraId="7681CA0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1599" w:type="dxa"/>
          </w:tcPr>
          <w:p w14:paraId="6C30B8F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436070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9603000" wp14:editId="4A1E2DE4">
                  <wp:extent cx="640080" cy="64008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3"/>
                          <a:stretch>
                            <a:fillRect/>
                          </a:stretch>
                        </pic:blipFill>
                        <pic:spPr>
                          <a:xfrm>
                            <a:off x="0" y="0"/>
                            <a:ext cx="640080" cy="640080"/>
                          </a:xfrm>
                          <a:prstGeom prst="rect">
                            <a:avLst/>
                          </a:prstGeom>
                        </pic:spPr>
                      </pic:pic>
                    </a:graphicData>
                  </a:graphic>
                </wp:inline>
              </w:drawing>
            </w:r>
          </w:p>
        </w:tc>
      </w:tr>
      <w:tr w:rsidR="005C547F" w:rsidRPr="0092658F" w14:paraId="582A3E31" w14:textId="77777777" w:rsidTr="00423CDA">
        <w:trPr>
          <w:jc w:val="center"/>
        </w:trPr>
        <w:tc>
          <w:tcPr>
            <w:tcW w:w="1131" w:type="dxa"/>
          </w:tcPr>
          <w:p w14:paraId="260BC9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289</w:t>
            </w:r>
          </w:p>
        </w:tc>
        <w:tc>
          <w:tcPr>
            <w:tcW w:w="1559" w:type="dxa"/>
          </w:tcPr>
          <w:p w14:paraId="2D4E529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2.002123</w:t>
            </w:r>
          </w:p>
        </w:tc>
        <w:tc>
          <w:tcPr>
            <w:tcW w:w="2446" w:type="dxa"/>
          </w:tcPr>
          <w:p w14:paraId="30C3BF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hoạt động chi nhánh, văn phòng đại diện, thông báo địa điểm kinh doanh; Thông báo lập chi nhánh, văn phòng đại diện ở nước ngoài của hợp tác xã, liên hiệp hợp tác xã</w:t>
            </w:r>
          </w:p>
        </w:tc>
        <w:tc>
          <w:tcPr>
            <w:tcW w:w="1599" w:type="dxa"/>
          </w:tcPr>
          <w:p w14:paraId="60853F2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72D45E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2D35F05" wp14:editId="01F0F878">
                  <wp:extent cx="640080" cy="64008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4"/>
                          <a:stretch>
                            <a:fillRect/>
                          </a:stretch>
                        </pic:blipFill>
                        <pic:spPr>
                          <a:xfrm>
                            <a:off x="0" y="0"/>
                            <a:ext cx="640080" cy="640080"/>
                          </a:xfrm>
                          <a:prstGeom prst="rect">
                            <a:avLst/>
                          </a:prstGeom>
                        </pic:spPr>
                      </pic:pic>
                    </a:graphicData>
                  </a:graphic>
                </wp:inline>
              </w:drawing>
            </w:r>
          </w:p>
        </w:tc>
      </w:tr>
      <w:tr w:rsidR="005C547F" w:rsidRPr="0092658F" w14:paraId="0EE026D8" w14:textId="77777777" w:rsidTr="00423CDA">
        <w:trPr>
          <w:jc w:val="center"/>
        </w:trPr>
        <w:tc>
          <w:tcPr>
            <w:tcW w:w="1131" w:type="dxa"/>
          </w:tcPr>
          <w:p w14:paraId="67A0D3A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290</w:t>
            </w:r>
          </w:p>
        </w:tc>
        <w:tc>
          <w:tcPr>
            <w:tcW w:w="1559" w:type="dxa"/>
          </w:tcPr>
          <w:p w14:paraId="1FE4EF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2.002648</w:t>
            </w:r>
          </w:p>
        </w:tc>
        <w:tc>
          <w:tcPr>
            <w:tcW w:w="2446" w:type="dxa"/>
          </w:tcPr>
          <w:p w14:paraId="2CD383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Hiệu đính, cập nhật, bổ sung thông tin đăng ký tổ hợp tác, hợp tác xã, liên hiệp hợp tác xã, chi nhánh, văn phòng đại diện, địa điểm kinh doanh của hợp tác xã, liên hiệp hợp tác xã</w:t>
            </w:r>
          </w:p>
        </w:tc>
        <w:tc>
          <w:tcPr>
            <w:tcW w:w="1599" w:type="dxa"/>
          </w:tcPr>
          <w:p w14:paraId="49721DA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39E7DB9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478C92C" wp14:editId="78CA6296">
                  <wp:extent cx="640080" cy="64008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5"/>
                          <a:stretch>
                            <a:fillRect/>
                          </a:stretch>
                        </pic:blipFill>
                        <pic:spPr>
                          <a:xfrm>
                            <a:off x="0" y="0"/>
                            <a:ext cx="640080" cy="640080"/>
                          </a:xfrm>
                          <a:prstGeom prst="rect">
                            <a:avLst/>
                          </a:prstGeom>
                        </pic:spPr>
                      </pic:pic>
                    </a:graphicData>
                  </a:graphic>
                </wp:inline>
              </w:drawing>
            </w:r>
          </w:p>
        </w:tc>
      </w:tr>
      <w:tr w:rsidR="005C547F" w:rsidRPr="0092658F" w14:paraId="0F96A22E" w14:textId="77777777" w:rsidTr="00423CDA">
        <w:trPr>
          <w:jc w:val="center"/>
        </w:trPr>
        <w:tc>
          <w:tcPr>
            <w:tcW w:w="1131" w:type="dxa"/>
          </w:tcPr>
          <w:p w14:paraId="483EF10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291</w:t>
            </w:r>
          </w:p>
        </w:tc>
        <w:tc>
          <w:tcPr>
            <w:tcW w:w="1559" w:type="dxa"/>
          </w:tcPr>
          <w:p w14:paraId="31B17B1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1.004844</w:t>
            </w:r>
          </w:p>
        </w:tc>
        <w:tc>
          <w:tcPr>
            <w:tcW w:w="2446" w:type="dxa"/>
          </w:tcPr>
          <w:p w14:paraId="00CC5AF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chứng nhận đăng ký phương tiện giao thông đường sắt</w:t>
            </w:r>
          </w:p>
        </w:tc>
        <w:tc>
          <w:tcPr>
            <w:tcW w:w="1599" w:type="dxa"/>
          </w:tcPr>
          <w:p w14:paraId="3ACA19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Đường sắt</w:t>
            </w:r>
          </w:p>
        </w:tc>
        <w:tc>
          <w:tcPr>
            <w:tcW w:w="1728" w:type="dxa"/>
          </w:tcPr>
          <w:p w14:paraId="764351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7350342" wp14:editId="17CAB87F">
                  <wp:extent cx="640080" cy="64008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6"/>
                          <a:stretch>
                            <a:fillRect/>
                          </a:stretch>
                        </pic:blipFill>
                        <pic:spPr>
                          <a:xfrm>
                            <a:off x="0" y="0"/>
                            <a:ext cx="640080" cy="640080"/>
                          </a:xfrm>
                          <a:prstGeom prst="rect">
                            <a:avLst/>
                          </a:prstGeom>
                        </pic:spPr>
                      </pic:pic>
                    </a:graphicData>
                  </a:graphic>
                </wp:inline>
              </w:drawing>
            </w:r>
          </w:p>
        </w:tc>
      </w:tr>
      <w:tr w:rsidR="005C547F" w:rsidRPr="0092658F" w14:paraId="5C978E34" w14:textId="77777777" w:rsidTr="00423CDA">
        <w:trPr>
          <w:jc w:val="center"/>
        </w:trPr>
        <w:tc>
          <w:tcPr>
            <w:tcW w:w="1131" w:type="dxa"/>
          </w:tcPr>
          <w:p w14:paraId="20D876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292</w:t>
            </w:r>
          </w:p>
        </w:tc>
        <w:tc>
          <w:tcPr>
            <w:tcW w:w="1559" w:type="dxa"/>
          </w:tcPr>
          <w:p w14:paraId="2B4265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2.002643</w:t>
            </w:r>
          </w:p>
        </w:tc>
        <w:tc>
          <w:tcPr>
            <w:tcW w:w="2446" w:type="dxa"/>
          </w:tcPr>
          <w:p w14:paraId="2D4ACE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Dừng thực hiện thủ tục đăng ký tổ hợp tác, hợp tác xã, liên hiệp hợp tác xã; Dừng thực hiện thủ tục giải thể hợp tác xã, liên hiệp hợp tác xã</w:t>
            </w:r>
          </w:p>
        </w:tc>
        <w:tc>
          <w:tcPr>
            <w:tcW w:w="1599" w:type="dxa"/>
          </w:tcPr>
          <w:p w14:paraId="29DE81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5829F4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714987B" wp14:editId="4C2A974D">
                  <wp:extent cx="640080" cy="64008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7"/>
                          <a:stretch>
                            <a:fillRect/>
                          </a:stretch>
                        </pic:blipFill>
                        <pic:spPr>
                          <a:xfrm>
                            <a:off x="0" y="0"/>
                            <a:ext cx="640080" cy="640080"/>
                          </a:xfrm>
                          <a:prstGeom prst="rect">
                            <a:avLst/>
                          </a:prstGeom>
                        </pic:spPr>
                      </pic:pic>
                    </a:graphicData>
                  </a:graphic>
                </wp:inline>
              </w:drawing>
            </w:r>
          </w:p>
        </w:tc>
      </w:tr>
      <w:tr w:rsidR="005C547F" w:rsidRPr="0092658F" w14:paraId="1DF1AE0F" w14:textId="77777777" w:rsidTr="00423CDA">
        <w:trPr>
          <w:jc w:val="center"/>
        </w:trPr>
        <w:tc>
          <w:tcPr>
            <w:tcW w:w="1131" w:type="dxa"/>
          </w:tcPr>
          <w:p w14:paraId="3D3737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293</w:t>
            </w:r>
          </w:p>
        </w:tc>
        <w:tc>
          <w:tcPr>
            <w:tcW w:w="1559" w:type="dxa"/>
          </w:tcPr>
          <w:p w14:paraId="0A5C2F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2.002641</w:t>
            </w:r>
          </w:p>
        </w:tc>
        <w:tc>
          <w:tcPr>
            <w:tcW w:w="2446" w:type="dxa"/>
          </w:tcPr>
          <w:p w14:paraId="0D8559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tạm ngừng kinh doanh/ tiếp tục kinh doanh trở lại đối với tổ hợp tác, hợp tác xã, liên hiệp hợp tác xã, chi nhánh, văn phòng đại diện, địa điểm kinh doanh</w:t>
            </w:r>
          </w:p>
        </w:tc>
        <w:tc>
          <w:tcPr>
            <w:tcW w:w="1599" w:type="dxa"/>
          </w:tcPr>
          <w:p w14:paraId="4FBF50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798928D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8FB3F0A" wp14:editId="79AE22D8">
                  <wp:extent cx="640080" cy="64008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8"/>
                          <a:stretch>
                            <a:fillRect/>
                          </a:stretch>
                        </pic:blipFill>
                        <pic:spPr>
                          <a:xfrm>
                            <a:off x="0" y="0"/>
                            <a:ext cx="640080" cy="640080"/>
                          </a:xfrm>
                          <a:prstGeom prst="rect">
                            <a:avLst/>
                          </a:prstGeom>
                        </pic:spPr>
                      </pic:pic>
                    </a:graphicData>
                  </a:graphic>
                </wp:inline>
              </w:drawing>
            </w:r>
          </w:p>
        </w:tc>
      </w:tr>
      <w:tr w:rsidR="005C547F" w:rsidRPr="0092658F" w14:paraId="19D2AA0E" w14:textId="77777777" w:rsidTr="00423CDA">
        <w:trPr>
          <w:jc w:val="center"/>
        </w:trPr>
        <w:tc>
          <w:tcPr>
            <w:tcW w:w="1131" w:type="dxa"/>
          </w:tcPr>
          <w:p w14:paraId="5BAF2E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294</w:t>
            </w:r>
          </w:p>
        </w:tc>
        <w:tc>
          <w:tcPr>
            <w:tcW w:w="1559" w:type="dxa"/>
          </w:tcPr>
          <w:p w14:paraId="6A8554F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2.000282</w:t>
            </w:r>
          </w:p>
        </w:tc>
        <w:tc>
          <w:tcPr>
            <w:tcW w:w="2446" w:type="dxa"/>
          </w:tcPr>
          <w:p w14:paraId="1819C88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Tiếp nhận đối tượng cần bảo vệ khẩn cấp vào cơ sở trợ giúp xã hội</w:t>
            </w:r>
          </w:p>
        </w:tc>
        <w:tc>
          <w:tcPr>
            <w:tcW w:w="1599" w:type="dxa"/>
          </w:tcPr>
          <w:p w14:paraId="302E7E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02A548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87BABDC" wp14:editId="2B7CE646">
                  <wp:extent cx="640080" cy="64008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99"/>
                          <a:stretch>
                            <a:fillRect/>
                          </a:stretch>
                        </pic:blipFill>
                        <pic:spPr>
                          <a:xfrm>
                            <a:off x="0" y="0"/>
                            <a:ext cx="640080" cy="640080"/>
                          </a:xfrm>
                          <a:prstGeom prst="rect">
                            <a:avLst/>
                          </a:prstGeom>
                        </pic:spPr>
                      </pic:pic>
                    </a:graphicData>
                  </a:graphic>
                </wp:inline>
              </w:drawing>
            </w:r>
          </w:p>
        </w:tc>
      </w:tr>
      <w:tr w:rsidR="005C547F" w:rsidRPr="0092658F" w14:paraId="4DCD6476" w14:textId="77777777" w:rsidTr="00423CDA">
        <w:trPr>
          <w:jc w:val="center"/>
        </w:trPr>
        <w:tc>
          <w:tcPr>
            <w:tcW w:w="1131" w:type="dxa"/>
          </w:tcPr>
          <w:p w14:paraId="41D2A1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295</w:t>
            </w:r>
          </w:p>
        </w:tc>
        <w:tc>
          <w:tcPr>
            <w:tcW w:w="1559" w:type="dxa"/>
          </w:tcPr>
          <w:p w14:paraId="4899B19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1.014359</w:t>
            </w:r>
          </w:p>
        </w:tc>
        <w:tc>
          <w:tcPr>
            <w:tcW w:w="2446" w:type="dxa"/>
          </w:tcPr>
          <w:p w14:paraId="4B3FFC0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Giải quyết chế độ mai táng phí đối với dân công hỏa tuyến tham gia </w:t>
            </w:r>
            <w:r w:rsidRPr="0092658F">
              <w:rPr>
                <w:rFonts w:ascii="Times New Roman" w:hAnsi="Times New Roman" w:cs="Times New Roman"/>
              </w:rPr>
              <w:lastRenderedPageBreak/>
              <w:t>kháng chiến chống Pháp, chống Mỹ, chiến tranh bảo vệ Tổ quốc và làm nhiệm vụ quốc tế</w:t>
            </w:r>
          </w:p>
        </w:tc>
        <w:tc>
          <w:tcPr>
            <w:tcW w:w="1599" w:type="dxa"/>
          </w:tcPr>
          <w:p w14:paraId="70B455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Người có công</w:t>
            </w:r>
          </w:p>
        </w:tc>
        <w:tc>
          <w:tcPr>
            <w:tcW w:w="1728" w:type="dxa"/>
          </w:tcPr>
          <w:p w14:paraId="5133DDB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19ACC9D" wp14:editId="5AA8A449">
                  <wp:extent cx="640080" cy="64008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0"/>
                          <a:stretch>
                            <a:fillRect/>
                          </a:stretch>
                        </pic:blipFill>
                        <pic:spPr>
                          <a:xfrm>
                            <a:off x="0" y="0"/>
                            <a:ext cx="640080" cy="640080"/>
                          </a:xfrm>
                          <a:prstGeom prst="rect">
                            <a:avLst/>
                          </a:prstGeom>
                        </pic:spPr>
                      </pic:pic>
                    </a:graphicData>
                  </a:graphic>
                </wp:inline>
              </w:drawing>
            </w:r>
          </w:p>
        </w:tc>
      </w:tr>
      <w:tr w:rsidR="005C547F" w:rsidRPr="0092658F" w14:paraId="14954EE8" w14:textId="77777777" w:rsidTr="00423CDA">
        <w:trPr>
          <w:jc w:val="center"/>
        </w:trPr>
        <w:tc>
          <w:tcPr>
            <w:tcW w:w="1131" w:type="dxa"/>
          </w:tcPr>
          <w:p w14:paraId="5B93D86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296</w:t>
            </w:r>
          </w:p>
        </w:tc>
        <w:tc>
          <w:tcPr>
            <w:tcW w:w="1559" w:type="dxa"/>
          </w:tcPr>
          <w:p w14:paraId="51E304C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2.001008</w:t>
            </w:r>
          </w:p>
        </w:tc>
        <w:tc>
          <w:tcPr>
            <w:tcW w:w="2446" w:type="dxa"/>
          </w:tcPr>
          <w:p w14:paraId="0D3BE4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 chữ ký người dịch mà người dịch không phải là cộng tác viên dịch thuật của Ủy ban nhân dân cấp xã, tổ chức hành nghề công chứng</w:t>
            </w:r>
          </w:p>
        </w:tc>
        <w:tc>
          <w:tcPr>
            <w:tcW w:w="1599" w:type="dxa"/>
          </w:tcPr>
          <w:p w14:paraId="4DAF179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Chứng thực</w:t>
            </w:r>
          </w:p>
        </w:tc>
        <w:tc>
          <w:tcPr>
            <w:tcW w:w="1728" w:type="dxa"/>
          </w:tcPr>
          <w:p w14:paraId="51285D6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2B36B19" wp14:editId="08206B1D">
                  <wp:extent cx="640080" cy="64008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1"/>
                          <a:stretch>
                            <a:fillRect/>
                          </a:stretch>
                        </pic:blipFill>
                        <pic:spPr>
                          <a:xfrm>
                            <a:off x="0" y="0"/>
                            <a:ext cx="640080" cy="640080"/>
                          </a:xfrm>
                          <a:prstGeom prst="rect">
                            <a:avLst/>
                          </a:prstGeom>
                        </pic:spPr>
                      </pic:pic>
                    </a:graphicData>
                  </a:graphic>
                </wp:inline>
              </w:drawing>
            </w:r>
          </w:p>
        </w:tc>
      </w:tr>
      <w:tr w:rsidR="005C547F" w:rsidRPr="0092658F" w14:paraId="5DF488EC" w14:textId="77777777" w:rsidTr="00423CDA">
        <w:trPr>
          <w:jc w:val="center"/>
        </w:trPr>
        <w:tc>
          <w:tcPr>
            <w:tcW w:w="1131" w:type="dxa"/>
          </w:tcPr>
          <w:p w14:paraId="3F00DD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297</w:t>
            </w:r>
          </w:p>
        </w:tc>
        <w:tc>
          <w:tcPr>
            <w:tcW w:w="1559" w:type="dxa"/>
          </w:tcPr>
          <w:p w14:paraId="1F2FA2A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1.002693</w:t>
            </w:r>
          </w:p>
        </w:tc>
        <w:tc>
          <w:tcPr>
            <w:tcW w:w="2446" w:type="dxa"/>
          </w:tcPr>
          <w:p w14:paraId="017F1F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chặt hạ, dịch chuyển cây xanh</w:t>
            </w:r>
          </w:p>
        </w:tc>
        <w:tc>
          <w:tcPr>
            <w:tcW w:w="1599" w:type="dxa"/>
          </w:tcPr>
          <w:p w14:paraId="04F309F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Hạ tầng kỹ thuật</w:t>
            </w:r>
          </w:p>
        </w:tc>
        <w:tc>
          <w:tcPr>
            <w:tcW w:w="1728" w:type="dxa"/>
          </w:tcPr>
          <w:p w14:paraId="7AD1CEB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EB9E085" wp14:editId="1BE735DF">
                  <wp:extent cx="640080" cy="64008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2"/>
                          <a:stretch>
                            <a:fillRect/>
                          </a:stretch>
                        </pic:blipFill>
                        <pic:spPr>
                          <a:xfrm>
                            <a:off x="0" y="0"/>
                            <a:ext cx="640080" cy="640080"/>
                          </a:xfrm>
                          <a:prstGeom prst="rect">
                            <a:avLst/>
                          </a:prstGeom>
                        </pic:spPr>
                      </pic:pic>
                    </a:graphicData>
                  </a:graphic>
                </wp:inline>
              </w:drawing>
            </w:r>
          </w:p>
        </w:tc>
      </w:tr>
      <w:tr w:rsidR="005C547F" w:rsidRPr="0092658F" w14:paraId="59DFC1D5" w14:textId="77777777" w:rsidTr="00423CDA">
        <w:trPr>
          <w:jc w:val="center"/>
        </w:trPr>
        <w:tc>
          <w:tcPr>
            <w:tcW w:w="1131" w:type="dxa"/>
          </w:tcPr>
          <w:p w14:paraId="0935AE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298</w:t>
            </w:r>
          </w:p>
        </w:tc>
        <w:tc>
          <w:tcPr>
            <w:tcW w:w="1559" w:type="dxa"/>
          </w:tcPr>
          <w:p w14:paraId="6B6542F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1.014352</w:t>
            </w:r>
          </w:p>
        </w:tc>
        <w:tc>
          <w:tcPr>
            <w:tcW w:w="2446" w:type="dxa"/>
          </w:tcPr>
          <w:p w14:paraId="26C79D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tuyển chọn chuyên gia</w:t>
            </w:r>
          </w:p>
        </w:tc>
        <w:tc>
          <w:tcPr>
            <w:tcW w:w="1599" w:type="dxa"/>
          </w:tcPr>
          <w:p w14:paraId="52E1F8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Lao động</w:t>
            </w:r>
          </w:p>
        </w:tc>
        <w:tc>
          <w:tcPr>
            <w:tcW w:w="1728" w:type="dxa"/>
          </w:tcPr>
          <w:p w14:paraId="4215D02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00A608A" wp14:editId="79264E45">
                  <wp:extent cx="640080" cy="64008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3"/>
                          <a:stretch>
                            <a:fillRect/>
                          </a:stretch>
                        </pic:blipFill>
                        <pic:spPr>
                          <a:xfrm>
                            <a:off x="0" y="0"/>
                            <a:ext cx="640080" cy="640080"/>
                          </a:xfrm>
                          <a:prstGeom prst="rect">
                            <a:avLst/>
                          </a:prstGeom>
                        </pic:spPr>
                      </pic:pic>
                    </a:graphicData>
                  </a:graphic>
                </wp:inline>
              </w:drawing>
            </w:r>
          </w:p>
        </w:tc>
      </w:tr>
      <w:tr w:rsidR="005C547F" w:rsidRPr="0092658F" w14:paraId="76E6B1F6" w14:textId="77777777" w:rsidTr="00423CDA">
        <w:trPr>
          <w:jc w:val="center"/>
        </w:trPr>
        <w:tc>
          <w:tcPr>
            <w:tcW w:w="1131" w:type="dxa"/>
          </w:tcPr>
          <w:p w14:paraId="781BFBC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299</w:t>
            </w:r>
          </w:p>
        </w:tc>
        <w:tc>
          <w:tcPr>
            <w:tcW w:w="1559" w:type="dxa"/>
          </w:tcPr>
          <w:p w14:paraId="649683E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1.014336</w:t>
            </w:r>
          </w:p>
        </w:tc>
        <w:tc>
          <w:tcPr>
            <w:tcW w:w="2446" w:type="dxa"/>
          </w:tcPr>
          <w:p w14:paraId="7D4F8FA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Đề nghị hỗ trợ chi phí học tập trong cơ sở giáo dục mầm non công lập, cơ sở giáo dục phổ thông công lập, cơ sở giáo dục công lập thực hiện chương trình giáo dục phổ thông</w:t>
            </w:r>
          </w:p>
        </w:tc>
        <w:tc>
          <w:tcPr>
            <w:tcW w:w="1599" w:type="dxa"/>
          </w:tcPr>
          <w:p w14:paraId="70461BB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4CA1D14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D95997D" wp14:editId="7F2E23F4">
                  <wp:extent cx="640080" cy="64008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4"/>
                          <a:stretch>
                            <a:fillRect/>
                          </a:stretch>
                        </pic:blipFill>
                        <pic:spPr>
                          <a:xfrm>
                            <a:off x="0" y="0"/>
                            <a:ext cx="640080" cy="640080"/>
                          </a:xfrm>
                          <a:prstGeom prst="rect">
                            <a:avLst/>
                          </a:prstGeom>
                        </pic:spPr>
                      </pic:pic>
                    </a:graphicData>
                  </a:graphic>
                </wp:inline>
              </w:drawing>
            </w:r>
          </w:p>
        </w:tc>
      </w:tr>
      <w:tr w:rsidR="005C547F" w:rsidRPr="0092658F" w14:paraId="3F9033B8" w14:textId="77777777" w:rsidTr="00423CDA">
        <w:trPr>
          <w:jc w:val="center"/>
        </w:trPr>
        <w:tc>
          <w:tcPr>
            <w:tcW w:w="1131" w:type="dxa"/>
          </w:tcPr>
          <w:p w14:paraId="0B461F6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w:t>
            </w:r>
          </w:p>
        </w:tc>
        <w:tc>
          <w:tcPr>
            <w:tcW w:w="1559" w:type="dxa"/>
          </w:tcPr>
          <w:p w14:paraId="1C2FA82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1.004964</w:t>
            </w:r>
          </w:p>
        </w:tc>
        <w:tc>
          <w:tcPr>
            <w:tcW w:w="2446" w:type="dxa"/>
          </w:tcPr>
          <w:p w14:paraId="6B51E18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Giải quyết chế độ trợ cấp một lần đối với người được cử làm chuyên gia sang giúp Lào, Căm-pu-chi-a</w:t>
            </w:r>
          </w:p>
        </w:tc>
        <w:tc>
          <w:tcPr>
            <w:tcW w:w="1599" w:type="dxa"/>
          </w:tcPr>
          <w:p w14:paraId="3F4646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05F914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82635C9" wp14:editId="5CEA3A75">
                  <wp:extent cx="640080" cy="64008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5"/>
                          <a:stretch>
                            <a:fillRect/>
                          </a:stretch>
                        </pic:blipFill>
                        <pic:spPr>
                          <a:xfrm>
                            <a:off x="0" y="0"/>
                            <a:ext cx="640080" cy="640080"/>
                          </a:xfrm>
                          <a:prstGeom prst="rect">
                            <a:avLst/>
                          </a:prstGeom>
                        </pic:spPr>
                      </pic:pic>
                    </a:graphicData>
                  </a:graphic>
                </wp:inline>
              </w:drawing>
            </w:r>
          </w:p>
        </w:tc>
      </w:tr>
      <w:tr w:rsidR="005C547F" w:rsidRPr="0092658F" w14:paraId="45237B1D" w14:textId="77777777" w:rsidTr="00423CDA">
        <w:trPr>
          <w:jc w:val="center"/>
        </w:trPr>
        <w:tc>
          <w:tcPr>
            <w:tcW w:w="1131" w:type="dxa"/>
          </w:tcPr>
          <w:p w14:paraId="1A1CE93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301</w:t>
            </w:r>
          </w:p>
        </w:tc>
        <w:tc>
          <w:tcPr>
            <w:tcW w:w="1559" w:type="dxa"/>
          </w:tcPr>
          <w:p w14:paraId="622AE4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1.014312</w:t>
            </w:r>
          </w:p>
        </w:tc>
        <w:tc>
          <w:tcPr>
            <w:tcW w:w="2446" w:type="dxa"/>
          </w:tcPr>
          <w:p w14:paraId="22872B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thôi hưởng trợ cấp sinh hoạt hàng tháng, bảo hiểm y tế đối với Nghệ nhân nhân dân, Nghệ nhân ưu tú</w:t>
            </w:r>
          </w:p>
        </w:tc>
        <w:tc>
          <w:tcPr>
            <w:tcW w:w="1599" w:type="dxa"/>
          </w:tcPr>
          <w:p w14:paraId="369FD9A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Di sản văn hóa</w:t>
            </w:r>
          </w:p>
        </w:tc>
        <w:tc>
          <w:tcPr>
            <w:tcW w:w="1728" w:type="dxa"/>
          </w:tcPr>
          <w:p w14:paraId="2D6CE1E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0D17D90" wp14:editId="1FCAB5BC">
                  <wp:extent cx="640080" cy="64008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6"/>
                          <a:stretch>
                            <a:fillRect/>
                          </a:stretch>
                        </pic:blipFill>
                        <pic:spPr>
                          <a:xfrm>
                            <a:off x="0" y="0"/>
                            <a:ext cx="640080" cy="640080"/>
                          </a:xfrm>
                          <a:prstGeom prst="rect">
                            <a:avLst/>
                          </a:prstGeom>
                        </pic:spPr>
                      </pic:pic>
                    </a:graphicData>
                  </a:graphic>
                </wp:inline>
              </w:drawing>
            </w:r>
          </w:p>
        </w:tc>
      </w:tr>
      <w:tr w:rsidR="005C547F" w:rsidRPr="0092658F" w14:paraId="7D07A039" w14:textId="77777777" w:rsidTr="00423CDA">
        <w:trPr>
          <w:jc w:val="center"/>
        </w:trPr>
        <w:tc>
          <w:tcPr>
            <w:tcW w:w="1131" w:type="dxa"/>
          </w:tcPr>
          <w:p w14:paraId="7D36EEB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302</w:t>
            </w:r>
          </w:p>
        </w:tc>
        <w:tc>
          <w:tcPr>
            <w:tcW w:w="1559" w:type="dxa"/>
          </w:tcPr>
          <w:p w14:paraId="3F709A8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1.010812</w:t>
            </w:r>
          </w:p>
        </w:tc>
        <w:tc>
          <w:tcPr>
            <w:tcW w:w="2446" w:type="dxa"/>
          </w:tcPr>
          <w:p w14:paraId="5DE501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Tiếp nhận người có công vào cơ sở nuôi dưỡng, điều dưỡng người có công do tỉnh quản lý</w:t>
            </w:r>
          </w:p>
        </w:tc>
        <w:tc>
          <w:tcPr>
            <w:tcW w:w="1599" w:type="dxa"/>
          </w:tcPr>
          <w:p w14:paraId="3582669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66A5ADC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EAABE85" wp14:editId="375BCA43">
                  <wp:extent cx="640080" cy="64008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7"/>
                          <a:stretch>
                            <a:fillRect/>
                          </a:stretch>
                        </pic:blipFill>
                        <pic:spPr>
                          <a:xfrm>
                            <a:off x="0" y="0"/>
                            <a:ext cx="640080" cy="640080"/>
                          </a:xfrm>
                          <a:prstGeom prst="rect">
                            <a:avLst/>
                          </a:prstGeom>
                        </pic:spPr>
                      </pic:pic>
                    </a:graphicData>
                  </a:graphic>
                </wp:inline>
              </w:drawing>
            </w:r>
          </w:p>
        </w:tc>
      </w:tr>
      <w:tr w:rsidR="005C547F" w:rsidRPr="0092658F" w14:paraId="4A7D6811" w14:textId="77777777" w:rsidTr="00423CDA">
        <w:trPr>
          <w:jc w:val="center"/>
        </w:trPr>
        <w:tc>
          <w:tcPr>
            <w:tcW w:w="1131" w:type="dxa"/>
          </w:tcPr>
          <w:p w14:paraId="289AA61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303</w:t>
            </w:r>
          </w:p>
        </w:tc>
        <w:tc>
          <w:tcPr>
            <w:tcW w:w="1559" w:type="dxa"/>
          </w:tcPr>
          <w:p w14:paraId="4FE386A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1.014155</w:t>
            </w:r>
          </w:p>
        </w:tc>
        <w:tc>
          <w:tcPr>
            <w:tcW w:w="2446" w:type="dxa"/>
          </w:tcPr>
          <w:p w14:paraId="66B229A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nhiệm vụ quy hoạch, nhiệm vụ điều chỉnh quy hoạch đô thị và nông thôn do nhà đầu tư đã được lựa  chọn để thực hiện dự án đầu tư tổ chức lập</w:t>
            </w:r>
          </w:p>
        </w:tc>
        <w:tc>
          <w:tcPr>
            <w:tcW w:w="1599" w:type="dxa"/>
          </w:tcPr>
          <w:p w14:paraId="5BF5F71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Quy hoạch đô thị và nông thôn</w:t>
            </w:r>
          </w:p>
        </w:tc>
        <w:tc>
          <w:tcPr>
            <w:tcW w:w="1728" w:type="dxa"/>
          </w:tcPr>
          <w:p w14:paraId="06140E8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76B2CED" wp14:editId="45A76FF7">
                  <wp:extent cx="640080" cy="64008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a:stretch>
                            <a:fillRect/>
                          </a:stretch>
                        </pic:blipFill>
                        <pic:spPr>
                          <a:xfrm>
                            <a:off x="0" y="0"/>
                            <a:ext cx="640080" cy="640080"/>
                          </a:xfrm>
                          <a:prstGeom prst="rect">
                            <a:avLst/>
                          </a:prstGeom>
                        </pic:spPr>
                      </pic:pic>
                    </a:graphicData>
                  </a:graphic>
                </wp:inline>
              </w:drawing>
            </w:r>
          </w:p>
        </w:tc>
      </w:tr>
      <w:tr w:rsidR="005C547F" w:rsidRPr="0092658F" w14:paraId="49A746BA" w14:textId="77777777" w:rsidTr="00423CDA">
        <w:trPr>
          <w:jc w:val="center"/>
        </w:trPr>
        <w:tc>
          <w:tcPr>
            <w:tcW w:w="1131" w:type="dxa"/>
          </w:tcPr>
          <w:p w14:paraId="480E42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304</w:t>
            </w:r>
          </w:p>
        </w:tc>
        <w:tc>
          <w:tcPr>
            <w:tcW w:w="1559" w:type="dxa"/>
          </w:tcPr>
          <w:p w14:paraId="66079E9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1.014156</w:t>
            </w:r>
          </w:p>
        </w:tc>
        <w:tc>
          <w:tcPr>
            <w:tcW w:w="2446" w:type="dxa"/>
          </w:tcPr>
          <w:p w14:paraId="4D5C12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nhiệm vụ quy hoạch, nhiệm vụ điều chỉnh quy hoạch đô thị và nông thôn do nhà đầu tư đã được lựa  chọn để thực hiện dự án đầu tư tổ chức lập</w:t>
            </w:r>
          </w:p>
        </w:tc>
        <w:tc>
          <w:tcPr>
            <w:tcW w:w="1599" w:type="dxa"/>
          </w:tcPr>
          <w:p w14:paraId="604AE7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Quy hoạch đô thị và nông thôn</w:t>
            </w:r>
          </w:p>
        </w:tc>
        <w:tc>
          <w:tcPr>
            <w:tcW w:w="1728" w:type="dxa"/>
          </w:tcPr>
          <w:p w14:paraId="34AC1B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37F37D6" wp14:editId="028DF62C">
                  <wp:extent cx="640080" cy="64008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8"/>
                          <a:stretch>
                            <a:fillRect/>
                          </a:stretch>
                        </pic:blipFill>
                        <pic:spPr>
                          <a:xfrm>
                            <a:off x="0" y="0"/>
                            <a:ext cx="640080" cy="640080"/>
                          </a:xfrm>
                          <a:prstGeom prst="rect">
                            <a:avLst/>
                          </a:prstGeom>
                        </pic:spPr>
                      </pic:pic>
                    </a:graphicData>
                  </a:graphic>
                </wp:inline>
              </w:drawing>
            </w:r>
          </w:p>
        </w:tc>
      </w:tr>
      <w:tr w:rsidR="005C547F" w:rsidRPr="0092658F" w14:paraId="05F015A5" w14:textId="77777777" w:rsidTr="00423CDA">
        <w:trPr>
          <w:jc w:val="center"/>
        </w:trPr>
        <w:tc>
          <w:tcPr>
            <w:tcW w:w="1131" w:type="dxa"/>
          </w:tcPr>
          <w:p w14:paraId="31512F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305</w:t>
            </w:r>
          </w:p>
        </w:tc>
        <w:tc>
          <w:tcPr>
            <w:tcW w:w="1559" w:type="dxa"/>
          </w:tcPr>
          <w:p w14:paraId="12A68A3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1.014158</w:t>
            </w:r>
          </w:p>
        </w:tc>
        <w:tc>
          <w:tcPr>
            <w:tcW w:w="2446" w:type="dxa"/>
          </w:tcPr>
          <w:p w14:paraId="1A10C0F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Thủ tục phê duyệt, chấp thuận quy hoạch, điều chỉnh quy hoạch đô thị và nông thôn do nhà đầu </w:t>
            </w:r>
            <w:r w:rsidRPr="0092658F">
              <w:rPr>
                <w:rFonts w:ascii="Times New Roman" w:hAnsi="Times New Roman" w:cs="Times New Roman"/>
              </w:rPr>
              <w:lastRenderedPageBreak/>
              <w:t>tư đã được lựa chọn để thực hiện dự án đầu tư tổ chức lập</w:t>
            </w:r>
          </w:p>
        </w:tc>
        <w:tc>
          <w:tcPr>
            <w:tcW w:w="1599" w:type="dxa"/>
          </w:tcPr>
          <w:p w14:paraId="0FC76F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Quy hoạch đô thị và nông thôn</w:t>
            </w:r>
          </w:p>
        </w:tc>
        <w:tc>
          <w:tcPr>
            <w:tcW w:w="1728" w:type="dxa"/>
          </w:tcPr>
          <w:p w14:paraId="710FCB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B2998E7" wp14:editId="25DBA220">
                  <wp:extent cx="640080" cy="64008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09"/>
                          <a:stretch>
                            <a:fillRect/>
                          </a:stretch>
                        </pic:blipFill>
                        <pic:spPr>
                          <a:xfrm>
                            <a:off x="0" y="0"/>
                            <a:ext cx="640080" cy="640080"/>
                          </a:xfrm>
                          <a:prstGeom prst="rect">
                            <a:avLst/>
                          </a:prstGeom>
                        </pic:spPr>
                      </pic:pic>
                    </a:graphicData>
                  </a:graphic>
                </wp:inline>
              </w:drawing>
            </w:r>
          </w:p>
        </w:tc>
      </w:tr>
      <w:tr w:rsidR="005C547F" w:rsidRPr="0092658F" w14:paraId="16E12849" w14:textId="77777777" w:rsidTr="00423CDA">
        <w:trPr>
          <w:jc w:val="center"/>
        </w:trPr>
        <w:tc>
          <w:tcPr>
            <w:tcW w:w="1131" w:type="dxa"/>
          </w:tcPr>
          <w:p w14:paraId="667B030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306</w:t>
            </w:r>
          </w:p>
        </w:tc>
        <w:tc>
          <w:tcPr>
            <w:tcW w:w="1559" w:type="dxa"/>
          </w:tcPr>
          <w:p w14:paraId="1830043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1.013855</w:t>
            </w:r>
          </w:p>
        </w:tc>
        <w:tc>
          <w:tcPr>
            <w:tcW w:w="2446" w:type="dxa"/>
          </w:tcPr>
          <w:p w14:paraId="051DFE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chứng nhận cơ sở đủ điều kiện an toàn thực phẩm đối với cơ sở kinh doanh dịch vụ ăn uống, cơ sở sản xuất thực phẩm thuộc phạm vi quản lý của Bộ Y tế</w:t>
            </w:r>
          </w:p>
        </w:tc>
        <w:tc>
          <w:tcPr>
            <w:tcW w:w="1599" w:type="dxa"/>
          </w:tcPr>
          <w:p w14:paraId="6AB97C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An toàn thực phẩm</w:t>
            </w:r>
          </w:p>
        </w:tc>
        <w:tc>
          <w:tcPr>
            <w:tcW w:w="1728" w:type="dxa"/>
          </w:tcPr>
          <w:p w14:paraId="68F840F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5E765B0" wp14:editId="4934F664">
                  <wp:extent cx="640080" cy="64008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0"/>
                          <a:stretch>
                            <a:fillRect/>
                          </a:stretch>
                        </pic:blipFill>
                        <pic:spPr>
                          <a:xfrm>
                            <a:off x="0" y="0"/>
                            <a:ext cx="640080" cy="640080"/>
                          </a:xfrm>
                          <a:prstGeom prst="rect">
                            <a:avLst/>
                          </a:prstGeom>
                        </pic:spPr>
                      </pic:pic>
                    </a:graphicData>
                  </a:graphic>
                </wp:inline>
              </w:drawing>
            </w:r>
          </w:p>
        </w:tc>
      </w:tr>
      <w:tr w:rsidR="005C547F" w:rsidRPr="0092658F" w14:paraId="48B959E3" w14:textId="77777777" w:rsidTr="00423CDA">
        <w:trPr>
          <w:jc w:val="center"/>
        </w:trPr>
        <w:tc>
          <w:tcPr>
            <w:tcW w:w="1131" w:type="dxa"/>
          </w:tcPr>
          <w:p w14:paraId="56D3493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307</w:t>
            </w:r>
          </w:p>
        </w:tc>
        <w:tc>
          <w:tcPr>
            <w:tcW w:w="1559" w:type="dxa"/>
          </w:tcPr>
          <w:p w14:paraId="02ACB4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1.012422</w:t>
            </w:r>
          </w:p>
        </w:tc>
        <w:tc>
          <w:tcPr>
            <w:tcW w:w="2446" w:type="dxa"/>
          </w:tcPr>
          <w:p w14:paraId="36A3AC7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Đề nghị xét tặng Danh hiệu “Thầy thuốc Nhân dân”, “Thầy thuốc Ưu tú”</w:t>
            </w:r>
          </w:p>
        </w:tc>
        <w:tc>
          <w:tcPr>
            <w:tcW w:w="1599" w:type="dxa"/>
          </w:tcPr>
          <w:p w14:paraId="401B7E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Thi đua, khen thưởng</w:t>
            </w:r>
          </w:p>
        </w:tc>
        <w:tc>
          <w:tcPr>
            <w:tcW w:w="1728" w:type="dxa"/>
          </w:tcPr>
          <w:p w14:paraId="79D703C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FDD3213" wp14:editId="33D6AAEA">
                  <wp:extent cx="640080" cy="64008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1"/>
                          <a:stretch>
                            <a:fillRect/>
                          </a:stretch>
                        </pic:blipFill>
                        <pic:spPr>
                          <a:xfrm>
                            <a:off x="0" y="0"/>
                            <a:ext cx="640080" cy="640080"/>
                          </a:xfrm>
                          <a:prstGeom prst="rect">
                            <a:avLst/>
                          </a:prstGeom>
                        </pic:spPr>
                      </pic:pic>
                    </a:graphicData>
                  </a:graphic>
                </wp:inline>
              </w:drawing>
            </w:r>
          </w:p>
        </w:tc>
      </w:tr>
      <w:tr w:rsidR="005C547F" w:rsidRPr="0092658F" w14:paraId="7C90303D" w14:textId="77777777" w:rsidTr="00423CDA">
        <w:trPr>
          <w:jc w:val="center"/>
        </w:trPr>
        <w:tc>
          <w:tcPr>
            <w:tcW w:w="1131" w:type="dxa"/>
          </w:tcPr>
          <w:p w14:paraId="09BA3C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308</w:t>
            </w:r>
          </w:p>
        </w:tc>
        <w:tc>
          <w:tcPr>
            <w:tcW w:w="1559" w:type="dxa"/>
          </w:tcPr>
          <w:p w14:paraId="48BEF8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3.000502</w:t>
            </w:r>
          </w:p>
        </w:tc>
        <w:tc>
          <w:tcPr>
            <w:tcW w:w="2446" w:type="dxa"/>
          </w:tcPr>
          <w:p w14:paraId="614E5D1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phê duyệt hoặc điều chỉnh phương án nuôi, trồng phát triển, thu hoạch cây dược liệu trong rừng đối với chủ rừng là hộ gia đình, cá nhân, cộng đồng dân cư</w:t>
            </w:r>
          </w:p>
        </w:tc>
        <w:tc>
          <w:tcPr>
            <w:tcW w:w="1599" w:type="dxa"/>
          </w:tcPr>
          <w:p w14:paraId="165746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Lâm nghiệp và Kiểm lâm</w:t>
            </w:r>
          </w:p>
        </w:tc>
        <w:tc>
          <w:tcPr>
            <w:tcW w:w="1728" w:type="dxa"/>
          </w:tcPr>
          <w:p w14:paraId="2D28429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D67ACB2" wp14:editId="1D5912C4">
                  <wp:extent cx="640080" cy="64008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2"/>
                          <a:stretch>
                            <a:fillRect/>
                          </a:stretch>
                        </pic:blipFill>
                        <pic:spPr>
                          <a:xfrm>
                            <a:off x="0" y="0"/>
                            <a:ext cx="640080" cy="640080"/>
                          </a:xfrm>
                          <a:prstGeom prst="rect">
                            <a:avLst/>
                          </a:prstGeom>
                        </pic:spPr>
                      </pic:pic>
                    </a:graphicData>
                  </a:graphic>
                </wp:inline>
              </w:drawing>
            </w:r>
          </w:p>
        </w:tc>
      </w:tr>
      <w:tr w:rsidR="005C547F" w:rsidRPr="0092658F" w14:paraId="4BA3A79A" w14:textId="77777777" w:rsidTr="00423CDA">
        <w:trPr>
          <w:jc w:val="center"/>
        </w:trPr>
        <w:tc>
          <w:tcPr>
            <w:tcW w:w="1131" w:type="dxa"/>
          </w:tcPr>
          <w:p w14:paraId="42977EA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309</w:t>
            </w:r>
          </w:p>
        </w:tc>
        <w:tc>
          <w:tcPr>
            <w:tcW w:w="1559" w:type="dxa"/>
          </w:tcPr>
          <w:p w14:paraId="48E1EB0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1.014116</w:t>
            </w:r>
          </w:p>
        </w:tc>
        <w:tc>
          <w:tcPr>
            <w:tcW w:w="2446" w:type="dxa"/>
          </w:tcPr>
          <w:p w14:paraId="1E029E7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Tiếp nhận vào công chức không giữ chức vụ lãnh đạo, quản lý</w:t>
            </w:r>
          </w:p>
        </w:tc>
        <w:tc>
          <w:tcPr>
            <w:tcW w:w="1599" w:type="dxa"/>
          </w:tcPr>
          <w:p w14:paraId="6586588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chức, viên chức</w:t>
            </w:r>
          </w:p>
        </w:tc>
        <w:tc>
          <w:tcPr>
            <w:tcW w:w="1728" w:type="dxa"/>
          </w:tcPr>
          <w:p w14:paraId="6DFE30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D31A478" wp14:editId="747F836E">
                  <wp:extent cx="640080" cy="64008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3"/>
                          <a:stretch>
                            <a:fillRect/>
                          </a:stretch>
                        </pic:blipFill>
                        <pic:spPr>
                          <a:xfrm>
                            <a:off x="0" y="0"/>
                            <a:ext cx="640080" cy="640080"/>
                          </a:xfrm>
                          <a:prstGeom prst="rect">
                            <a:avLst/>
                          </a:prstGeom>
                        </pic:spPr>
                      </pic:pic>
                    </a:graphicData>
                  </a:graphic>
                </wp:inline>
              </w:drawing>
            </w:r>
          </w:p>
        </w:tc>
      </w:tr>
      <w:tr w:rsidR="005C547F" w:rsidRPr="0092658F" w14:paraId="596559B2" w14:textId="77777777" w:rsidTr="00423CDA">
        <w:trPr>
          <w:jc w:val="center"/>
        </w:trPr>
        <w:tc>
          <w:tcPr>
            <w:tcW w:w="1131" w:type="dxa"/>
          </w:tcPr>
          <w:p w14:paraId="6061AB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310</w:t>
            </w:r>
          </w:p>
        </w:tc>
        <w:tc>
          <w:tcPr>
            <w:tcW w:w="1559" w:type="dxa"/>
          </w:tcPr>
          <w:p w14:paraId="1DFDC8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1.014113</w:t>
            </w:r>
          </w:p>
        </w:tc>
        <w:tc>
          <w:tcPr>
            <w:tcW w:w="2446" w:type="dxa"/>
          </w:tcPr>
          <w:p w14:paraId="2BFC50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Xét tuyển công chức</w:t>
            </w:r>
          </w:p>
        </w:tc>
        <w:tc>
          <w:tcPr>
            <w:tcW w:w="1599" w:type="dxa"/>
          </w:tcPr>
          <w:p w14:paraId="09A392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chức, viên chức</w:t>
            </w:r>
          </w:p>
        </w:tc>
        <w:tc>
          <w:tcPr>
            <w:tcW w:w="1728" w:type="dxa"/>
          </w:tcPr>
          <w:p w14:paraId="632D3C0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AE20C45" wp14:editId="2CFD8FE7">
                  <wp:extent cx="640080" cy="64008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4"/>
                          <a:stretch>
                            <a:fillRect/>
                          </a:stretch>
                        </pic:blipFill>
                        <pic:spPr>
                          <a:xfrm>
                            <a:off x="0" y="0"/>
                            <a:ext cx="640080" cy="640080"/>
                          </a:xfrm>
                          <a:prstGeom prst="rect">
                            <a:avLst/>
                          </a:prstGeom>
                        </pic:spPr>
                      </pic:pic>
                    </a:graphicData>
                  </a:graphic>
                </wp:inline>
              </w:drawing>
            </w:r>
          </w:p>
        </w:tc>
      </w:tr>
      <w:tr w:rsidR="005C547F" w:rsidRPr="0092658F" w14:paraId="14822CB9" w14:textId="77777777" w:rsidTr="00423CDA">
        <w:trPr>
          <w:jc w:val="center"/>
        </w:trPr>
        <w:tc>
          <w:tcPr>
            <w:tcW w:w="1131" w:type="dxa"/>
          </w:tcPr>
          <w:p w14:paraId="202EEA7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311</w:t>
            </w:r>
          </w:p>
        </w:tc>
        <w:tc>
          <w:tcPr>
            <w:tcW w:w="1559" w:type="dxa"/>
          </w:tcPr>
          <w:p w14:paraId="42E69BA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2.001661</w:t>
            </w:r>
          </w:p>
        </w:tc>
        <w:tc>
          <w:tcPr>
            <w:tcW w:w="2446" w:type="dxa"/>
          </w:tcPr>
          <w:p w14:paraId="23EEDC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học văn hóa, học nghề, trợ cấp khó khăn ban đầu cho nạn nhân</w:t>
            </w:r>
          </w:p>
        </w:tc>
        <w:tc>
          <w:tcPr>
            <w:tcW w:w="1599" w:type="dxa"/>
          </w:tcPr>
          <w:p w14:paraId="1D85F5A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Phòng, chống tệ nạn xã hội</w:t>
            </w:r>
          </w:p>
        </w:tc>
        <w:tc>
          <w:tcPr>
            <w:tcW w:w="1728" w:type="dxa"/>
          </w:tcPr>
          <w:p w14:paraId="372EAB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6866CC8" wp14:editId="3E0802A8">
                  <wp:extent cx="640080" cy="64008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5"/>
                          <a:stretch>
                            <a:fillRect/>
                          </a:stretch>
                        </pic:blipFill>
                        <pic:spPr>
                          <a:xfrm>
                            <a:off x="0" y="0"/>
                            <a:ext cx="640080" cy="640080"/>
                          </a:xfrm>
                          <a:prstGeom prst="rect">
                            <a:avLst/>
                          </a:prstGeom>
                        </pic:spPr>
                      </pic:pic>
                    </a:graphicData>
                  </a:graphic>
                </wp:inline>
              </w:drawing>
            </w:r>
          </w:p>
        </w:tc>
      </w:tr>
      <w:tr w:rsidR="005C547F" w:rsidRPr="0092658F" w14:paraId="4757D399" w14:textId="77777777" w:rsidTr="00423CDA">
        <w:trPr>
          <w:jc w:val="center"/>
        </w:trPr>
        <w:tc>
          <w:tcPr>
            <w:tcW w:w="1131" w:type="dxa"/>
          </w:tcPr>
          <w:p w14:paraId="60FA66B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312</w:t>
            </w:r>
          </w:p>
        </w:tc>
        <w:tc>
          <w:tcPr>
            <w:tcW w:w="1559" w:type="dxa"/>
          </w:tcPr>
          <w:p w14:paraId="014416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1.011471</w:t>
            </w:r>
          </w:p>
        </w:tc>
        <w:tc>
          <w:tcPr>
            <w:tcW w:w="2446" w:type="dxa"/>
          </w:tcPr>
          <w:p w14:paraId="2C24301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Phương án khai thác gỗ, thực vật rừng ngoài gỗ loài thông thường thuộc thẩm quyền giải quyết của Ủy ban nhân dân cấp xã</w:t>
            </w:r>
          </w:p>
        </w:tc>
        <w:tc>
          <w:tcPr>
            <w:tcW w:w="1599" w:type="dxa"/>
          </w:tcPr>
          <w:p w14:paraId="0356D9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Lâm nghiệp và Kiểm lâm</w:t>
            </w:r>
          </w:p>
        </w:tc>
        <w:tc>
          <w:tcPr>
            <w:tcW w:w="1728" w:type="dxa"/>
          </w:tcPr>
          <w:p w14:paraId="35EC5A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45AC43E" wp14:editId="392756DD">
                  <wp:extent cx="640080" cy="6400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6"/>
                          <a:stretch>
                            <a:fillRect/>
                          </a:stretch>
                        </pic:blipFill>
                        <pic:spPr>
                          <a:xfrm>
                            <a:off x="0" y="0"/>
                            <a:ext cx="640080" cy="640080"/>
                          </a:xfrm>
                          <a:prstGeom prst="rect">
                            <a:avLst/>
                          </a:prstGeom>
                        </pic:spPr>
                      </pic:pic>
                    </a:graphicData>
                  </a:graphic>
                </wp:inline>
              </w:drawing>
            </w:r>
          </w:p>
        </w:tc>
      </w:tr>
      <w:tr w:rsidR="005C547F" w:rsidRPr="0092658F" w14:paraId="25C64DA4" w14:textId="77777777" w:rsidTr="00423CDA">
        <w:trPr>
          <w:jc w:val="center"/>
        </w:trPr>
        <w:tc>
          <w:tcPr>
            <w:tcW w:w="1131" w:type="dxa"/>
          </w:tcPr>
          <w:p w14:paraId="0F5D6B8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313</w:t>
            </w:r>
          </w:p>
        </w:tc>
        <w:tc>
          <w:tcPr>
            <w:tcW w:w="1559" w:type="dxa"/>
          </w:tcPr>
          <w:p w14:paraId="0DF1DB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1.001612</w:t>
            </w:r>
          </w:p>
        </w:tc>
        <w:tc>
          <w:tcPr>
            <w:tcW w:w="2446" w:type="dxa"/>
          </w:tcPr>
          <w:p w14:paraId="128FD9F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thành lập hộ kinh doanh</w:t>
            </w:r>
          </w:p>
        </w:tc>
        <w:tc>
          <w:tcPr>
            <w:tcW w:w="1599" w:type="dxa"/>
          </w:tcPr>
          <w:p w14:paraId="33A88B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doanh nghiệp (hộ kinh doanh)</w:t>
            </w:r>
          </w:p>
        </w:tc>
        <w:tc>
          <w:tcPr>
            <w:tcW w:w="1728" w:type="dxa"/>
          </w:tcPr>
          <w:p w14:paraId="640819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53C3C0B" wp14:editId="62D85114">
                  <wp:extent cx="640080" cy="64008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7"/>
                          <a:stretch>
                            <a:fillRect/>
                          </a:stretch>
                        </pic:blipFill>
                        <pic:spPr>
                          <a:xfrm>
                            <a:off x="0" y="0"/>
                            <a:ext cx="640080" cy="640080"/>
                          </a:xfrm>
                          <a:prstGeom prst="rect">
                            <a:avLst/>
                          </a:prstGeom>
                        </pic:spPr>
                      </pic:pic>
                    </a:graphicData>
                  </a:graphic>
                </wp:inline>
              </w:drawing>
            </w:r>
          </w:p>
        </w:tc>
      </w:tr>
      <w:tr w:rsidR="005C547F" w:rsidRPr="0092658F" w14:paraId="799DE995" w14:textId="77777777" w:rsidTr="00423CDA">
        <w:trPr>
          <w:jc w:val="center"/>
        </w:trPr>
        <w:tc>
          <w:tcPr>
            <w:tcW w:w="1131" w:type="dxa"/>
          </w:tcPr>
          <w:p w14:paraId="439D4AC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314</w:t>
            </w:r>
          </w:p>
        </w:tc>
        <w:tc>
          <w:tcPr>
            <w:tcW w:w="1559" w:type="dxa"/>
          </w:tcPr>
          <w:p w14:paraId="044A384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2.000575</w:t>
            </w:r>
          </w:p>
        </w:tc>
        <w:tc>
          <w:tcPr>
            <w:tcW w:w="2446" w:type="dxa"/>
          </w:tcPr>
          <w:p w14:paraId="2E5D54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chứng nhận đăng ký hộ kinh doanh, Cấp đổi sang Giấy chứng nhận đăng ký hộ kinh doanh</w:t>
            </w:r>
          </w:p>
        </w:tc>
        <w:tc>
          <w:tcPr>
            <w:tcW w:w="1599" w:type="dxa"/>
          </w:tcPr>
          <w:p w14:paraId="4D7538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doanh nghiệp (hộ kinh doanh)</w:t>
            </w:r>
          </w:p>
        </w:tc>
        <w:tc>
          <w:tcPr>
            <w:tcW w:w="1728" w:type="dxa"/>
          </w:tcPr>
          <w:p w14:paraId="251389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FAB595D" wp14:editId="0B900A3F">
                  <wp:extent cx="640080" cy="64008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8"/>
                          <a:stretch>
                            <a:fillRect/>
                          </a:stretch>
                        </pic:blipFill>
                        <pic:spPr>
                          <a:xfrm>
                            <a:off x="0" y="0"/>
                            <a:ext cx="640080" cy="640080"/>
                          </a:xfrm>
                          <a:prstGeom prst="rect">
                            <a:avLst/>
                          </a:prstGeom>
                        </pic:spPr>
                      </pic:pic>
                    </a:graphicData>
                  </a:graphic>
                </wp:inline>
              </w:drawing>
            </w:r>
          </w:p>
        </w:tc>
      </w:tr>
      <w:tr w:rsidR="005C547F" w:rsidRPr="0092658F" w14:paraId="1A756BBF" w14:textId="77777777" w:rsidTr="00423CDA">
        <w:trPr>
          <w:jc w:val="center"/>
        </w:trPr>
        <w:tc>
          <w:tcPr>
            <w:tcW w:w="1131" w:type="dxa"/>
          </w:tcPr>
          <w:p w14:paraId="3A16FFB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315</w:t>
            </w:r>
          </w:p>
        </w:tc>
        <w:tc>
          <w:tcPr>
            <w:tcW w:w="1559" w:type="dxa"/>
          </w:tcPr>
          <w:p w14:paraId="1F5C58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2.000720</w:t>
            </w:r>
          </w:p>
        </w:tc>
        <w:tc>
          <w:tcPr>
            <w:tcW w:w="2446" w:type="dxa"/>
          </w:tcPr>
          <w:p w14:paraId="34BE3A5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thay đổi nội dung đăng ký hộ kinh doanh</w:t>
            </w:r>
          </w:p>
        </w:tc>
        <w:tc>
          <w:tcPr>
            <w:tcW w:w="1599" w:type="dxa"/>
          </w:tcPr>
          <w:p w14:paraId="00D0238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doanh nghiệp (hộ kinh doanh)</w:t>
            </w:r>
          </w:p>
        </w:tc>
        <w:tc>
          <w:tcPr>
            <w:tcW w:w="1728" w:type="dxa"/>
          </w:tcPr>
          <w:p w14:paraId="4BEE92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FE5D4FA" wp14:editId="1F28363E">
                  <wp:extent cx="640080" cy="64008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19"/>
                          <a:stretch>
                            <a:fillRect/>
                          </a:stretch>
                        </pic:blipFill>
                        <pic:spPr>
                          <a:xfrm>
                            <a:off x="0" y="0"/>
                            <a:ext cx="640080" cy="640080"/>
                          </a:xfrm>
                          <a:prstGeom prst="rect">
                            <a:avLst/>
                          </a:prstGeom>
                        </pic:spPr>
                      </pic:pic>
                    </a:graphicData>
                  </a:graphic>
                </wp:inline>
              </w:drawing>
            </w:r>
          </w:p>
        </w:tc>
      </w:tr>
      <w:tr w:rsidR="005C547F" w:rsidRPr="0092658F" w14:paraId="7F821849" w14:textId="77777777" w:rsidTr="00423CDA">
        <w:trPr>
          <w:jc w:val="center"/>
        </w:trPr>
        <w:tc>
          <w:tcPr>
            <w:tcW w:w="1131" w:type="dxa"/>
          </w:tcPr>
          <w:p w14:paraId="25B34A2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316</w:t>
            </w:r>
          </w:p>
        </w:tc>
        <w:tc>
          <w:tcPr>
            <w:tcW w:w="1559" w:type="dxa"/>
          </w:tcPr>
          <w:p w14:paraId="6A3013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1.001570</w:t>
            </w:r>
          </w:p>
        </w:tc>
        <w:tc>
          <w:tcPr>
            <w:tcW w:w="2446" w:type="dxa"/>
          </w:tcPr>
          <w:p w14:paraId="5157E0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Tạm ngừng kinh doanh, tiếp tục kinh doanh trước thời hạn đã đăng ký của hộ kinh doanh</w:t>
            </w:r>
          </w:p>
        </w:tc>
        <w:tc>
          <w:tcPr>
            <w:tcW w:w="1599" w:type="dxa"/>
          </w:tcPr>
          <w:p w14:paraId="335E5E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doanh nghiệp (hộ kinh doanh)</w:t>
            </w:r>
          </w:p>
        </w:tc>
        <w:tc>
          <w:tcPr>
            <w:tcW w:w="1728" w:type="dxa"/>
          </w:tcPr>
          <w:p w14:paraId="466082A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4B59D92" wp14:editId="266ADAF5">
                  <wp:extent cx="640080" cy="64008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0"/>
                          <a:stretch>
                            <a:fillRect/>
                          </a:stretch>
                        </pic:blipFill>
                        <pic:spPr>
                          <a:xfrm>
                            <a:off x="0" y="0"/>
                            <a:ext cx="640080" cy="640080"/>
                          </a:xfrm>
                          <a:prstGeom prst="rect">
                            <a:avLst/>
                          </a:prstGeom>
                        </pic:spPr>
                      </pic:pic>
                    </a:graphicData>
                  </a:graphic>
                </wp:inline>
              </w:drawing>
            </w:r>
          </w:p>
        </w:tc>
      </w:tr>
      <w:tr w:rsidR="005C547F" w:rsidRPr="0092658F" w14:paraId="54AD6175" w14:textId="77777777" w:rsidTr="00423CDA">
        <w:trPr>
          <w:jc w:val="center"/>
        </w:trPr>
        <w:tc>
          <w:tcPr>
            <w:tcW w:w="1131" w:type="dxa"/>
          </w:tcPr>
          <w:p w14:paraId="3CEAA8D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317</w:t>
            </w:r>
          </w:p>
        </w:tc>
        <w:tc>
          <w:tcPr>
            <w:tcW w:w="1559" w:type="dxa"/>
          </w:tcPr>
          <w:p w14:paraId="115D52B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1.001266</w:t>
            </w:r>
          </w:p>
        </w:tc>
        <w:tc>
          <w:tcPr>
            <w:tcW w:w="2446" w:type="dxa"/>
          </w:tcPr>
          <w:p w14:paraId="443A4E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Chấm dứt hoạt động hộ kinh doanh</w:t>
            </w:r>
          </w:p>
        </w:tc>
        <w:tc>
          <w:tcPr>
            <w:tcW w:w="1599" w:type="dxa"/>
          </w:tcPr>
          <w:p w14:paraId="0BED198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doanh nghiệp (hộ kinh doanh)</w:t>
            </w:r>
          </w:p>
        </w:tc>
        <w:tc>
          <w:tcPr>
            <w:tcW w:w="1728" w:type="dxa"/>
          </w:tcPr>
          <w:p w14:paraId="21F87BA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C5EB893" wp14:editId="08DBDBDD">
                  <wp:extent cx="640080" cy="64008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1"/>
                          <a:stretch>
                            <a:fillRect/>
                          </a:stretch>
                        </pic:blipFill>
                        <pic:spPr>
                          <a:xfrm>
                            <a:off x="0" y="0"/>
                            <a:ext cx="640080" cy="640080"/>
                          </a:xfrm>
                          <a:prstGeom prst="rect">
                            <a:avLst/>
                          </a:prstGeom>
                        </pic:spPr>
                      </pic:pic>
                    </a:graphicData>
                  </a:graphic>
                </wp:inline>
              </w:drawing>
            </w:r>
          </w:p>
        </w:tc>
      </w:tr>
      <w:tr w:rsidR="005C547F" w:rsidRPr="0092658F" w14:paraId="74EFDCBA" w14:textId="77777777" w:rsidTr="00423CDA">
        <w:trPr>
          <w:jc w:val="center"/>
        </w:trPr>
        <w:tc>
          <w:tcPr>
            <w:tcW w:w="1131" w:type="dxa"/>
          </w:tcPr>
          <w:p w14:paraId="1A8095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318</w:t>
            </w:r>
          </w:p>
        </w:tc>
        <w:tc>
          <w:tcPr>
            <w:tcW w:w="1559" w:type="dxa"/>
          </w:tcPr>
          <w:p w14:paraId="51F535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1.014035</w:t>
            </w:r>
          </w:p>
        </w:tc>
        <w:tc>
          <w:tcPr>
            <w:tcW w:w="2446" w:type="dxa"/>
          </w:tcPr>
          <w:p w14:paraId="4715714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Dừng thực hiện thủ tục đăng ký hộ kinh doanh</w:t>
            </w:r>
          </w:p>
        </w:tc>
        <w:tc>
          <w:tcPr>
            <w:tcW w:w="1599" w:type="dxa"/>
          </w:tcPr>
          <w:p w14:paraId="1CA80DC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doanh nghiệp (hộ kinh doanh)</w:t>
            </w:r>
          </w:p>
        </w:tc>
        <w:tc>
          <w:tcPr>
            <w:tcW w:w="1728" w:type="dxa"/>
          </w:tcPr>
          <w:p w14:paraId="7624983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58E5585" wp14:editId="7073BDE8">
                  <wp:extent cx="640080" cy="64008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2"/>
                          <a:stretch>
                            <a:fillRect/>
                          </a:stretch>
                        </pic:blipFill>
                        <pic:spPr>
                          <a:xfrm>
                            <a:off x="0" y="0"/>
                            <a:ext cx="640080" cy="640080"/>
                          </a:xfrm>
                          <a:prstGeom prst="rect">
                            <a:avLst/>
                          </a:prstGeom>
                        </pic:spPr>
                      </pic:pic>
                    </a:graphicData>
                  </a:graphic>
                </wp:inline>
              </w:drawing>
            </w:r>
          </w:p>
        </w:tc>
      </w:tr>
      <w:tr w:rsidR="005C547F" w:rsidRPr="0092658F" w14:paraId="7AC5A0C8" w14:textId="77777777" w:rsidTr="00423CDA">
        <w:trPr>
          <w:jc w:val="center"/>
        </w:trPr>
        <w:tc>
          <w:tcPr>
            <w:tcW w:w="1131" w:type="dxa"/>
          </w:tcPr>
          <w:p w14:paraId="30F3C3A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319</w:t>
            </w:r>
          </w:p>
        </w:tc>
        <w:tc>
          <w:tcPr>
            <w:tcW w:w="1559" w:type="dxa"/>
          </w:tcPr>
          <w:p w14:paraId="12A6CAA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1.014034</w:t>
            </w:r>
          </w:p>
        </w:tc>
        <w:tc>
          <w:tcPr>
            <w:tcW w:w="2446" w:type="dxa"/>
          </w:tcPr>
          <w:p w14:paraId="23B8ED0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cập nhật, bổ sung thông tin trong hồ sơ đăng ký hộ kinh doanh, hiệu đính thông tin đăng ký hộ kinh doanh</w:t>
            </w:r>
          </w:p>
        </w:tc>
        <w:tc>
          <w:tcPr>
            <w:tcW w:w="1599" w:type="dxa"/>
          </w:tcPr>
          <w:p w14:paraId="08697A7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doanh nghiệp (hộ kinh doanh)</w:t>
            </w:r>
          </w:p>
        </w:tc>
        <w:tc>
          <w:tcPr>
            <w:tcW w:w="1728" w:type="dxa"/>
          </w:tcPr>
          <w:p w14:paraId="518BC9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3497162" wp14:editId="538F7911">
                  <wp:extent cx="640080" cy="64008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3"/>
                          <a:stretch>
                            <a:fillRect/>
                          </a:stretch>
                        </pic:blipFill>
                        <pic:spPr>
                          <a:xfrm>
                            <a:off x="0" y="0"/>
                            <a:ext cx="640080" cy="640080"/>
                          </a:xfrm>
                          <a:prstGeom prst="rect">
                            <a:avLst/>
                          </a:prstGeom>
                        </pic:spPr>
                      </pic:pic>
                    </a:graphicData>
                  </a:graphic>
                </wp:inline>
              </w:drawing>
            </w:r>
          </w:p>
        </w:tc>
      </w:tr>
      <w:tr w:rsidR="005C547F" w:rsidRPr="0092658F" w14:paraId="0C34CABF" w14:textId="77777777" w:rsidTr="00423CDA">
        <w:trPr>
          <w:jc w:val="center"/>
        </w:trPr>
        <w:tc>
          <w:tcPr>
            <w:tcW w:w="1131" w:type="dxa"/>
          </w:tcPr>
          <w:p w14:paraId="0AB600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320</w:t>
            </w:r>
          </w:p>
        </w:tc>
        <w:tc>
          <w:tcPr>
            <w:tcW w:w="1559" w:type="dxa"/>
          </w:tcPr>
          <w:p w14:paraId="0349CB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1.014028</w:t>
            </w:r>
          </w:p>
        </w:tc>
        <w:tc>
          <w:tcPr>
            <w:tcW w:w="2446" w:type="dxa"/>
          </w:tcPr>
          <w:p w14:paraId="410776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chi phí mai táng đối với đối tượng hưởng trợ cấp hưu trí xã hội</w:t>
            </w:r>
          </w:p>
        </w:tc>
        <w:tc>
          <w:tcPr>
            <w:tcW w:w="1599" w:type="dxa"/>
          </w:tcPr>
          <w:p w14:paraId="5657DA9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0369C84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224716B" wp14:editId="0B1FF376">
                  <wp:extent cx="640080" cy="64008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4"/>
                          <a:stretch>
                            <a:fillRect/>
                          </a:stretch>
                        </pic:blipFill>
                        <pic:spPr>
                          <a:xfrm>
                            <a:off x="0" y="0"/>
                            <a:ext cx="640080" cy="640080"/>
                          </a:xfrm>
                          <a:prstGeom prst="rect">
                            <a:avLst/>
                          </a:prstGeom>
                        </pic:spPr>
                      </pic:pic>
                    </a:graphicData>
                  </a:graphic>
                </wp:inline>
              </w:drawing>
            </w:r>
          </w:p>
        </w:tc>
      </w:tr>
      <w:tr w:rsidR="005C547F" w:rsidRPr="0092658F" w14:paraId="7F6ED9B5" w14:textId="77777777" w:rsidTr="00423CDA">
        <w:trPr>
          <w:jc w:val="center"/>
        </w:trPr>
        <w:tc>
          <w:tcPr>
            <w:tcW w:w="1131" w:type="dxa"/>
          </w:tcPr>
          <w:p w14:paraId="6052C66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321</w:t>
            </w:r>
          </w:p>
        </w:tc>
        <w:tc>
          <w:tcPr>
            <w:tcW w:w="1559" w:type="dxa"/>
          </w:tcPr>
          <w:p w14:paraId="6291F5B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1.012888</w:t>
            </w:r>
          </w:p>
        </w:tc>
        <w:tc>
          <w:tcPr>
            <w:tcW w:w="2446" w:type="dxa"/>
          </w:tcPr>
          <w:p w14:paraId="148B81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Ban quản trị nhà chung cư</w:t>
            </w:r>
          </w:p>
        </w:tc>
        <w:tc>
          <w:tcPr>
            <w:tcW w:w="1599" w:type="dxa"/>
          </w:tcPr>
          <w:p w14:paraId="46FFBB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Nhà ở và công sở</w:t>
            </w:r>
          </w:p>
        </w:tc>
        <w:tc>
          <w:tcPr>
            <w:tcW w:w="1728" w:type="dxa"/>
          </w:tcPr>
          <w:p w14:paraId="5BC3BE7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3CBA452" wp14:editId="166BCF4F">
                  <wp:extent cx="640080" cy="64008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5"/>
                          <a:stretch>
                            <a:fillRect/>
                          </a:stretch>
                        </pic:blipFill>
                        <pic:spPr>
                          <a:xfrm>
                            <a:off x="0" y="0"/>
                            <a:ext cx="640080" cy="640080"/>
                          </a:xfrm>
                          <a:prstGeom prst="rect">
                            <a:avLst/>
                          </a:prstGeom>
                        </pic:spPr>
                      </pic:pic>
                    </a:graphicData>
                  </a:graphic>
                </wp:inline>
              </w:drawing>
            </w:r>
          </w:p>
        </w:tc>
      </w:tr>
      <w:tr w:rsidR="005C547F" w:rsidRPr="0092658F" w14:paraId="1C5F39E8" w14:textId="77777777" w:rsidTr="00423CDA">
        <w:trPr>
          <w:jc w:val="center"/>
        </w:trPr>
        <w:tc>
          <w:tcPr>
            <w:tcW w:w="1131" w:type="dxa"/>
          </w:tcPr>
          <w:p w14:paraId="5AA2E5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322</w:t>
            </w:r>
          </w:p>
        </w:tc>
        <w:tc>
          <w:tcPr>
            <w:tcW w:w="1559" w:type="dxa"/>
          </w:tcPr>
          <w:p w14:paraId="365D469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2.001960</w:t>
            </w:r>
          </w:p>
        </w:tc>
        <w:tc>
          <w:tcPr>
            <w:tcW w:w="2446" w:type="dxa"/>
          </w:tcPr>
          <w:p w14:paraId="336AE7F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chính sách nội trú cho học sinh, sinh viên tham gia chương trình đào tạo trình độ cao đẳng, trung cấp tại các cơ sở giáo dục nghề nghiệp tư thục hoặc cơ sở giáo dục có vốn đầu tư nước ngoài</w:t>
            </w:r>
          </w:p>
        </w:tc>
        <w:tc>
          <w:tcPr>
            <w:tcW w:w="1599" w:type="dxa"/>
          </w:tcPr>
          <w:p w14:paraId="27522DB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nghề nghiệp (G07-LĐ06)</w:t>
            </w:r>
          </w:p>
        </w:tc>
        <w:tc>
          <w:tcPr>
            <w:tcW w:w="1728" w:type="dxa"/>
          </w:tcPr>
          <w:p w14:paraId="16B0EC2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0FCC44B" wp14:editId="3C034CBC">
                  <wp:extent cx="640080" cy="64008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6"/>
                          <a:stretch>
                            <a:fillRect/>
                          </a:stretch>
                        </pic:blipFill>
                        <pic:spPr>
                          <a:xfrm>
                            <a:off x="0" y="0"/>
                            <a:ext cx="640080" cy="640080"/>
                          </a:xfrm>
                          <a:prstGeom prst="rect">
                            <a:avLst/>
                          </a:prstGeom>
                        </pic:spPr>
                      </pic:pic>
                    </a:graphicData>
                  </a:graphic>
                </wp:inline>
              </w:drawing>
            </w:r>
          </w:p>
        </w:tc>
      </w:tr>
      <w:tr w:rsidR="005C547F" w:rsidRPr="0092658F" w14:paraId="0C5AEB51" w14:textId="77777777" w:rsidTr="00423CDA">
        <w:trPr>
          <w:jc w:val="center"/>
        </w:trPr>
        <w:tc>
          <w:tcPr>
            <w:tcW w:w="1131" w:type="dxa"/>
          </w:tcPr>
          <w:p w14:paraId="0C3D283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323</w:t>
            </w:r>
          </w:p>
        </w:tc>
        <w:tc>
          <w:tcPr>
            <w:tcW w:w="1559" w:type="dxa"/>
          </w:tcPr>
          <w:p w14:paraId="213B88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1.004036</w:t>
            </w:r>
          </w:p>
        </w:tc>
        <w:tc>
          <w:tcPr>
            <w:tcW w:w="2446" w:type="dxa"/>
          </w:tcPr>
          <w:p w14:paraId="03DEAFD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phương tiện trong trường hợp chuyển từ cơ quan đăng ký khác sang cơ quan đăng ký phương tiện thủy nội địa</w:t>
            </w:r>
          </w:p>
        </w:tc>
        <w:tc>
          <w:tcPr>
            <w:tcW w:w="1599" w:type="dxa"/>
          </w:tcPr>
          <w:p w14:paraId="110D8F0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5034959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5A399D1" wp14:editId="5050D8BE">
                  <wp:extent cx="640080" cy="64008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7"/>
                          <a:stretch>
                            <a:fillRect/>
                          </a:stretch>
                        </pic:blipFill>
                        <pic:spPr>
                          <a:xfrm>
                            <a:off x="0" y="0"/>
                            <a:ext cx="640080" cy="640080"/>
                          </a:xfrm>
                          <a:prstGeom prst="rect">
                            <a:avLst/>
                          </a:prstGeom>
                        </pic:spPr>
                      </pic:pic>
                    </a:graphicData>
                  </a:graphic>
                </wp:inline>
              </w:drawing>
            </w:r>
          </w:p>
        </w:tc>
      </w:tr>
      <w:tr w:rsidR="005C547F" w:rsidRPr="0092658F" w14:paraId="45F3D0E8" w14:textId="77777777" w:rsidTr="00423CDA">
        <w:trPr>
          <w:jc w:val="center"/>
        </w:trPr>
        <w:tc>
          <w:tcPr>
            <w:tcW w:w="1131" w:type="dxa"/>
          </w:tcPr>
          <w:p w14:paraId="17023D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324</w:t>
            </w:r>
          </w:p>
        </w:tc>
        <w:tc>
          <w:tcPr>
            <w:tcW w:w="1559" w:type="dxa"/>
          </w:tcPr>
          <w:p w14:paraId="4C08830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1.001622</w:t>
            </w:r>
          </w:p>
        </w:tc>
        <w:tc>
          <w:tcPr>
            <w:tcW w:w="2446" w:type="dxa"/>
          </w:tcPr>
          <w:p w14:paraId="7D96D8C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ăn trưa đối với trẻ em mẫu giáo</w:t>
            </w:r>
          </w:p>
        </w:tc>
        <w:tc>
          <w:tcPr>
            <w:tcW w:w="1599" w:type="dxa"/>
          </w:tcPr>
          <w:p w14:paraId="1F06A6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5D2A97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897C77E" wp14:editId="01CCF7C8">
                  <wp:extent cx="640080" cy="640080"/>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8"/>
                          <a:stretch>
                            <a:fillRect/>
                          </a:stretch>
                        </pic:blipFill>
                        <pic:spPr>
                          <a:xfrm>
                            <a:off x="0" y="0"/>
                            <a:ext cx="640080" cy="640080"/>
                          </a:xfrm>
                          <a:prstGeom prst="rect">
                            <a:avLst/>
                          </a:prstGeom>
                        </pic:spPr>
                      </pic:pic>
                    </a:graphicData>
                  </a:graphic>
                </wp:inline>
              </w:drawing>
            </w:r>
          </w:p>
        </w:tc>
      </w:tr>
      <w:tr w:rsidR="005C547F" w:rsidRPr="0092658F" w14:paraId="3FFC99F9" w14:textId="77777777" w:rsidTr="00423CDA">
        <w:trPr>
          <w:jc w:val="center"/>
        </w:trPr>
        <w:tc>
          <w:tcPr>
            <w:tcW w:w="1131" w:type="dxa"/>
          </w:tcPr>
          <w:p w14:paraId="35A235E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325</w:t>
            </w:r>
          </w:p>
        </w:tc>
        <w:tc>
          <w:tcPr>
            <w:tcW w:w="1559" w:type="dxa"/>
          </w:tcPr>
          <w:p w14:paraId="2AFB1F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1.003970</w:t>
            </w:r>
          </w:p>
        </w:tc>
        <w:tc>
          <w:tcPr>
            <w:tcW w:w="2446" w:type="dxa"/>
          </w:tcPr>
          <w:p w14:paraId="7EF3AA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phương tiện trong trường hợp chuyển quyền sở hữu phương tiện đồng thời thay đổi cơ quan đăng ký phương tiện</w:t>
            </w:r>
          </w:p>
        </w:tc>
        <w:tc>
          <w:tcPr>
            <w:tcW w:w="1599" w:type="dxa"/>
          </w:tcPr>
          <w:p w14:paraId="64EDEF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1701ED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F4A6051" wp14:editId="535DC0CB">
                  <wp:extent cx="640080" cy="64008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29"/>
                          <a:stretch>
                            <a:fillRect/>
                          </a:stretch>
                        </pic:blipFill>
                        <pic:spPr>
                          <a:xfrm>
                            <a:off x="0" y="0"/>
                            <a:ext cx="640080" cy="640080"/>
                          </a:xfrm>
                          <a:prstGeom prst="rect">
                            <a:avLst/>
                          </a:prstGeom>
                        </pic:spPr>
                      </pic:pic>
                    </a:graphicData>
                  </a:graphic>
                </wp:inline>
              </w:drawing>
            </w:r>
          </w:p>
        </w:tc>
      </w:tr>
      <w:tr w:rsidR="005C547F" w:rsidRPr="0092658F" w14:paraId="4C06E3D4" w14:textId="77777777" w:rsidTr="00423CDA">
        <w:trPr>
          <w:jc w:val="center"/>
        </w:trPr>
        <w:tc>
          <w:tcPr>
            <w:tcW w:w="1131" w:type="dxa"/>
          </w:tcPr>
          <w:p w14:paraId="58ABC9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326</w:t>
            </w:r>
          </w:p>
        </w:tc>
        <w:tc>
          <w:tcPr>
            <w:tcW w:w="1559" w:type="dxa"/>
          </w:tcPr>
          <w:p w14:paraId="5157C6F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1.008951</w:t>
            </w:r>
          </w:p>
        </w:tc>
        <w:tc>
          <w:tcPr>
            <w:tcW w:w="2446" w:type="dxa"/>
          </w:tcPr>
          <w:p w14:paraId="2F7848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đối với giáo viên mầm non làm việc tại cơ sở giáo dục mầm non dân lập, tư thục ở địa bàn có khu công nghiệp</w:t>
            </w:r>
          </w:p>
        </w:tc>
        <w:tc>
          <w:tcPr>
            <w:tcW w:w="1599" w:type="dxa"/>
          </w:tcPr>
          <w:p w14:paraId="3491534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4633CB3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EBA1385" wp14:editId="538BC51C">
                  <wp:extent cx="640080" cy="64008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0"/>
                          <a:stretch>
                            <a:fillRect/>
                          </a:stretch>
                        </pic:blipFill>
                        <pic:spPr>
                          <a:xfrm>
                            <a:off x="0" y="0"/>
                            <a:ext cx="640080" cy="640080"/>
                          </a:xfrm>
                          <a:prstGeom prst="rect">
                            <a:avLst/>
                          </a:prstGeom>
                        </pic:spPr>
                      </pic:pic>
                    </a:graphicData>
                  </a:graphic>
                </wp:inline>
              </w:drawing>
            </w:r>
          </w:p>
        </w:tc>
      </w:tr>
      <w:tr w:rsidR="005C547F" w:rsidRPr="0092658F" w14:paraId="3A5D6DDA" w14:textId="77777777" w:rsidTr="00423CDA">
        <w:trPr>
          <w:jc w:val="center"/>
        </w:trPr>
        <w:tc>
          <w:tcPr>
            <w:tcW w:w="1131" w:type="dxa"/>
          </w:tcPr>
          <w:p w14:paraId="3F5F0B5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327</w:t>
            </w:r>
          </w:p>
        </w:tc>
        <w:tc>
          <w:tcPr>
            <w:tcW w:w="1559" w:type="dxa"/>
          </w:tcPr>
          <w:p w14:paraId="3C43D6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1.003930</w:t>
            </w:r>
          </w:p>
        </w:tc>
        <w:tc>
          <w:tcPr>
            <w:tcW w:w="2446" w:type="dxa"/>
          </w:tcPr>
          <w:p w14:paraId="11827C2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lại Giấy chứng nhận đăng ký phương tiện</w:t>
            </w:r>
          </w:p>
        </w:tc>
        <w:tc>
          <w:tcPr>
            <w:tcW w:w="1599" w:type="dxa"/>
          </w:tcPr>
          <w:p w14:paraId="55E0E47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2FAA7B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4159D50" wp14:editId="3C40CD3F">
                  <wp:extent cx="640080" cy="64008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1"/>
                          <a:stretch>
                            <a:fillRect/>
                          </a:stretch>
                        </pic:blipFill>
                        <pic:spPr>
                          <a:xfrm>
                            <a:off x="0" y="0"/>
                            <a:ext cx="640080" cy="640080"/>
                          </a:xfrm>
                          <a:prstGeom prst="rect">
                            <a:avLst/>
                          </a:prstGeom>
                        </pic:spPr>
                      </pic:pic>
                    </a:graphicData>
                  </a:graphic>
                </wp:inline>
              </w:drawing>
            </w:r>
          </w:p>
        </w:tc>
      </w:tr>
      <w:tr w:rsidR="005C547F" w:rsidRPr="0092658F" w14:paraId="70951495" w14:textId="77777777" w:rsidTr="00423CDA">
        <w:trPr>
          <w:jc w:val="center"/>
        </w:trPr>
        <w:tc>
          <w:tcPr>
            <w:tcW w:w="1131" w:type="dxa"/>
          </w:tcPr>
          <w:p w14:paraId="2D4C05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328</w:t>
            </w:r>
          </w:p>
        </w:tc>
        <w:tc>
          <w:tcPr>
            <w:tcW w:w="1559" w:type="dxa"/>
          </w:tcPr>
          <w:p w14:paraId="5868FC2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1.004047</w:t>
            </w:r>
          </w:p>
        </w:tc>
        <w:tc>
          <w:tcPr>
            <w:tcW w:w="2446" w:type="dxa"/>
          </w:tcPr>
          <w:p w14:paraId="4E9D9F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phương tiện lần đầu đối với phương tiện đang khai thác trên đường thủy nội địa</w:t>
            </w:r>
          </w:p>
        </w:tc>
        <w:tc>
          <w:tcPr>
            <w:tcW w:w="1599" w:type="dxa"/>
          </w:tcPr>
          <w:p w14:paraId="0FFB36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335575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D0EB2CB" wp14:editId="57EDE578">
                  <wp:extent cx="640080" cy="64008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2"/>
                          <a:stretch>
                            <a:fillRect/>
                          </a:stretch>
                        </pic:blipFill>
                        <pic:spPr>
                          <a:xfrm>
                            <a:off x="0" y="0"/>
                            <a:ext cx="640080" cy="640080"/>
                          </a:xfrm>
                          <a:prstGeom prst="rect">
                            <a:avLst/>
                          </a:prstGeom>
                        </pic:spPr>
                      </pic:pic>
                    </a:graphicData>
                  </a:graphic>
                </wp:inline>
              </w:drawing>
            </w:r>
          </w:p>
        </w:tc>
      </w:tr>
      <w:tr w:rsidR="005C547F" w:rsidRPr="0092658F" w14:paraId="45A4850E" w14:textId="77777777" w:rsidTr="00423CDA">
        <w:trPr>
          <w:jc w:val="center"/>
        </w:trPr>
        <w:tc>
          <w:tcPr>
            <w:tcW w:w="1131" w:type="dxa"/>
          </w:tcPr>
          <w:p w14:paraId="2243938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329</w:t>
            </w:r>
          </w:p>
        </w:tc>
        <w:tc>
          <w:tcPr>
            <w:tcW w:w="1559" w:type="dxa"/>
          </w:tcPr>
          <w:p w14:paraId="157FCEE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1.006391</w:t>
            </w:r>
          </w:p>
        </w:tc>
        <w:tc>
          <w:tcPr>
            <w:tcW w:w="2446" w:type="dxa"/>
          </w:tcPr>
          <w:p w14:paraId="63314F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phương tiện trong trường hợp chủ phương tiện thay đổi trụ sở hoặc nơi đăng ký hộ khẩu thường trú của chủ phương tiện sang đơn vị hành chính cấp tỉnh khác</w:t>
            </w:r>
          </w:p>
        </w:tc>
        <w:tc>
          <w:tcPr>
            <w:tcW w:w="1599" w:type="dxa"/>
          </w:tcPr>
          <w:p w14:paraId="75C2FA2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540457A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C89109F" wp14:editId="114F9069">
                  <wp:extent cx="640080" cy="64008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3"/>
                          <a:stretch>
                            <a:fillRect/>
                          </a:stretch>
                        </pic:blipFill>
                        <pic:spPr>
                          <a:xfrm>
                            <a:off x="0" y="0"/>
                            <a:ext cx="640080" cy="640080"/>
                          </a:xfrm>
                          <a:prstGeom prst="rect">
                            <a:avLst/>
                          </a:prstGeom>
                        </pic:spPr>
                      </pic:pic>
                    </a:graphicData>
                  </a:graphic>
                </wp:inline>
              </w:drawing>
            </w:r>
          </w:p>
        </w:tc>
      </w:tr>
      <w:tr w:rsidR="005C547F" w:rsidRPr="0092658F" w14:paraId="76F4BB34" w14:textId="77777777" w:rsidTr="00423CDA">
        <w:trPr>
          <w:jc w:val="center"/>
        </w:trPr>
        <w:tc>
          <w:tcPr>
            <w:tcW w:w="1131" w:type="dxa"/>
          </w:tcPr>
          <w:p w14:paraId="539131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330</w:t>
            </w:r>
          </w:p>
        </w:tc>
        <w:tc>
          <w:tcPr>
            <w:tcW w:w="1559" w:type="dxa"/>
          </w:tcPr>
          <w:p w14:paraId="04276C7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1.004088</w:t>
            </w:r>
          </w:p>
        </w:tc>
        <w:tc>
          <w:tcPr>
            <w:tcW w:w="2446" w:type="dxa"/>
          </w:tcPr>
          <w:p w14:paraId="777883B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phương tiện lần đầu đối với phương tiện chưa khai thác trên đường thủy nội địa</w:t>
            </w:r>
          </w:p>
        </w:tc>
        <w:tc>
          <w:tcPr>
            <w:tcW w:w="1599" w:type="dxa"/>
          </w:tcPr>
          <w:p w14:paraId="6562F58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207300D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463CE28" wp14:editId="73E8AF57">
                  <wp:extent cx="640080" cy="640080"/>
                  <wp:effectExtent l="0" t="0" r="0"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4"/>
                          <a:stretch>
                            <a:fillRect/>
                          </a:stretch>
                        </pic:blipFill>
                        <pic:spPr>
                          <a:xfrm>
                            <a:off x="0" y="0"/>
                            <a:ext cx="640080" cy="640080"/>
                          </a:xfrm>
                          <a:prstGeom prst="rect">
                            <a:avLst/>
                          </a:prstGeom>
                        </pic:spPr>
                      </pic:pic>
                    </a:graphicData>
                  </a:graphic>
                </wp:inline>
              </w:drawing>
            </w:r>
          </w:p>
        </w:tc>
      </w:tr>
      <w:tr w:rsidR="005C547F" w:rsidRPr="0092658F" w14:paraId="61B3DD2A" w14:textId="77777777" w:rsidTr="00423CDA">
        <w:trPr>
          <w:jc w:val="center"/>
        </w:trPr>
        <w:tc>
          <w:tcPr>
            <w:tcW w:w="1131" w:type="dxa"/>
          </w:tcPr>
          <w:p w14:paraId="25BEBE7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331</w:t>
            </w:r>
          </w:p>
        </w:tc>
        <w:tc>
          <w:tcPr>
            <w:tcW w:w="1559" w:type="dxa"/>
          </w:tcPr>
          <w:p w14:paraId="219CB4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2.001711</w:t>
            </w:r>
          </w:p>
        </w:tc>
        <w:tc>
          <w:tcPr>
            <w:tcW w:w="2446" w:type="dxa"/>
          </w:tcPr>
          <w:p w14:paraId="13D73F4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phương tiện trong trường hợp phương tiện thay đổi tên, tính năng kỹ thuật</w:t>
            </w:r>
          </w:p>
        </w:tc>
        <w:tc>
          <w:tcPr>
            <w:tcW w:w="1599" w:type="dxa"/>
          </w:tcPr>
          <w:p w14:paraId="43A233B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40A6FF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09BA281" wp14:editId="2DB5F91E">
                  <wp:extent cx="640080" cy="64008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5"/>
                          <a:stretch>
                            <a:fillRect/>
                          </a:stretch>
                        </pic:blipFill>
                        <pic:spPr>
                          <a:xfrm>
                            <a:off x="0" y="0"/>
                            <a:ext cx="640080" cy="640080"/>
                          </a:xfrm>
                          <a:prstGeom prst="rect">
                            <a:avLst/>
                          </a:prstGeom>
                        </pic:spPr>
                      </pic:pic>
                    </a:graphicData>
                  </a:graphic>
                </wp:inline>
              </w:drawing>
            </w:r>
          </w:p>
        </w:tc>
      </w:tr>
      <w:tr w:rsidR="005C547F" w:rsidRPr="0092658F" w14:paraId="56505D4E" w14:textId="77777777" w:rsidTr="00423CDA">
        <w:trPr>
          <w:jc w:val="center"/>
        </w:trPr>
        <w:tc>
          <w:tcPr>
            <w:tcW w:w="1131" w:type="dxa"/>
          </w:tcPr>
          <w:p w14:paraId="4C3880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332</w:t>
            </w:r>
          </w:p>
        </w:tc>
        <w:tc>
          <w:tcPr>
            <w:tcW w:w="1559" w:type="dxa"/>
          </w:tcPr>
          <w:p w14:paraId="2EA4C71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2.001947</w:t>
            </w:r>
          </w:p>
        </w:tc>
        <w:tc>
          <w:tcPr>
            <w:tcW w:w="2446" w:type="dxa"/>
          </w:tcPr>
          <w:p w14:paraId="0275CAB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kế hoạch hỗ trợ, can thiệp đối với trẻ em bị xâm hại hoặc có nguy cơ bị bạo lực, bóc lột, bỏ rơi và trẻ em có hoàn cảnh đặc biệt</w:t>
            </w:r>
          </w:p>
        </w:tc>
        <w:tc>
          <w:tcPr>
            <w:tcW w:w="1599" w:type="dxa"/>
          </w:tcPr>
          <w:p w14:paraId="7BEEABC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Trẻ em</w:t>
            </w:r>
          </w:p>
        </w:tc>
        <w:tc>
          <w:tcPr>
            <w:tcW w:w="1728" w:type="dxa"/>
          </w:tcPr>
          <w:p w14:paraId="0E405D8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922CDF7" wp14:editId="07443CF3">
                  <wp:extent cx="640080" cy="64008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6"/>
                          <a:stretch>
                            <a:fillRect/>
                          </a:stretch>
                        </pic:blipFill>
                        <pic:spPr>
                          <a:xfrm>
                            <a:off x="0" y="0"/>
                            <a:ext cx="640080" cy="640080"/>
                          </a:xfrm>
                          <a:prstGeom prst="rect">
                            <a:avLst/>
                          </a:prstGeom>
                        </pic:spPr>
                      </pic:pic>
                    </a:graphicData>
                  </a:graphic>
                </wp:inline>
              </w:drawing>
            </w:r>
          </w:p>
        </w:tc>
      </w:tr>
      <w:tr w:rsidR="005C547F" w:rsidRPr="0092658F" w14:paraId="25524A45" w14:textId="77777777" w:rsidTr="00423CDA">
        <w:trPr>
          <w:jc w:val="center"/>
        </w:trPr>
        <w:tc>
          <w:tcPr>
            <w:tcW w:w="1131" w:type="dxa"/>
          </w:tcPr>
          <w:p w14:paraId="641856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333</w:t>
            </w:r>
          </w:p>
        </w:tc>
        <w:tc>
          <w:tcPr>
            <w:tcW w:w="1559" w:type="dxa"/>
          </w:tcPr>
          <w:p w14:paraId="14C2D0F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1.005090</w:t>
            </w:r>
          </w:p>
        </w:tc>
        <w:tc>
          <w:tcPr>
            <w:tcW w:w="2446" w:type="dxa"/>
          </w:tcPr>
          <w:p w14:paraId="10D6851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Xét tuyển sinh vào trường phổ thông dân tộc nội trú</w:t>
            </w:r>
          </w:p>
        </w:tc>
        <w:tc>
          <w:tcPr>
            <w:tcW w:w="1599" w:type="dxa"/>
          </w:tcPr>
          <w:p w14:paraId="10BBBD0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Thi, tuyển sinh</w:t>
            </w:r>
          </w:p>
        </w:tc>
        <w:tc>
          <w:tcPr>
            <w:tcW w:w="1728" w:type="dxa"/>
          </w:tcPr>
          <w:p w14:paraId="0D4EDBC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FE2DCF0" wp14:editId="1D42D8E7">
                  <wp:extent cx="640080" cy="64008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7"/>
                          <a:stretch>
                            <a:fillRect/>
                          </a:stretch>
                        </pic:blipFill>
                        <pic:spPr>
                          <a:xfrm>
                            <a:off x="0" y="0"/>
                            <a:ext cx="640080" cy="640080"/>
                          </a:xfrm>
                          <a:prstGeom prst="rect">
                            <a:avLst/>
                          </a:prstGeom>
                        </pic:spPr>
                      </pic:pic>
                    </a:graphicData>
                  </a:graphic>
                </wp:inline>
              </w:drawing>
            </w:r>
          </w:p>
        </w:tc>
      </w:tr>
      <w:tr w:rsidR="005C547F" w:rsidRPr="0092658F" w14:paraId="0FF00DC5" w14:textId="77777777" w:rsidTr="00423CDA">
        <w:trPr>
          <w:jc w:val="center"/>
        </w:trPr>
        <w:tc>
          <w:tcPr>
            <w:tcW w:w="1131" w:type="dxa"/>
          </w:tcPr>
          <w:p w14:paraId="60F7FE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334</w:t>
            </w:r>
          </w:p>
        </w:tc>
        <w:tc>
          <w:tcPr>
            <w:tcW w:w="1559" w:type="dxa"/>
          </w:tcPr>
          <w:p w14:paraId="24FAA27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1.004002</w:t>
            </w:r>
          </w:p>
        </w:tc>
        <w:tc>
          <w:tcPr>
            <w:tcW w:w="2446" w:type="dxa"/>
          </w:tcPr>
          <w:p w14:paraId="3E383C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phương tiện trong trường hợp chuyển quyền sở hữu phương tiện nhưng không thay đổi cơ quan đăng ký phương tiện</w:t>
            </w:r>
          </w:p>
        </w:tc>
        <w:tc>
          <w:tcPr>
            <w:tcW w:w="1599" w:type="dxa"/>
          </w:tcPr>
          <w:p w14:paraId="0E6B33F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41B6769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887D71B" wp14:editId="7E5401B1">
                  <wp:extent cx="640080" cy="640080"/>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8"/>
                          <a:stretch>
                            <a:fillRect/>
                          </a:stretch>
                        </pic:blipFill>
                        <pic:spPr>
                          <a:xfrm>
                            <a:off x="0" y="0"/>
                            <a:ext cx="640080" cy="640080"/>
                          </a:xfrm>
                          <a:prstGeom prst="rect">
                            <a:avLst/>
                          </a:prstGeom>
                        </pic:spPr>
                      </pic:pic>
                    </a:graphicData>
                  </a:graphic>
                </wp:inline>
              </w:drawing>
            </w:r>
          </w:p>
        </w:tc>
      </w:tr>
      <w:tr w:rsidR="005C547F" w:rsidRPr="0092658F" w14:paraId="25CA970B" w14:textId="77777777" w:rsidTr="00423CDA">
        <w:trPr>
          <w:jc w:val="center"/>
        </w:trPr>
        <w:tc>
          <w:tcPr>
            <w:tcW w:w="1131" w:type="dxa"/>
          </w:tcPr>
          <w:p w14:paraId="074CF7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335</w:t>
            </w:r>
          </w:p>
        </w:tc>
        <w:tc>
          <w:tcPr>
            <w:tcW w:w="1559" w:type="dxa"/>
          </w:tcPr>
          <w:p w14:paraId="2EC5F7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1.004944</w:t>
            </w:r>
          </w:p>
        </w:tc>
        <w:tc>
          <w:tcPr>
            <w:tcW w:w="2446" w:type="dxa"/>
          </w:tcPr>
          <w:p w14:paraId="7BC6BC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Chấm dứt việc chăm sóc thay thế cho trẻ em</w:t>
            </w:r>
          </w:p>
        </w:tc>
        <w:tc>
          <w:tcPr>
            <w:tcW w:w="1599" w:type="dxa"/>
          </w:tcPr>
          <w:p w14:paraId="12330D0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Trẻ em</w:t>
            </w:r>
          </w:p>
        </w:tc>
        <w:tc>
          <w:tcPr>
            <w:tcW w:w="1728" w:type="dxa"/>
          </w:tcPr>
          <w:p w14:paraId="4B876F6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7D1F02A" wp14:editId="4BF767AE">
                  <wp:extent cx="640080" cy="64008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39"/>
                          <a:stretch>
                            <a:fillRect/>
                          </a:stretch>
                        </pic:blipFill>
                        <pic:spPr>
                          <a:xfrm>
                            <a:off x="0" y="0"/>
                            <a:ext cx="640080" cy="640080"/>
                          </a:xfrm>
                          <a:prstGeom prst="rect">
                            <a:avLst/>
                          </a:prstGeom>
                        </pic:spPr>
                      </pic:pic>
                    </a:graphicData>
                  </a:graphic>
                </wp:inline>
              </w:drawing>
            </w:r>
          </w:p>
        </w:tc>
      </w:tr>
      <w:tr w:rsidR="005C547F" w:rsidRPr="0092658F" w14:paraId="1055998D" w14:textId="77777777" w:rsidTr="00423CDA">
        <w:trPr>
          <w:jc w:val="center"/>
        </w:trPr>
        <w:tc>
          <w:tcPr>
            <w:tcW w:w="1131" w:type="dxa"/>
          </w:tcPr>
          <w:p w14:paraId="681150C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336</w:t>
            </w:r>
          </w:p>
        </w:tc>
        <w:tc>
          <w:tcPr>
            <w:tcW w:w="1559" w:type="dxa"/>
          </w:tcPr>
          <w:p w14:paraId="7B5566B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1.005040</w:t>
            </w:r>
          </w:p>
        </w:tc>
        <w:tc>
          <w:tcPr>
            <w:tcW w:w="2446" w:type="dxa"/>
          </w:tcPr>
          <w:p w14:paraId="16536F8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Xác nhận trình báo đường thủy nội địa hoặc trình báo đường thủy nội địa bổ sung</w:t>
            </w:r>
          </w:p>
        </w:tc>
        <w:tc>
          <w:tcPr>
            <w:tcW w:w="1599" w:type="dxa"/>
          </w:tcPr>
          <w:p w14:paraId="19EB36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6F9DB5D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D5151C1" wp14:editId="63BA4742">
                  <wp:extent cx="640080" cy="64008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0"/>
                          <a:stretch>
                            <a:fillRect/>
                          </a:stretch>
                        </pic:blipFill>
                        <pic:spPr>
                          <a:xfrm>
                            <a:off x="0" y="0"/>
                            <a:ext cx="640080" cy="640080"/>
                          </a:xfrm>
                          <a:prstGeom prst="rect">
                            <a:avLst/>
                          </a:prstGeom>
                        </pic:spPr>
                      </pic:pic>
                    </a:graphicData>
                  </a:graphic>
                </wp:inline>
              </w:drawing>
            </w:r>
          </w:p>
        </w:tc>
      </w:tr>
      <w:tr w:rsidR="005C547F" w:rsidRPr="0092658F" w14:paraId="6FA84E36" w14:textId="77777777" w:rsidTr="00423CDA">
        <w:trPr>
          <w:jc w:val="center"/>
        </w:trPr>
        <w:tc>
          <w:tcPr>
            <w:tcW w:w="1131" w:type="dxa"/>
          </w:tcPr>
          <w:p w14:paraId="3EF082B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337</w:t>
            </w:r>
          </w:p>
        </w:tc>
        <w:tc>
          <w:tcPr>
            <w:tcW w:w="1559" w:type="dxa"/>
          </w:tcPr>
          <w:p w14:paraId="2BD3DE8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2.001255</w:t>
            </w:r>
          </w:p>
        </w:tc>
        <w:tc>
          <w:tcPr>
            <w:tcW w:w="2446" w:type="dxa"/>
          </w:tcPr>
          <w:p w14:paraId="7A0BD8E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lại việc nuôi con nuôi trong nước</w:t>
            </w:r>
          </w:p>
        </w:tc>
        <w:tc>
          <w:tcPr>
            <w:tcW w:w="1599" w:type="dxa"/>
          </w:tcPr>
          <w:p w14:paraId="338CC7D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Nuôi con nuôi</w:t>
            </w:r>
          </w:p>
        </w:tc>
        <w:tc>
          <w:tcPr>
            <w:tcW w:w="1728" w:type="dxa"/>
          </w:tcPr>
          <w:p w14:paraId="3ADA9C3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C4C8969" wp14:editId="1F408A91">
                  <wp:extent cx="640080" cy="64008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1"/>
                          <a:stretch>
                            <a:fillRect/>
                          </a:stretch>
                        </pic:blipFill>
                        <pic:spPr>
                          <a:xfrm>
                            <a:off x="0" y="0"/>
                            <a:ext cx="640080" cy="640080"/>
                          </a:xfrm>
                          <a:prstGeom prst="rect">
                            <a:avLst/>
                          </a:prstGeom>
                        </pic:spPr>
                      </pic:pic>
                    </a:graphicData>
                  </a:graphic>
                </wp:inline>
              </w:drawing>
            </w:r>
          </w:p>
        </w:tc>
      </w:tr>
      <w:tr w:rsidR="005C547F" w:rsidRPr="0092658F" w14:paraId="7FC0FC67" w14:textId="77777777" w:rsidTr="00423CDA">
        <w:trPr>
          <w:jc w:val="center"/>
        </w:trPr>
        <w:tc>
          <w:tcPr>
            <w:tcW w:w="1131" w:type="dxa"/>
          </w:tcPr>
          <w:p w14:paraId="26CD52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338</w:t>
            </w:r>
          </w:p>
        </w:tc>
        <w:tc>
          <w:tcPr>
            <w:tcW w:w="1559" w:type="dxa"/>
          </w:tcPr>
          <w:p w14:paraId="2DD352E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1.001731</w:t>
            </w:r>
          </w:p>
        </w:tc>
        <w:tc>
          <w:tcPr>
            <w:tcW w:w="2446" w:type="dxa"/>
          </w:tcPr>
          <w:p w14:paraId="1F1FA51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chi phí mai táng cho đối tượng bảo trợ xã hội</w:t>
            </w:r>
          </w:p>
        </w:tc>
        <w:tc>
          <w:tcPr>
            <w:tcW w:w="1599" w:type="dxa"/>
          </w:tcPr>
          <w:p w14:paraId="1C0CEF9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374F7E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A109540" wp14:editId="393A710C">
                  <wp:extent cx="640080" cy="64008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2"/>
                          <a:stretch>
                            <a:fillRect/>
                          </a:stretch>
                        </pic:blipFill>
                        <pic:spPr>
                          <a:xfrm>
                            <a:off x="0" y="0"/>
                            <a:ext cx="640080" cy="640080"/>
                          </a:xfrm>
                          <a:prstGeom prst="rect">
                            <a:avLst/>
                          </a:prstGeom>
                        </pic:spPr>
                      </pic:pic>
                    </a:graphicData>
                  </a:graphic>
                </wp:inline>
              </w:drawing>
            </w:r>
          </w:p>
        </w:tc>
      </w:tr>
      <w:tr w:rsidR="005C547F" w:rsidRPr="0092658F" w14:paraId="56FD4E19" w14:textId="77777777" w:rsidTr="00423CDA">
        <w:trPr>
          <w:jc w:val="center"/>
        </w:trPr>
        <w:tc>
          <w:tcPr>
            <w:tcW w:w="1131" w:type="dxa"/>
          </w:tcPr>
          <w:p w14:paraId="299FEB8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339</w:t>
            </w:r>
          </w:p>
        </w:tc>
        <w:tc>
          <w:tcPr>
            <w:tcW w:w="1559" w:type="dxa"/>
          </w:tcPr>
          <w:p w14:paraId="771AD03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1.013997</w:t>
            </w:r>
          </w:p>
        </w:tc>
        <w:tc>
          <w:tcPr>
            <w:tcW w:w="2446" w:type="dxa"/>
          </w:tcPr>
          <w:p w14:paraId="5AB3913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cơ sở sản xuất bị thiệt hại do dịch bệnh động vật (cơ sở sản xuất không thuộc lực lượng vũ trang nhân dân)</w:t>
            </w:r>
          </w:p>
        </w:tc>
        <w:tc>
          <w:tcPr>
            <w:tcW w:w="1599" w:type="dxa"/>
          </w:tcPr>
          <w:p w14:paraId="35D7024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Thú y</w:t>
            </w:r>
          </w:p>
        </w:tc>
        <w:tc>
          <w:tcPr>
            <w:tcW w:w="1728" w:type="dxa"/>
          </w:tcPr>
          <w:p w14:paraId="147E93E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20FA710" wp14:editId="7D88D226">
                  <wp:extent cx="640080" cy="64008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3"/>
                          <a:stretch>
                            <a:fillRect/>
                          </a:stretch>
                        </pic:blipFill>
                        <pic:spPr>
                          <a:xfrm>
                            <a:off x="0" y="0"/>
                            <a:ext cx="640080" cy="640080"/>
                          </a:xfrm>
                          <a:prstGeom prst="rect">
                            <a:avLst/>
                          </a:prstGeom>
                        </pic:spPr>
                      </pic:pic>
                    </a:graphicData>
                  </a:graphic>
                </wp:inline>
              </w:drawing>
            </w:r>
          </w:p>
        </w:tc>
      </w:tr>
      <w:tr w:rsidR="005C547F" w:rsidRPr="0092658F" w14:paraId="414F825E" w14:textId="77777777" w:rsidTr="00423CDA">
        <w:trPr>
          <w:jc w:val="center"/>
        </w:trPr>
        <w:tc>
          <w:tcPr>
            <w:tcW w:w="1131" w:type="dxa"/>
          </w:tcPr>
          <w:p w14:paraId="4EAA09F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340</w:t>
            </w:r>
          </w:p>
        </w:tc>
        <w:tc>
          <w:tcPr>
            <w:tcW w:w="1559" w:type="dxa"/>
          </w:tcPr>
          <w:p w14:paraId="6C4D56B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2.000477</w:t>
            </w:r>
          </w:p>
        </w:tc>
        <w:tc>
          <w:tcPr>
            <w:tcW w:w="2446" w:type="dxa"/>
          </w:tcPr>
          <w:p w14:paraId="6E04B2B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Dừng trợ giúp xã hội tại cơ sở trợ giúp xã hội</w:t>
            </w:r>
          </w:p>
        </w:tc>
        <w:tc>
          <w:tcPr>
            <w:tcW w:w="1599" w:type="dxa"/>
          </w:tcPr>
          <w:p w14:paraId="45485F8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0486C5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4F2E4A2" wp14:editId="7539D2D2">
                  <wp:extent cx="640080" cy="640080"/>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4"/>
                          <a:stretch>
                            <a:fillRect/>
                          </a:stretch>
                        </pic:blipFill>
                        <pic:spPr>
                          <a:xfrm>
                            <a:off x="0" y="0"/>
                            <a:ext cx="640080" cy="640080"/>
                          </a:xfrm>
                          <a:prstGeom prst="rect">
                            <a:avLst/>
                          </a:prstGeom>
                        </pic:spPr>
                      </pic:pic>
                    </a:graphicData>
                  </a:graphic>
                </wp:inline>
              </w:drawing>
            </w:r>
          </w:p>
        </w:tc>
      </w:tr>
      <w:tr w:rsidR="005C547F" w:rsidRPr="0092658F" w14:paraId="742A8383" w14:textId="77777777" w:rsidTr="00423CDA">
        <w:trPr>
          <w:jc w:val="center"/>
        </w:trPr>
        <w:tc>
          <w:tcPr>
            <w:tcW w:w="1131" w:type="dxa"/>
          </w:tcPr>
          <w:p w14:paraId="22491F5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341</w:t>
            </w:r>
          </w:p>
        </w:tc>
        <w:tc>
          <w:tcPr>
            <w:tcW w:w="1559" w:type="dxa"/>
          </w:tcPr>
          <w:p w14:paraId="6A4472F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1.013061</w:t>
            </w:r>
          </w:p>
        </w:tc>
        <w:tc>
          <w:tcPr>
            <w:tcW w:w="2446" w:type="dxa"/>
          </w:tcPr>
          <w:p w14:paraId="5EFA910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phép thi công công trình trên đường bộ đang khai thác</w:t>
            </w:r>
          </w:p>
        </w:tc>
        <w:tc>
          <w:tcPr>
            <w:tcW w:w="1599" w:type="dxa"/>
          </w:tcPr>
          <w:p w14:paraId="4D9B38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Đường bộ</w:t>
            </w:r>
          </w:p>
        </w:tc>
        <w:tc>
          <w:tcPr>
            <w:tcW w:w="1728" w:type="dxa"/>
          </w:tcPr>
          <w:p w14:paraId="56DCEAD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659B66E" wp14:editId="7AB8626A">
                  <wp:extent cx="640080" cy="64008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5"/>
                          <a:stretch>
                            <a:fillRect/>
                          </a:stretch>
                        </pic:blipFill>
                        <pic:spPr>
                          <a:xfrm>
                            <a:off x="0" y="0"/>
                            <a:ext cx="640080" cy="640080"/>
                          </a:xfrm>
                          <a:prstGeom prst="rect">
                            <a:avLst/>
                          </a:prstGeom>
                        </pic:spPr>
                      </pic:pic>
                    </a:graphicData>
                  </a:graphic>
                </wp:inline>
              </w:drawing>
            </w:r>
          </w:p>
        </w:tc>
      </w:tr>
      <w:tr w:rsidR="005C547F" w:rsidRPr="0092658F" w14:paraId="5332F81B" w14:textId="77777777" w:rsidTr="00423CDA">
        <w:trPr>
          <w:jc w:val="center"/>
        </w:trPr>
        <w:tc>
          <w:tcPr>
            <w:tcW w:w="1131" w:type="dxa"/>
          </w:tcPr>
          <w:p w14:paraId="1E041C0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342</w:t>
            </w:r>
          </w:p>
        </w:tc>
        <w:tc>
          <w:tcPr>
            <w:tcW w:w="1559" w:type="dxa"/>
          </w:tcPr>
          <w:p w14:paraId="1EB3C7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1.011606</w:t>
            </w:r>
          </w:p>
        </w:tc>
        <w:tc>
          <w:tcPr>
            <w:tcW w:w="2446" w:type="dxa"/>
          </w:tcPr>
          <w:p w14:paraId="71EC0D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hộ nghèo, hộ cận nghèo; hộ thoát nghèo, hộ thoát cận nghèo định kỳ hằng năm</w:t>
            </w:r>
          </w:p>
        </w:tc>
        <w:tc>
          <w:tcPr>
            <w:tcW w:w="1599" w:type="dxa"/>
          </w:tcPr>
          <w:p w14:paraId="07C00B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Giảm nghèo</w:t>
            </w:r>
          </w:p>
        </w:tc>
        <w:tc>
          <w:tcPr>
            <w:tcW w:w="1728" w:type="dxa"/>
          </w:tcPr>
          <w:p w14:paraId="6D899C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EA46F27" wp14:editId="5548DB59">
                  <wp:extent cx="640080" cy="64008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6"/>
                          <a:stretch>
                            <a:fillRect/>
                          </a:stretch>
                        </pic:blipFill>
                        <pic:spPr>
                          <a:xfrm>
                            <a:off x="0" y="0"/>
                            <a:ext cx="640080" cy="640080"/>
                          </a:xfrm>
                          <a:prstGeom prst="rect">
                            <a:avLst/>
                          </a:prstGeom>
                        </pic:spPr>
                      </pic:pic>
                    </a:graphicData>
                  </a:graphic>
                </wp:inline>
              </w:drawing>
            </w:r>
          </w:p>
        </w:tc>
      </w:tr>
      <w:tr w:rsidR="005C547F" w:rsidRPr="0092658F" w14:paraId="5619BF8D" w14:textId="77777777" w:rsidTr="00423CDA">
        <w:trPr>
          <w:jc w:val="center"/>
        </w:trPr>
        <w:tc>
          <w:tcPr>
            <w:tcW w:w="1131" w:type="dxa"/>
          </w:tcPr>
          <w:p w14:paraId="6564F58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343</w:t>
            </w:r>
          </w:p>
        </w:tc>
        <w:tc>
          <w:tcPr>
            <w:tcW w:w="1559" w:type="dxa"/>
          </w:tcPr>
          <w:p w14:paraId="6D2D28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2.001955</w:t>
            </w:r>
          </w:p>
        </w:tc>
        <w:tc>
          <w:tcPr>
            <w:tcW w:w="2446" w:type="dxa"/>
          </w:tcPr>
          <w:p w14:paraId="7888960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nội quy lao động của doanh nghiệp</w:t>
            </w:r>
          </w:p>
        </w:tc>
        <w:tc>
          <w:tcPr>
            <w:tcW w:w="1599" w:type="dxa"/>
          </w:tcPr>
          <w:p w14:paraId="2AF00A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Lao động, tiền lương</w:t>
            </w:r>
          </w:p>
        </w:tc>
        <w:tc>
          <w:tcPr>
            <w:tcW w:w="1728" w:type="dxa"/>
          </w:tcPr>
          <w:p w14:paraId="55BD31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713B74D" wp14:editId="7A6BFA3B">
                  <wp:extent cx="640080" cy="64008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7"/>
                          <a:stretch>
                            <a:fillRect/>
                          </a:stretch>
                        </pic:blipFill>
                        <pic:spPr>
                          <a:xfrm>
                            <a:off x="0" y="0"/>
                            <a:ext cx="640080" cy="640080"/>
                          </a:xfrm>
                          <a:prstGeom prst="rect">
                            <a:avLst/>
                          </a:prstGeom>
                        </pic:spPr>
                      </pic:pic>
                    </a:graphicData>
                  </a:graphic>
                </wp:inline>
              </w:drawing>
            </w:r>
          </w:p>
        </w:tc>
      </w:tr>
      <w:tr w:rsidR="005C547F" w:rsidRPr="0092658F" w14:paraId="0D6BB2CD" w14:textId="77777777" w:rsidTr="00423CDA">
        <w:trPr>
          <w:jc w:val="center"/>
        </w:trPr>
        <w:tc>
          <w:tcPr>
            <w:tcW w:w="1131" w:type="dxa"/>
          </w:tcPr>
          <w:p w14:paraId="34D656D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344</w:t>
            </w:r>
          </w:p>
        </w:tc>
        <w:tc>
          <w:tcPr>
            <w:tcW w:w="1559" w:type="dxa"/>
          </w:tcPr>
          <w:p w14:paraId="1DCF69E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1.012836</w:t>
            </w:r>
          </w:p>
        </w:tc>
        <w:tc>
          <w:tcPr>
            <w:tcW w:w="2446" w:type="dxa"/>
          </w:tcPr>
          <w:p w14:paraId="391E81E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1599" w:type="dxa"/>
          </w:tcPr>
          <w:p w14:paraId="626B7E7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Chăn nuôi</w:t>
            </w:r>
          </w:p>
        </w:tc>
        <w:tc>
          <w:tcPr>
            <w:tcW w:w="1728" w:type="dxa"/>
          </w:tcPr>
          <w:p w14:paraId="50DEC6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B6BB3E7" wp14:editId="0DE1722C">
                  <wp:extent cx="640080" cy="64008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8"/>
                          <a:stretch>
                            <a:fillRect/>
                          </a:stretch>
                        </pic:blipFill>
                        <pic:spPr>
                          <a:xfrm>
                            <a:off x="0" y="0"/>
                            <a:ext cx="640080" cy="640080"/>
                          </a:xfrm>
                          <a:prstGeom prst="rect">
                            <a:avLst/>
                          </a:prstGeom>
                        </pic:spPr>
                      </pic:pic>
                    </a:graphicData>
                  </a:graphic>
                </wp:inline>
              </w:drawing>
            </w:r>
          </w:p>
        </w:tc>
      </w:tr>
      <w:tr w:rsidR="005C547F" w:rsidRPr="0092658F" w14:paraId="199A1D48" w14:textId="77777777" w:rsidTr="00423CDA">
        <w:trPr>
          <w:jc w:val="center"/>
        </w:trPr>
        <w:tc>
          <w:tcPr>
            <w:tcW w:w="1131" w:type="dxa"/>
          </w:tcPr>
          <w:p w14:paraId="77B728F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345</w:t>
            </w:r>
          </w:p>
        </w:tc>
        <w:tc>
          <w:tcPr>
            <w:tcW w:w="1559" w:type="dxa"/>
          </w:tcPr>
          <w:p w14:paraId="48ABFC1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3.000250</w:t>
            </w:r>
          </w:p>
        </w:tc>
        <w:tc>
          <w:tcPr>
            <w:tcW w:w="2446" w:type="dxa"/>
          </w:tcPr>
          <w:p w14:paraId="08F33FE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1599" w:type="dxa"/>
          </w:tcPr>
          <w:p w14:paraId="76E714D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Lâm nghiệp và Kiểm lâm</w:t>
            </w:r>
          </w:p>
        </w:tc>
        <w:tc>
          <w:tcPr>
            <w:tcW w:w="1728" w:type="dxa"/>
          </w:tcPr>
          <w:p w14:paraId="1A17AED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CE5BFE1" wp14:editId="34FECF90">
                  <wp:extent cx="640080" cy="64008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49"/>
                          <a:stretch>
                            <a:fillRect/>
                          </a:stretch>
                        </pic:blipFill>
                        <pic:spPr>
                          <a:xfrm>
                            <a:off x="0" y="0"/>
                            <a:ext cx="640080" cy="640080"/>
                          </a:xfrm>
                          <a:prstGeom prst="rect">
                            <a:avLst/>
                          </a:prstGeom>
                        </pic:spPr>
                      </pic:pic>
                    </a:graphicData>
                  </a:graphic>
                </wp:inline>
              </w:drawing>
            </w:r>
          </w:p>
        </w:tc>
      </w:tr>
      <w:tr w:rsidR="005C547F" w:rsidRPr="0092658F" w14:paraId="02A37AF2" w14:textId="77777777" w:rsidTr="00423CDA">
        <w:trPr>
          <w:jc w:val="center"/>
        </w:trPr>
        <w:tc>
          <w:tcPr>
            <w:tcW w:w="1131" w:type="dxa"/>
          </w:tcPr>
          <w:p w14:paraId="486224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346</w:t>
            </w:r>
          </w:p>
        </w:tc>
        <w:tc>
          <w:tcPr>
            <w:tcW w:w="1559" w:type="dxa"/>
          </w:tcPr>
          <w:p w14:paraId="780EF3B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1.003434</w:t>
            </w:r>
          </w:p>
        </w:tc>
        <w:tc>
          <w:tcPr>
            <w:tcW w:w="2446" w:type="dxa"/>
          </w:tcPr>
          <w:p w14:paraId="70A7EB1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dự án liên kết (cấp xã)</w:t>
            </w:r>
          </w:p>
        </w:tc>
        <w:tc>
          <w:tcPr>
            <w:tcW w:w="1599" w:type="dxa"/>
          </w:tcPr>
          <w:p w14:paraId="74F30C9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Kinh tế hợp tác và Phát triển nông thôn</w:t>
            </w:r>
          </w:p>
        </w:tc>
        <w:tc>
          <w:tcPr>
            <w:tcW w:w="1728" w:type="dxa"/>
          </w:tcPr>
          <w:p w14:paraId="2B3746C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E6DA353" wp14:editId="3F1F8317">
                  <wp:extent cx="640080" cy="64008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0"/>
                          <a:stretch>
                            <a:fillRect/>
                          </a:stretch>
                        </pic:blipFill>
                        <pic:spPr>
                          <a:xfrm>
                            <a:off x="0" y="0"/>
                            <a:ext cx="640080" cy="640080"/>
                          </a:xfrm>
                          <a:prstGeom prst="rect">
                            <a:avLst/>
                          </a:prstGeom>
                        </pic:spPr>
                      </pic:pic>
                    </a:graphicData>
                  </a:graphic>
                </wp:inline>
              </w:drawing>
            </w:r>
          </w:p>
        </w:tc>
      </w:tr>
      <w:tr w:rsidR="005C547F" w:rsidRPr="0092658F" w14:paraId="3FE42B60" w14:textId="77777777" w:rsidTr="00423CDA">
        <w:trPr>
          <w:jc w:val="center"/>
        </w:trPr>
        <w:tc>
          <w:tcPr>
            <w:tcW w:w="1131" w:type="dxa"/>
          </w:tcPr>
          <w:p w14:paraId="54B034E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347</w:t>
            </w:r>
          </w:p>
        </w:tc>
        <w:tc>
          <w:tcPr>
            <w:tcW w:w="1559" w:type="dxa"/>
          </w:tcPr>
          <w:p w14:paraId="06EB965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1.013796</w:t>
            </w:r>
          </w:p>
        </w:tc>
        <w:tc>
          <w:tcPr>
            <w:tcW w:w="2446" w:type="dxa"/>
          </w:tcPr>
          <w:p w14:paraId="16F22B3F" w14:textId="115F3513"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đề nghị tổ chức đại hội của tổ chức tôn giáo, tổ chức tôn giáo trực thuộc, tổ chức được cấp chứng nhận đăng ký hoạt động tôn giáo có địa bàn hoạt động ở một xã</w:t>
            </w:r>
          </w:p>
        </w:tc>
        <w:tc>
          <w:tcPr>
            <w:tcW w:w="1599" w:type="dxa"/>
          </w:tcPr>
          <w:p w14:paraId="6371BB7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1D32C6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36F4DE53" wp14:editId="6B01EF3D">
                  <wp:extent cx="640080" cy="64008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1"/>
                          <a:stretch>
                            <a:fillRect/>
                          </a:stretch>
                        </pic:blipFill>
                        <pic:spPr>
                          <a:xfrm>
                            <a:off x="0" y="0"/>
                            <a:ext cx="640080" cy="640080"/>
                          </a:xfrm>
                          <a:prstGeom prst="rect">
                            <a:avLst/>
                          </a:prstGeom>
                        </pic:spPr>
                      </pic:pic>
                    </a:graphicData>
                  </a:graphic>
                </wp:inline>
              </w:drawing>
            </w:r>
          </w:p>
        </w:tc>
      </w:tr>
      <w:tr w:rsidR="005C547F" w:rsidRPr="0092658F" w14:paraId="25A7D938" w14:textId="77777777" w:rsidTr="00423CDA">
        <w:trPr>
          <w:jc w:val="center"/>
        </w:trPr>
        <w:tc>
          <w:tcPr>
            <w:tcW w:w="1131" w:type="dxa"/>
          </w:tcPr>
          <w:p w14:paraId="2F60CF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348</w:t>
            </w:r>
          </w:p>
        </w:tc>
        <w:tc>
          <w:tcPr>
            <w:tcW w:w="1559" w:type="dxa"/>
          </w:tcPr>
          <w:p w14:paraId="2FF6E2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1.008004</w:t>
            </w:r>
          </w:p>
        </w:tc>
        <w:tc>
          <w:tcPr>
            <w:tcW w:w="2446" w:type="dxa"/>
          </w:tcPr>
          <w:p w14:paraId="2D6AAC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Chuyển đổi cơ cấu cây trồng, vật nuôi trên đất trồng lúa</w:t>
            </w:r>
          </w:p>
        </w:tc>
        <w:tc>
          <w:tcPr>
            <w:tcW w:w="1599" w:type="dxa"/>
          </w:tcPr>
          <w:p w14:paraId="7078DC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Trồng trọt</w:t>
            </w:r>
          </w:p>
        </w:tc>
        <w:tc>
          <w:tcPr>
            <w:tcW w:w="1728" w:type="dxa"/>
          </w:tcPr>
          <w:p w14:paraId="67A0FA1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443F63D" wp14:editId="7E4A5E65">
                  <wp:extent cx="640080" cy="64008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2"/>
                          <a:stretch>
                            <a:fillRect/>
                          </a:stretch>
                        </pic:blipFill>
                        <pic:spPr>
                          <a:xfrm>
                            <a:off x="0" y="0"/>
                            <a:ext cx="640080" cy="640080"/>
                          </a:xfrm>
                          <a:prstGeom prst="rect">
                            <a:avLst/>
                          </a:prstGeom>
                        </pic:spPr>
                      </pic:pic>
                    </a:graphicData>
                  </a:graphic>
                </wp:inline>
              </w:drawing>
            </w:r>
          </w:p>
        </w:tc>
      </w:tr>
      <w:tr w:rsidR="005C547F" w:rsidRPr="0092658F" w14:paraId="33F91CA8" w14:textId="77777777" w:rsidTr="00423CDA">
        <w:trPr>
          <w:jc w:val="center"/>
        </w:trPr>
        <w:tc>
          <w:tcPr>
            <w:tcW w:w="1131" w:type="dxa"/>
          </w:tcPr>
          <w:p w14:paraId="3344F30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349</w:t>
            </w:r>
          </w:p>
        </w:tc>
        <w:tc>
          <w:tcPr>
            <w:tcW w:w="1559" w:type="dxa"/>
          </w:tcPr>
          <w:p w14:paraId="772C9B3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1.004979</w:t>
            </w:r>
          </w:p>
        </w:tc>
        <w:tc>
          <w:tcPr>
            <w:tcW w:w="2446" w:type="dxa"/>
          </w:tcPr>
          <w:p w14:paraId="054BDCB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Thông báo thay đổi nội dung đăng ký hợp tác xã, liên hiệp hợp tác xã; Thông báo thay đổi nội dung đăng ký đối với hợp tác xã, liên hiệp hợp </w:t>
            </w:r>
            <w:r w:rsidRPr="0092658F">
              <w:rPr>
                <w:rFonts w:ascii="Times New Roman" w:hAnsi="Times New Roman" w:cs="Times New Roman"/>
              </w:rPr>
              <w:lastRenderedPageBreak/>
              <w:t>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w="1599" w:type="dxa"/>
          </w:tcPr>
          <w:p w14:paraId="4A5DEC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Thành lập và hoạt động của tổ hợp tác, hợp tác xã, liên hiệp hợp tác xã</w:t>
            </w:r>
          </w:p>
        </w:tc>
        <w:tc>
          <w:tcPr>
            <w:tcW w:w="1728" w:type="dxa"/>
          </w:tcPr>
          <w:p w14:paraId="1047F7C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614398A" wp14:editId="50F00586">
                  <wp:extent cx="640080" cy="64008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3"/>
                          <a:stretch>
                            <a:fillRect/>
                          </a:stretch>
                        </pic:blipFill>
                        <pic:spPr>
                          <a:xfrm>
                            <a:off x="0" y="0"/>
                            <a:ext cx="640080" cy="640080"/>
                          </a:xfrm>
                          <a:prstGeom prst="rect">
                            <a:avLst/>
                          </a:prstGeom>
                        </pic:spPr>
                      </pic:pic>
                    </a:graphicData>
                  </a:graphic>
                </wp:inline>
              </w:drawing>
            </w:r>
          </w:p>
        </w:tc>
      </w:tr>
      <w:tr w:rsidR="005C547F" w:rsidRPr="0092658F" w14:paraId="2C63B0FB" w14:textId="77777777" w:rsidTr="00423CDA">
        <w:trPr>
          <w:jc w:val="center"/>
        </w:trPr>
        <w:tc>
          <w:tcPr>
            <w:tcW w:w="1131" w:type="dxa"/>
          </w:tcPr>
          <w:p w14:paraId="76CD159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350</w:t>
            </w:r>
          </w:p>
        </w:tc>
        <w:tc>
          <w:tcPr>
            <w:tcW w:w="1559" w:type="dxa"/>
          </w:tcPr>
          <w:p w14:paraId="34C1794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1.005010</w:t>
            </w:r>
          </w:p>
        </w:tc>
        <w:tc>
          <w:tcPr>
            <w:tcW w:w="2446" w:type="dxa"/>
          </w:tcPr>
          <w:p w14:paraId="7D5565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Chấm dứt hoạt động chi nhánh, văn phòng đại diện, địa điểm kinh doanh của hợp tác xã, liên hiệp hợp tác xã</w:t>
            </w:r>
          </w:p>
        </w:tc>
        <w:tc>
          <w:tcPr>
            <w:tcW w:w="1599" w:type="dxa"/>
          </w:tcPr>
          <w:p w14:paraId="502ED28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Thành lập và hoạt động của tổ hợp tác, hợp tác xã, liên hiệp hợp tác xã</w:t>
            </w:r>
          </w:p>
        </w:tc>
        <w:tc>
          <w:tcPr>
            <w:tcW w:w="1728" w:type="dxa"/>
          </w:tcPr>
          <w:p w14:paraId="2F50088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310CDD5" wp14:editId="56B52A49">
                  <wp:extent cx="640080" cy="64008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4"/>
                          <a:stretch>
                            <a:fillRect/>
                          </a:stretch>
                        </pic:blipFill>
                        <pic:spPr>
                          <a:xfrm>
                            <a:off x="0" y="0"/>
                            <a:ext cx="640080" cy="640080"/>
                          </a:xfrm>
                          <a:prstGeom prst="rect">
                            <a:avLst/>
                          </a:prstGeom>
                        </pic:spPr>
                      </pic:pic>
                    </a:graphicData>
                  </a:graphic>
                </wp:inline>
              </w:drawing>
            </w:r>
          </w:p>
        </w:tc>
      </w:tr>
      <w:tr w:rsidR="005C547F" w:rsidRPr="0092658F" w14:paraId="2F5BFDDA" w14:textId="77777777" w:rsidTr="00423CDA">
        <w:trPr>
          <w:jc w:val="center"/>
        </w:trPr>
        <w:tc>
          <w:tcPr>
            <w:tcW w:w="1131" w:type="dxa"/>
          </w:tcPr>
          <w:p w14:paraId="07895EC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351</w:t>
            </w:r>
          </w:p>
        </w:tc>
        <w:tc>
          <w:tcPr>
            <w:tcW w:w="1559" w:type="dxa"/>
          </w:tcPr>
          <w:p w14:paraId="3C05F11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2.001921</w:t>
            </w:r>
          </w:p>
        </w:tc>
        <w:tc>
          <w:tcPr>
            <w:tcW w:w="2446" w:type="dxa"/>
          </w:tcPr>
          <w:p w14:paraId="4AFE5E9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1599" w:type="dxa"/>
          </w:tcPr>
          <w:p w14:paraId="1B80786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Đường bộ</w:t>
            </w:r>
          </w:p>
        </w:tc>
        <w:tc>
          <w:tcPr>
            <w:tcW w:w="1728" w:type="dxa"/>
          </w:tcPr>
          <w:p w14:paraId="2A984A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F241E6A" wp14:editId="27AFB7EE">
                  <wp:extent cx="640080" cy="64008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5"/>
                          <a:stretch>
                            <a:fillRect/>
                          </a:stretch>
                        </pic:blipFill>
                        <pic:spPr>
                          <a:xfrm>
                            <a:off x="0" y="0"/>
                            <a:ext cx="640080" cy="640080"/>
                          </a:xfrm>
                          <a:prstGeom prst="rect">
                            <a:avLst/>
                          </a:prstGeom>
                        </pic:spPr>
                      </pic:pic>
                    </a:graphicData>
                  </a:graphic>
                </wp:inline>
              </w:drawing>
            </w:r>
          </w:p>
        </w:tc>
      </w:tr>
      <w:tr w:rsidR="005C547F" w:rsidRPr="0092658F" w14:paraId="581BF8B9" w14:textId="77777777" w:rsidTr="00423CDA">
        <w:trPr>
          <w:jc w:val="center"/>
        </w:trPr>
        <w:tc>
          <w:tcPr>
            <w:tcW w:w="1131" w:type="dxa"/>
          </w:tcPr>
          <w:p w14:paraId="772666D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352</w:t>
            </w:r>
          </w:p>
        </w:tc>
        <w:tc>
          <w:tcPr>
            <w:tcW w:w="1559" w:type="dxa"/>
          </w:tcPr>
          <w:p w14:paraId="17442D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1.013274</w:t>
            </w:r>
          </w:p>
        </w:tc>
        <w:tc>
          <w:tcPr>
            <w:tcW w:w="2446" w:type="dxa"/>
          </w:tcPr>
          <w:p w14:paraId="2D8CE1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phép sử dụng tạm thời lòng đường, vỉa hè vào mục đích khác</w:t>
            </w:r>
          </w:p>
        </w:tc>
        <w:tc>
          <w:tcPr>
            <w:tcW w:w="1599" w:type="dxa"/>
          </w:tcPr>
          <w:p w14:paraId="10B716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Đường bộ</w:t>
            </w:r>
          </w:p>
        </w:tc>
        <w:tc>
          <w:tcPr>
            <w:tcW w:w="1728" w:type="dxa"/>
          </w:tcPr>
          <w:p w14:paraId="5AD5D36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B2FDCD6" wp14:editId="1637BA23">
                  <wp:extent cx="640080" cy="64008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6"/>
                          <a:stretch>
                            <a:fillRect/>
                          </a:stretch>
                        </pic:blipFill>
                        <pic:spPr>
                          <a:xfrm>
                            <a:off x="0" y="0"/>
                            <a:ext cx="640080" cy="640080"/>
                          </a:xfrm>
                          <a:prstGeom prst="rect">
                            <a:avLst/>
                          </a:prstGeom>
                        </pic:spPr>
                      </pic:pic>
                    </a:graphicData>
                  </a:graphic>
                </wp:inline>
              </w:drawing>
            </w:r>
          </w:p>
        </w:tc>
      </w:tr>
      <w:tr w:rsidR="005C547F" w:rsidRPr="0092658F" w14:paraId="3835F025" w14:textId="77777777" w:rsidTr="00423CDA">
        <w:trPr>
          <w:jc w:val="center"/>
        </w:trPr>
        <w:tc>
          <w:tcPr>
            <w:tcW w:w="1131" w:type="dxa"/>
          </w:tcPr>
          <w:p w14:paraId="4421B70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353</w:t>
            </w:r>
          </w:p>
        </w:tc>
        <w:tc>
          <w:tcPr>
            <w:tcW w:w="1559" w:type="dxa"/>
          </w:tcPr>
          <w:p w14:paraId="5C77A85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2.001827</w:t>
            </w:r>
          </w:p>
        </w:tc>
        <w:tc>
          <w:tcPr>
            <w:tcW w:w="2446" w:type="dxa"/>
          </w:tcPr>
          <w:p w14:paraId="7581E3C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Giấy chứng nhận cơ sở đủ điều kiện an toàn thực phẩm đối với cơ sở sản xuất, kinh doanh thực phẩm nông, lâm, thủy sản</w:t>
            </w:r>
          </w:p>
        </w:tc>
        <w:tc>
          <w:tcPr>
            <w:tcW w:w="1599" w:type="dxa"/>
          </w:tcPr>
          <w:p w14:paraId="130D134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Quản lý chất lượng nông lâm sản và thủy sản</w:t>
            </w:r>
          </w:p>
        </w:tc>
        <w:tc>
          <w:tcPr>
            <w:tcW w:w="1728" w:type="dxa"/>
          </w:tcPr>
          <w:p w14:paraId="77A9628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2EC939F" wp14:editId="78E842D4">
                  <wp:extent cx="640080" cy="64008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7"/>
                          <a:stretch>
                            <a:fillRect/>
                          </a:stretch>
                        </pic:blipFill>
                        <pic:spPr>
                          <a:xfrm>
                            <a:off x="0" y="0"/>
                            <a:ext cx="640080" cy="640080"/>
                          </a:xfrm>
                          <a:prstGeom prst="rect">
                            <a:avLst/>
                          </a:prstGeom>
                        </pic:spPr>
                      </pic:pic>
                    </a:graphicData>
                  </a:graphic>
                </wp:inline>
              </w:drawing>
            </w:r>
          </w:p>
        </w:tc>
      </w:tr>
      <w:tr w:rsidR="005C547F" w:rsidRPr="0092658F" w14:paraId="0EF908AA" w14:textId="77777777" w:rsidTr="00423CDA">
        <w:trPr>
          <w:jc w:val="center"/>
        </w:trPr>
        <w:tc>
          <w:tcPr>
            <w:tcW w:w="1131" w:type="dxa"/>
          </w:tcPr>
          <w:p w14:paraId="084A954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354</w:t>
            </w:r>
          </w:p>
        </w:tc>
        <w:tc>
          <w:tcPr>
            <w:tcW w:w="1559" w:type="dxa"/>
          </w:tcPr>
          <w:p w14:paraId="304DBCD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1.000314</w:t>
            </w:r>
          </w:p>
        </w:tc>
        <w:tc>
          <w:tcPr>
            <w:tcW w:w="2446" w:type="dxa"/>
          </w:tcPr>
          <w:p w14:paraId="3151EA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Chấp thuận vị trí đấu nối tạm vào đường bộ đang khai thác</w:t>
            </w:r>
          </w:p>
        </w:tc>
        <w:tc>
          <w:tcPr>
            <w:tcW w:w="1599" w:type="dxa"/>
          </w:tcPr>
          <w:p w14:paraId="2E9A66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Đường bộ</w:t>
            </w:r>
          </w:p>
        </w:tc>
        <w:tc>
          <w:tcPr>
            <w:tcW w:w="1728" w:type="dxa"/>
          </w:tcPr>
          <w:p w14:paraId="7448267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158B9D4" wp14:editId="43DDA267">
                  <wp:extent cx="640080" cy="64008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8"/>
                          <a:stretch>
                            <a:fillRect/>
                          </a:stretch>
                        </pic:blipFill>
                        <pic:spPr>
                          <a:xfrm>
                            <a:off x="0" y="0"/>
                            <a:ext cx="640080" cy="640080"/>
                          </a:xfrm>
                          <a:prstGeom prst="rect">
                            <a:avLst/>
                          </a:prstGeom>
                        </pic:spPr>
                      </pic:pic>
                    </a:graphicData>
                  </a:graphic>
                </wp:inline>
              </w:drawing>
            </w:r>
          </w:p>
        </w:tc>
      </w:tr>
      <w:tr w:rsidR="005C547F" w:rsidRPr="0092658F" w14:paraId="5D4FC127" w14:textId="77777777" w:rsidTr="00423CDA">
        <w:trPr>
          <w:jc w:val="center"/>
        </w:trPr>
        <w:tc>
          <w:tcPr>
            <w:tcW w:w="1131" w:type="dxa"/>
          </w:tcPr>
          <w:p w14:paraId="02CE1C6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355</w:t>
            </w:r>
          </w:p>
        </w:tc>
        <w:tc>
          <w:tcPr>
            <w:tcW w:w="1559" w:type="dxa"/>
          </w:tcPr>
          <w:p w14:paraId="3825640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1.013239</w:t>
            </w:r>
          </w:p>
        </w:tc>
        <w:tc>
          <w:tcPr>
            <w:tcW w:w="2446" w:type="dxa"/>
          </w:tcPr>
          <w:p w14:paraId="0D7C3A7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Thẩm định Báo cáo nghiên cứu khả thi đầu tư xây dựng/Báo cáo nghiên cứu khả thi đầu tư xây dựng điều chỉnh</w:t>
            </w:r>
          </w:p>
        </w:tc>
        <w:tc>
          <w:tcPr>
            <w:tcW w:w="1599" w:type="dxa"/>
          </w:tcPr>
          <w:p w14:paraId="71DCB0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Hoạt động xây dựng</w:t>
            </w:r>
          </w:p>
        </w:tc>
        <w:tc>
          <w:tcPr>
            <w:tcW w:w="1728" w:type="dxa"/>
          </w:tcPr>
          <w:p w14:paraId="3A62046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8AC1F97" wp14:editId="6E449E72">
                  <wp:extent cx="640080" cy="64008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59"/>
                          <a:stretch>
                            <a:fillRect/>
                          </a:stretch>
                        </pic:blipFill>
                        <pic:spPr>
                          <a:xfrm>
                            <a:off x="0" y="0"/>
                            <a:ext cx="640080" cy="640080"/>
                          </a:xfrm>
                          <a:prstGeom prst="rect">
                            <a:avLst/>
                          </a:prstGeom>
                        </pic:spPr>
                      </pic:pic>
                    </a:graphicData>
                  </a:graphic>
                </wp:inline>
              </w:drawing>
            </w:r>
          </w:p>
        </w:tc>
      </w:tr>
      <w:tr w:rsidR="005C547F" w:rsidRPr="0092658F" w14:paraId="7DE32BB8" w14:textId="77777777" w:rsidTr="00423CDA">
        <w:trPr>
          <w:jc w:val="center"/>
        </w:trPr>
        <w:tc>
          <w:tcPr>
            <w:tcW w:w="1131" w:type="dxa"/>
          </w:tcPr>
          <w:p w14:paraId="57B1D7E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356</w:t>
            </w:r>
          </w:p>
        </w:tc>
        <w:tc>
          <w:tcPr>
            <w:tcW w:w="1559" w:type="dxa"/>
          </w:tcPr>
          <w:p w14:paraId="5CB5620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1.012582</w:t>
            </w:r>
          </w:p>
        </w:tc>
        <w:tc>
          <w:tcPr>
            <w:tcW w:w="2446" w:type="dxa"/>
          </w:tcPr>
          <w:p w14:paraId="357DC86F" w14:textId="76953966" w:rsidR="005C547F" w:rsidRPr="0092658F" w:rsidRDefault="0011446D" w:rsidP="00FA4924">
            <w:pPr>
              <w:jc w:val="center"/>
              <w:rPr>
                <w:rFonts w:ascii="Times New Roman" w:hAnsi="Times New Roman" w:cs="Times New Roman"/>
              </w:rPr>
            </w:pPr>
            <w:r>
              <w:rPr>
                <w:rFonts w:ascii="Times New Roman" w:hAnsi="Times New Roman" w:cs="Times New Roman"/>
              </w:rPr>
              <w:t>T</w:t>
            </w:r>
            <w:r w:rsidRPr="0092658F">
              <w:rPr>
                <w:rFonts w:ascii="Times New Roman" w:hAnsi="Times New Roman" w:cs="Times New Roman"/>
              </w:rPr>
              <w:t>hủ tục đề nghị thay đổi địa điểm sinh hoạt tôn giáo tập trung đến địa bàn xã khác (cấp xã)</w:t>
            </w:r>
          </w:p>
        </w:tc>
        <w:tc>
          <w:tcPr>
            <w:tcW w:w="1599" w:type="dxa"/>
          </w:tcPr>
          <w:p w14:paraId="357F1EC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Tín ngưỡng, tôn giáo</w:t>
            </w:r>
          </w:p>
        </w:tc>
        <w:tc>
          <w:tcPr>
            <w:tcW w:w="1728" w:type="dxa"/>
          </w:tcPr>
          <w:p w14:paraId="68CC3A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97F7D43" wp14:editId="0AF56B4E">
                  <wp:extent cx="640080" cy="640080"/>
                  <wp:effectExtent l="0" t="0" r="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0"/>
                          <a:stretch>
                            <a:fillRect/>
                          </a:stretch>
                        </pic:blipFill>
                        <pic:spPr>
                          <a:xfrm>
                            <a:off x="0" y="0"/>
                            <a:ext cx="640080" cy="640080"/>
                          </a:xfrm>
                          <a:prstGeom prst="rect">
                            <a:avLst/>
                          </a:prstGeom>
                        </pic:spPr>
                      </pic:pic>
                    </a:graphicData>
                  </a:graphic>
                </wp:inline>
              </w:drawing>
            </w:r>
          </w:p>
        </w:tc>
      </w:tr>
      <w:tr w:rsidR="005C547F" w:rsidRPr="0092658F" w14:paraId="27FD5165" w14:textId="77777777" w:rsidTr="00423CDA">
        <w:trPr>
          <w:jc w:val="center"/>
        </w:trPr>
        <w:tc>
          <w:tcPr>
            <w:tcW w:w="1131" w:type="dxa"/>
          </w:tcPr>
          <w:p w14:paraId="0F1131D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357</w:t>
            </w:r>
          </w:p>
        </w:tc>
        <w:tc>
          <w:tcPr>
            <w:tcW w:w="1559" w:type="dxa"/>
          </w:tcPr>
          <w:p w14:paraId="21B1286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2.001217</w:t>
            </w:r>
          </w:p>
        </w:tc>
        <w:tc>
          <w:tcPr>
            <w:tcW w:w="2446" w:type="dxa"/>
          </w:tcPr>
          <w:p w14:paraId="246876A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Đóng, không cho phép hoạt động tại vùng nước khác không thuộc vùng nước trên tuyến đường thủy nội địa, vùng nước cảng biển hoặc khu vực </w:t>
            </w:r>
            <w:r w:rsidRPr="0092658F">
              <w:rPr>
                <w:rFonts w:ascii="Times New Roman" w:hAnsi="Times New Roman" w:cs="Times New Roman"/>
              </w:rPr>
              <w:lastRenderedPageBreak/>
              <w:t>hàng hải, được đánh dấu, xác định vị trí bằng phao hoặc cờ hiệu có màu sắc dễ quan sát</w:t>
            </w:r>
          </w:p>
        </w:tc>
        <w:tc>
          <w:tcPr>
            <w:tcW w:w="1599" w:type="dxa"/>
          </w:tcPr>
          <w:p w14:paraId="569BA53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Hàng hải và đường thủy nội địa</w:t>
            </w:r>
          </w:p>
        </w:tc>
        <w:tc>
          <w:tcPr>
            <w:tcW w:w="1728" w:type="dxa"/>
          </w:tcPr>
          <w:p w14:paraId="2C1E786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4223B66" wp14:editId="304D640A">
                  <wp:extent cx="640080" cy="64008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1"/>
                          <a:stretch>
                            <a:fillRect/>
                          </a:stretch>
                        </pic:blipFill>
                        <pic:spPr>
                          <a:xfrm>
                            <a:off x="0" y="0"/>
                            <a:ext cx="640080" cy="640080"/>
                          </a:xfrm>
                          <a:prstGeom prst="rect">
                            <a:avLst/>
                          </a:prstGeom>
                        </pic:spPr>
                      </pic:pic>
                    </a:graphicData>
                  </a:graphic>
                </wp:inline>
              </w:drawing>
            </w:r>
          </w:p>
        </w:tc>
      </w:tr>
      <w:tr w:rsidR="005C547F" w:rsidRPr="0092658F" w14:paraId="5E4F5F01" w14:textId="77777777" w:rsidTr="00423CDA">
        <w:trPr>
          <w:jc w:val="center"/>
        </w:trPr>
        <w:tc>
          <w:tcPr>
            <w:tcW w:w="1131" w:type="dxa"/>
          </w:tcPr>
          <w:p w14:paraId="3C286AF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358</w:t>
            </w:r>
          </w:p>
        </w:tc>
        <w:tc>
          <w:tcPr>
            <w:tcW w:w="1559" w:type="dxa"/>
          </w:tcPr>
          <w:p w14:paraId="759BF59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1.002372</w:t>
            </w:r>
          </w:p>
        </w:tc>
        <w:tc>
          <w:tcPr>
            <w:tcW w:w="2446" w:type="dxa"/>
          </w:tcPr>
          <w:p w14:paraId="7B2AAC9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Xác nhận việc trình kháng nghị hàng hải</w:t>
            </w:r>
          </w:p>
        </w:tc>
        <w:tc>
          <w:tcPr>
            <w:tcW w:w="1599" w:type="dxa"/>
          </w:tcPr>
          <w:p w14:paraId="2F2B7F1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Hàng hải và đường thủy nội địa</w:t>
            </w:r>
          </w:p>
        </w:tc>
        <w:tc>
          <w:tcPr>
            <w:tcW w:w="1728" w:type="dxa"/>
          </w:tcPr>
          <w:p w14:paraId="32B82AD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4039F03" wp14:editId="39F80597">
                  <wp:extent cx="640080" cy="64008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2"/>
                          <a:stretch>
                            <a:fillRect/>
                          </a:stretch>
                        </pic:blipFill>
                        <pic:spPr>
                          <a:xfrm>
                            <a:off x="0" y="0"/>
                            <a:ext cx="640080" cy="640080"/>
                          </a:xfrm>
                          <a:prstGeom prst="rect">
                            <a:avLst/>
                          </a:prstGeom>
                        </pic:spPr>
                      </pic:pic>
                    </a:graphicData>
                  </a:graphic>
                </wp:inline>
              </w:drawing>
            </w:r>
          </w:p>
        </w:tc>
      </w:tr>
      <w:tr w:rsidR="005C547F" w:rsidRPr="0092658F" w14:paraId="6AA02208" w14:textId="77777777" w:rsidTr="00423CDA">
        <w:trPr>
          <w:jc w:val="center"/>
        </w:trPr>
        <w:tc>
          <w:tcPr>
            <w:tcW w:w="1131" w:type="dxa"/>
          </w:tcPr>
          <w:p w14:paraId="25FC835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359</w:t>
            </w:r>
          </w:p>
        </w:tc>
        <w:tc>
          <w:tcPr>
            <w:tcW w:w="1559" w:type="dxa"/>
          </w:tcPr>
          <w:p w14:paraId="6347F34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1.010736</w:t>
            </w:r>
          </w:p>
        </w:tc>
        <w:tc>
          <w:tcPr>
            <w:tcW w:w="2446" w:type="dxa"/>
          </w:tcPr>
          <w:p w14:paraId="5A4DC8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Tham vấn trong đánh giá tác động môi trường (cấp xã) (1.010736)</w:t>
            </w:r>
          </w:p>
        </w:tc>
        <w:tc>
          <w:tcPr>
            <w:tcW w:w="1599" w:type="dxa"/>
          </w:tcPr>
          <w:p w14:paraId="75110C0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Môi trường</w:t>
            </w:r>
          </w:p>
        </w:tc>
        <w:tc>
          <w:tcPr>
            <w:tcW w:w="1728" w:type="dxa"/>
          </w:tcPr>
          <w:p w14:paraId="2A0706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7AFB40FA" wp14:editId="13F8AFD5">
                  <wp:extent cx="640080" cy="64008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3"/>
                          <a:stretch>
                            <a:fillRect/>
                          </a:stretch>
                        </pic:blipFill>
                        <pic:spPr>
                          <a:xfrm>
                            <a:off x="0" y="0"/>
                            <a:ext cx="640080" cy="640080"/>
                          </a:xfrm>
                          <a:prstGeom prst="rect">
                            <a:avLst/>
                          </a:prstGeom>
                        </pic:spPr>
                      </pic:pic>
                    </a:graphicData>
                  </a:graphic>
                </wp:inline>
              </w:drawing>
            </w:r>
          </w:p>
        </w:tc>
      </w:tr>
      <w:tr w:rsidR="005C547F" w:rsidRPr="0092658F" w14:paraId="197E2887" w14:textId="77777777" w:rsidTr="00423CDA">
        <w:trPr>
          <w:jc w:val="center"/>
        </w:trPr>
        <w:tc>
          <w:tcPr>
            <w:tcW w:w="1131" w:type="dxa"/>
          </w:tcPr>
          <w:p w14:paraId="1C46788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360</w:t>
            </w:r>
          </w:p>
        </w:tc>
        <w:tc>
          <w:tcPr>
            <w:tcW w:w="1559" w:type="dxa"/>
          </w:tcPr>
          <w:p w14:paraId="5689C06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3.000412</w:t>
            </w:r>
          </w:p>
        </w:tc>
        <w:tc>
          <w:tcPr>
            <w:tcW w:w="2446" w:type="dxa"/>
          </w:tcPr>
          <w:p w14:paraId="7DA743E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Công nhận người lao động có thu nhập thấp</w:t>
            </w:r>
          </w:p>
        </w:tc>
        <w:tc>
          <w:tcPr>
            <w:tcW w:w="1599" w:type="dxa"/>
          </w:tcPr>
          <w:p w14:paraId="14E5B56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Giảm nghèo</w:t>
            </w:r>
          </w:p>
        </w:tc>
        <w:tc>
          <w:tcPr>
            <w:tcW w:w="1728" w:type="dxa"/>
          </w:tcPr>
          <w:p w14:paraId="4B6C6C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67E3F57" wp14:editId="7450D8F3">
                  <wp:extent cx="640080" cy="64008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4"/>
                          <a:stretch>
                            <a:fillRect/>
                          </a:stretch>
                        </pic:blipFill>
                        <pic:spPr>
                          <a:xfrm>
                            <a:off x="0" y="0"/>
                            <a:ext cx="640080" cy="640080"/>
                          </a:xfrm>
                          <a:prstGeom prst="rect">
                            <a:avLst/>
                          </a:prstGeom>
                        </pic:spPr>
                      </pic:pic>
                    </a:graphicData>
                  </a:graphic>
                </wp:inline>
              </w:drawing>
            </w:r>
          </w:p>
        </w:tc>
      </w:tr>
      <w:tr w:rsidR="005C547F" w:rsidRPr="0092658F" w14:paraId="37D91F13" w14:textId="77777777" w:rsidTr="00423CDA">
        <w:trPr>
          <w:jc w:val="center"/>
        </w:trPr>
        <w:tc>
          <w:tcPr>
            <w:tcW w:w="1131" w:type="dxa"/>
          </w:tcPr>
          <w:p w14:paraId="17E58F6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361</w:t>
            </w:r>
          </w:p>
        </w:tc>
        <w:tc>
          <w:tcPr>
            <w:tcW w:w="1559" w:type="dxa"/>
          </w:tcPr>
          <w:p w14:paraId="5CBAF30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2.002771</w:t>
            </w:r>
          </w:p>
        </w:tc>
        <w:tc>
          <w:tcPr>
            <w:tcW w:w="2446" w:type="dxa"/>
          </w:tcPr>
          <w:p w14:paraId="0B0B200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Xét duyệt trẻ em nhà trẻ bán trú hỗ trợ kinh phí, hỗ trợ gạo</w:t>
            </w:r>
          </w:p>
        </w:tc>
        <w:tc>
          <w:tcPr>
            <w:tcW w:w="1599" w:type="dxa"/>
          </w:tcPr>
          <w:p w14:paraId="44D777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1910E2C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C9FD524" wp14:editId="7AC0B172">
                  <wp:extent cx="640080" cy="64008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5"/>
                          <a:stretch>
                            <a:fillRect/>
                          </a:stretch>
                        </pic:blipFill>
                        <pic:spPr>
                          <a:xfrm>
                            <a:off x="0" y="0"/>
                            <a:ext cx="640080" cy="640080"/>
                          </a:xfrm>
                          <a:prstGeom prst="rect">
                            <a:avLst/>
                          </a:prstGeom>
                        </pic:spPr>
                      </pic:pic>
                    </a:graphicData>
                  </a:graphic>
                </wp:inline>
              </w:drawing>
            </w:r>
          </w:p>
        </w:tc>
      </w:tr>
      <w:tr w:rsidR="005C547F" w:rsidRPr="0092658F" w14:paraId="79E0B8A5" w14:textId="77777777" w:rsidTr="00423CDA">
        <w:trPr>
          <w:jc w:val="center"/>
        </w:trPr>
        <w:tc>
          <w:tcPr>
            <w:tcW w:w="1131" w:type="dxa"/>
          </w:tcPr>
          <w:p w14:paraId="1F89DE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362</w:t>
            </w:r>
          </w:p>
        </w:tc>
        <w:tc>
          <w:tcPr>
            <w:tcW w:w="1559" w:type="dxa"/>
          </w:tcPr>
          <w:p w14:paraId="072A33C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1.010775</w:t>
            </w:r>
          </w:p>
        </w:tc>
        <w:tc>
          <w:tcPr>
            <w:tcW w:w="2446" w:type="dxa"/>
          </w:tcPr>
          <w:p w14:paraId="79118AF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1599" w:type="dxa"/>
          </w:tcPr>
          <w:p w14:paraId="310C597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Người có công</w:t>
            </w:r>
          </w:p>
        </w:tc>
        <w:tc>
          <w:tcPr>
            <w:tcW w:w="1728" w:type="dxa"/>
          </w:tcPr>
          <w:p w14:paraId="41D0949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D646DC8" wp14:editId="20D465CE">
                  <wp:extent cx="640080" cy="64008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6"/>
                          <a:stretch>
                            <a:fillRect/>
                          </a:stretch>
                        </pic:blipFill>
                        <pic:spPr>
                          <a:xfrm>
                            <a:off x="0" y="0"/>
                            <a:ext cx="640080" cy="640080"/>
                          </a:xfrm>
                          <a:prstGeom prst="rect">
                            <a:avLst/>
                          </a:prstGeom>
                        </pic:spPr>
                      </pic:pic>
                    </a:graphicData>
                  </a:graphic>
                </wp:inline>
              </w:drawing>
            </w:r>
          </w:p>
        </w:tc>
      </w:tr>
      <w:tr w:rsidR="005C547F" w:rsidRPr="0092658F" w14:paraId="66DACAAC" w14:textId="77777777" w:rsidTr="00423CDA">
        <w:trPr>
          <w:jc w:val="center"/>
        </w:trPr>
        <w:tc>
          <w:tcPr>
            <w:tcW w:w="1131" w:type="dxa"/>
          </w:tcPr>
          <w:p w14:paraId="3D188BB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363</w:t>
            </w:r>
          </w:p>
        </w:tc>
        <w:tc>
          <w:tcPr>
            <w:tcW w:w="1559" w:type="dxa"/>
          </w:tcPr>
          <w:p w14:paraId="71B4324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1.001699</w:t>
            </w:r>
          </w:p>
        </w:tc>
        <w:tc>
          <w:tcPr>
            <w:tcW w:w="2446" w:type="dxa"/>
          </w:tcPr>
          <w:p w14:paraId="28FAEA3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Xác định, xác định lại mức độ khuyết tật và cấp Giấy xác nhận khuyết tật</w:t>
            </w:r>
          </w:p>
        </w:tc>
        <w:tc>
          <w:tcPr>
            <w:tcW w:w="1599" w:type="dxa"/>
          </w:tcPr>
          <w:p w14:paraId="3CF776C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trợ xã hội</w:t>
            </w:r>
          </w:p>
        </w:tc>
        <w:tc>
          <w:tcPr>
            <w:tcW w:w="1728" w:type="dxa"/>
          </w:tcPr>
          <w:p w14:paraId="7C9478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F5242A4" wp14:editId="61D346E6">
                  <wp:extent cx="640080" cy="64008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7"/>
                          <a:stretch>
                            <a:fillRect/>
                          </a:stretch>
                        </pic:blipFill>
                        <pic:spPr>
                          <a:xfrm>
                            <a:off x="0" y="0"/>
                            <a:ext cx="640080" cy="640080"/>
                          </a:xfrm>
                          <a:prstGeom prst="rect">
                            <a:avLst/>
                          </a:prstGeom>
                        </pic:spPr>
                      </pic:pic>
                    </a:graphicData>
                  </a:graphic>
                </wp:inline>
              </w:drawing>
            </w:r>
          </w:p>
        </w:tc>
      </w:tr>
      <w:tr w:rsidR="005C547F" w:rsidRPr="0092658F" w14:paraId="36A32C54" w14:textId="77777777" w:rsidTr="00423CDA">
        <w:trPr>
          <w:jc w:val="center"/>
        </w:trPr>
        <w:tc>
          <w:tcPr>
            <w:tcW w:w="1131" w:type="dxa"/>
          </w:tcPr>
          <w:p w14:paraId="729E138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364</w:t>
            </w:r>
          </w:p>
        </w:tc>
        <w:tc>
          <w:tcPr>
            <w:tcW w:w="1559" w:type="dxa"/>
          </w:tcPr>
          <w:p w14:paraId="35611E1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2.002620</w:t>
            </w:r>
          </w:p>
        </w:tc>
        <w:tc>
          <w:tcPr>
            <w:tcW w:w="2446" w:type="dxa"/>
          </w:tcPr>
          <w:p w14:paraId="69CBC9E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Thông báo về việc thực hiện hoạt động bán hàng không tại địa điểm giao dịch thường xuyên</w:t>
            </w:r>
          </w:p>
        </w:tc>
        <w:tc>
          <w:tcPr>
            <w:tcW w:w="1599" w:type="dxa"/>
          </w:tcPr>
          <w:p w14:paraId="4A0D2D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bảo vệ quyền lợi người tiêu dùng</w:t>
            </w:r>
          </w:p>
        </w:tc>
        <w:tc>
          <w:tcPr>
            <w:tcW w:w="1728" w:type="dxa"/>
          </w:tcPr>
          <w:p w14:paraId="76A5185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153BDAD" wp14:editId="04A03A57">
                  <wp:extent cx="640080" cy="64008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8"/>
                          <a:stretch>
                            <a:fillRect/>
                          </a:stretch>
                        </pic:blipFill>
                        <pic:spPr>
                          <a:xfrm>
                            <a:off x="0" y="0"/>
                            <a:ext cx="640080" cy="640080"/>
                          </a:xfrm>
                          <a:prstGeom prst="rect">
                            <a:avLst/>
                          </a:prstGeom>
                        </pic:spPr>
                      </pic:pic>
                    </a:graphicData>
                  </a:graphic>
                </wp:inline>
              </w:drawing>
            </w:r>
          </w:p>
        </w:tc>
      </w:tr>
      <w:tr w:rsidR="005C547F" w:rsidRPr="0092658F" w14:paraId="091EB153" w14:textId="77777777" w:rsidTr="00423CDA">
        <w:trPr>
          <w:jc w:val="center"/>
        </w:trPr>
        <w:tc>
          <w:tcPr>
            <w:tcW w:w="1131" w:type="dxa"/>
          </w:tcPr>
          <w:p w14:paraId="2CE855E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365</w:t>
            </w:r>
          </w:p>
        </w:tc>
        <w:tc>
          <w:tcPr>
            <w:tcW w:w="1559" w:type="dxa"/>
          </w:tcPr>
          <w:p w14:paraId="6833578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1.003702</w:t>
            </w:r>
          </w:p>
        </w:tc>
        <w:tc>
          <w:tcPr>
            <w:tcW w:w="2446" w:type="dxa"/>
          </w:tcPr>
          <w:p w14:paraId="14B1B82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Hỗ trợ học tập đối với trẻ mẫu giáo, học sinh tiểu học, học sinh trung học cơ sở, sinh viên các dân tộc thiểu số rất ít người</w:t>
            </w:r>
          </w:p>
        </w:tc>
        <w:tc>
          <w:tcPr>
            <w:tcW w:w="1599" w:type="dxa"/>
          </w:tcPr>
          <w:p w14:paraId="00F1748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Giáo dục và Đào tạo thuộc hệ thống giáo dục quốc dân</w:t>
            </w:r>
          </w:p>
        </w:tc>
        <w:tc>
          <w:tcPr>
            <w:tcW w:w="1728" w:type="dxa"/>
          </w:tcPr>
          <w:p w14:paraId="4A10FF4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11EAE0B2" wp14:editId="7ABAB767">
                  <wp:extent cx="640080" cy="64008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69"/>
                          <a:stretch>
                            <a:fillRect/>
                          </a:stretch>
                        </pic:blipFill>
                        <pic:spPr>
                          <a:xfrm>
                            <a:off x="0" y="0"/>
                            <a:ext cx="640080" cy="640080"/>
                          </a:xfrm>
                          <a:prstGeom prst="rect">
                            <a:avLst/>
                          </a:prstGeom>
                        </pic:spPr>
                      </pic:pic>
                    </a:graphicData>
                  </a:graphic>
                </wp:inline>
              </w:drawing>
            </w:r>
          </w:p>
        </w:tc>
      </w:tr>
      <w:tr w:rsidR="005C547F" w:rsidRPr="0092658F" w14:paraId="44618F36" w14:textId="77777777" w:rsidTr="00423CDA">
        <w:trPr>
          <w:jc w:val="center"/>
        </w:trPr>
        <w:tc>
          <w:tcPr>
            <w:tcW w:w="1131" w:type="dxa"/>
          </w:tcPr>
          <w:p w14:paraId="79856A4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366</w:t>
            </w:r>
          </w:p>
        </w:tc>
        <w:tc>
          <w:tcPr>
            <w:tcW w:w="1559" w:type="dxa"/>
          </w:tcPr>
          <w:p w14:paraId="0E4A4D2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1.003622</w:t>
            </w:r>
          </w:p>
        </w:tc>
        <w:tc>
          <w:tcPr>
            <w:tcW w:w="2446" w:type="dxa"/>
          </w:tcPr>
          <w:p w14:paraId="537EAFA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thông báo tổ chức lễ hội cấp xã</w:t>
            </w:r>
          </w:p>
        </w:tc>
        <w:tc>
          <w:tcPr>
            <w:tcW w:w="1599" w:type="dxa"/>
          </w:tcPr>
          <w:p w14:paraId="3E25756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Văn hóa</w:t>
            </w:r>
          </w:p>
        </w:tc>
        <w:tc>
          <w:tcPr>
            <w:tcW w:w="1728" w:type="dxa"/>
          </w:tcPr>
          <w:p w14:paraId="3E14F0A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81AE7D4" wp14:editId="6B3C9458">
                  <wp:extent cx="640080" cy="64008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0"/>
                          <a:stretch>
                            <a:fillRect/>
                          </a:stretch>
                        </pic:blipFill>
                        <pic:spPr>
                          <a:xfrm>
                            <a:off x="0" y="0"/>
                            <a:ext cx="640080" cy="640080"/>
                          </a:xfrm>
                          <a:prstGeom prst="rect">
                            <a:avLst/>
                          </a:prstGeom>
                        </pic:spPr>
                      </pic:pic>
                    </a:graphicData>
                  </a:graphic>
                </wp:inline>
              </w:drawing>
            </w:r>
          </w:p>
        </w:tc>
      </w:tr>
      <w:tr w:rsidR="005C547F" w:rsidRPr="0092658F" w14:paraId="529BD3E3" w14:textId="77777777" w:rsidTr="00423CDA">
        <w:trPr>
          <w:jc w:val="center"/>
        </w:trPr>
        <w:tc>
          <w:tcPr>
            <w:tcW w:w="1131" w:type="dxa"/>
          </w:tcPr>
          <w:p w14:paraId="6DBFE23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367</w:t>
            </w:r>
          </w:p>
        </w:tc>
        <w:tc>
          <w:tcPr>
            <w:tcW w:w="1559" w:type="dxa"/>
          </w:tcPr>
          <w:p w14:paraId="7555F20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2.002080</w:t>
            </w:r>
          </w:p>
        </w:tc>
        <w:tc>
          <w:tcPr>
            <w:tcW w:w="2446" w:type="dxa"/>
          </w:tcPr>
          <w:p w14:paraId="7D33E50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thanh toán thù lao cho hòa giải viên</w:t>
            </w:r>
          </w:p>
        </w:tc>
        <w:tc>
          <w:tcPr>
            <w:tcW w:w="1599" w:type="dxa"/>
          </w:tcPr>
          <w:p w14:paraId="4AE5B3E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Hòa giải ở cơ sở</w:t>
            </w:r>
          </w:p>
        </w:tc>
        <w:tc>
          <w:tcPr>
            <w:tcW w:w="1728" w:type="dxa"/>
          </w:tcPr>
          <w:p w14:paraId="6932881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E13D621" wp14:editId="2A0A61AB">
                  <wp:extent cx="640080" cy="64008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1"/>
                          <a:stretch>
                            <a:fillRect/>
                          </a:stretch>
                        </pic:blipFill>
                        <pic:spPr>
                          <a:xfrm>
                            <a:off x="0" y="0"/>
                            <a:ext cx="640080" cy="640080"/>
                          </a:xfrm>
                          <a:prstGeom prst="rect">
                            <a:avLst/>
                          </a:prstGeom>
                        </pic:spPr>
                      </pic:pic>
                    </a:graphicData>
                  </a:graphic>
                </wp:inline>
              </w:drawing>
            </w:r>
          </w:p>
        </w:tc>
      </w:tr>
      <w:tr w:rsidR="005C547F" w:rsidRPr="0092658F" w14:paraId="14B3C28B" w14:textId="77777777" w:rsidTr="00423CDA">
        <w:trPr>
          <w:jc w:val="center"/>
        </w:trPr>
        <w:tc>
          <w:tcPr>
            <w:tcW w:w="1131" w:type="dxa"/>
          </w:tcPr>
          <w:p w14:paraId="3F1C9D2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368</w:t>
            </w:r>
          </w:p>
        </w:tc>
        <w:tc>
          <w:tcPr>
            <w:tcW w:w="1559" w:type="dxa"/>
          </w:tcPr>
          <w:p w14:paraId="47C4E9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1.006468</w:t>
            </w:r>
          </w:p>
        </w:tc>
        <w:tc>
          <w:tcPr>
            <w:tcW w:w="2446" w:type="dxa"/>
          </w:tcPr>
          <w:p w14:paraId="684D565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Thủ tục hải quan đối với hàng hoá kinh doanh tạm nhập-tái xuất</w:t>
            </w:r>
          </w:p>
        </w:tc>
        <w:tc>
          <w:tcPr>
            <w:tcW w:w="1599" w:type="dxa"/>
          </w:tcPr>
          <w:p w14:paraId="79F6669A"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Hải quan</w:t>
            </w:r>
          </w:p>
        </w:tc>
        <w:tc>
          <w:tcPr>
            <w:tcW w:w="1728" w:type="dxa"/>
          </w:tcPr>
          <w:p w14:paraId="7CCB0CB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B51A101" wp14:editId="359A92EF">
                  <wp:extent cx="640080" cy="64008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2"/>
                          <a:stretch>
                            <a:fillRect/>
                          </a:stretch>
                        </pic:blipFill>
                        <pic:spPr>
                          <a:xfrm>
                            <a:off x="0" y="0"/>
                            <a:ext cx="640080" cy="640080"/>
                          </a:xfrm>
                          <a:prstGeom prst="rect">
                            <a:avLst/>
                          </a:prstGeom>
                        </pic:spPr>
                      </pic:pic>
                    </a:graphicData>
                  </a:graphic>
                </wp:inline>
              </w:drawing>
            </w:r>
          </w:p>
        </w:tc>
      </w:tr>
      <w:tr w:rsidR="005C547F" w:rsidRPr="0092658F" w14:paraId="571B8793" w14:textId="77777777" w:rsidTr="00423CDA">
        <w:trPr>
          <w:jc w:val="center"/>
        </w:trPr>
        <w:tc>
          <w:tcPr>
            <w:tcW w:w="1131" w:type="dxa"/>
          </w:tcPr>
          <w:p w14:paraId="4F3AFDE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369</w:t>
            </w:r>
          </w:p>
        </w:tc>
        <w:tc>
          <w:tcPr>
            <w:tcW w:w="1559" w:type="dxa"/>
          </w:tcPr>
          <w:p w14:paraId="252C461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1.116370</w:t>
            </w:r>
          </w:p>
        </w:tc>
        <w:tc>
          <w:tcPr>
            <w:tcW w:w="2446" w:type="dxa"/>
          </w:tcPr>
          <w:p w14:paraId="2E8A9849"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Thu hồi Giấy chứng nhận đã cấp không đúng quy định của pháp luật đất đai do người sử dụng đất, chủ sở hữu tài sản gắn liền với đất phát hiện và cấp lại Giấy chứng nhận sau khi thu hồi</w:t>
            </w:r>
          </w:p>
        </w:tc>
        <w:tc>
          <w:tcPr>
            <w:tcW w:w="1599" w:type="dxa"/>
          </w:tcPr>
          <w:p w14:paraId="1600E2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3AFEAC0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603A023" wp14:editId="542312DD">
                  <wp:extent cx="640080" cy="64008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3"/>
                          <a:stretch>
                            <a:fillRect/>
                          </a:stretch>
                        </pic:blipFill>
                        <pic:spPr>
                          <a:xfrm>
                            <a:off x="0" y="0"/>
                            <a:ext cx="640080" cy="640080"/>
                          </a:xfrm>
                          <a:prstGeom prst="rect">
                            <a:avLst/>
                          </a:prstGeom>
                        </pic:spPr>
                      </pic:pic>
                    </a:graphicData>
                  </a:graphic>
                </wp:inline>
              </w:drawing>
            </w:r>
          </w:p>
        </w:tc>
      </w:tr>
      <w:tr w:rsidR="005C547F" w:rsidRPr="0092658F" w14:paraId="226D6035" w14:textId="77777777" w:rsidTr="00423CDA">
        <w:trPr>
          <w:jc w:val="center"/>
        </w:trPr>
        <w:tc>
          <w:tcPr>
            <w:tcW w:w="1131" w:type="dxa"/>
          </w:tcPr>
          <w:p w14:paraId="562D013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370</w:t>
            </w:r>
          </w:p>
        </w:tc>
        <w:tc>
          <w:tcPr>
            <w:tcW w:w="1559" w:type="dxa"/>
          </w:tcPr>
          <w:p w14:paraId="1794B3F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1.116356</w:t>
            </w:r>
          </w:p>
        </w:tc>
        <w:tc>
          <w:tcPr>
            <w:tcW w:w="2446" w:type="dxa"/>
          </w:tcPr>
          <w:p w14:paraId="3EC9A0F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cấp Giấy chứng nhận đối với thửa đất có diện tích tăng thêm do thay đổi ranh giới so với Giấy chứng nhận đã cấp; đăng ký, cấp Giấy chứng nhận quyền sử dụng đất, quyền sở hữu tài sản gắn liền với đất đối với toàn bộ diện tích đất đang sử dụng theo quy định tại khoản 2 và khoản 4 Điều 24 Nghị định số 101/2024/NĐ-CP được bổ sung tại khoản 6 Điều 12 Nghị định số 49/2026/NĐ-CP</w:t>
            </w:r>
          </w:p>
        </w:tc>
        <w:tc>
          <w:tcPr>
            <w:tcW w:w="1599" w:type="dxa"/>
          </w:tcPr>
          <w:p w14:paraId="5830019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44B9AEA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6097924F" wp14:editId="31D4BB5D">
                  <wp:extent cx="640080" cy="64008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4"/>
                          <a:stretch>
                            <a:fillRect/>
                          </a:stretch>
                        </pic:blipFill>
                        <pic:spPr>
                          <a:xfrm>
                            <a:off x="0" y="0"/>
                            <a:ext cx="640080" cy="640080"/>
                          </a:xfrm>
                          <a:prstGeom prst="rect">
                            <a:avLst/>
                          </a:prstGeom>
                        </pic:spPr>
                      </pic:pic>
                    </a:graphicData>
                  </a:graphic>
                </wp:inline>
              </w:drawing>
            </w:r>
          </w:p>
        </w:tc>
      </w:tr>
      <w:tr w:rsidR="005C547F" w:rsidRPr="0092658F" w14:paraId="72770D09" w14:textId="77777777" w:rsidTr="00423CDA">
        <w:trPr>
          <w:jc w:val="center"/>
        </w:trPr>
        <w:tc>
          <w:tcPr>
            <w:tcW w:w="1131" w:type="dxa"/>
          </w:tcPr>
          <w:p w14:paraId="5910A58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371</w:t>
            </w:r>
          </w:p>
        </w:tc>
        <w:tc>
          <w:tcPr>
            <w:tcW w:w="1559" w:type="dxa"/>
          </w:tcPr>
          <w:p w14:paraId="6EABD2F5"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1.116367</w:t>
            </w:r>
          </w:p>
        </w:tc>
        <w:tc>
          <w:tcPr>
            <w:tcW w:w="2446" w:type="dxa"/>
          </w:tcPr>
          <w:p w14:paraId="50C8FEC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Tặng cho quyền sử dụng đất cho Nhà nước hoặc cộng đồng dân cư hoặc mở rộng đường giao thông đối với trường hợp thửa đất chưa được cấp Giấy chứng nhận</w:t>
            </w:r>
          </w:p>
        </w:tc>
        <w:tc>
          <w:tcPr>
            <w:tcW w:w="1599" w:type="dxa"/>
          </w:tcPr>
          <w:p w14:paraId="49E4242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504B43D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4924B062" wp14:editId="1F8F7206">
                  <wp:extent cx="640080" cy="64008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5"/>
                          <a:stretch>
                            <a:fillRect/>
                          </a:stretch>
                        </pic:blipFill>
                        <pic:spPr>
                          <a:xfrm>
                            <a:off x="0" y="0"/>
                            <a:ext cx="640080" cy="640080"/>
                          </a:xfrm>
                          <a:prstGeom prst="rect">
                            <a:avLst/>
                          </a:prstGeom>
                        </pic:spPr>
                      </pic:pic>
                    </a:graphicData>
                  </a:graphic>
                </wp:inline>
              </w:drawing>
            </w:r>
          </w:p>
        </w:tc>
      </w:tr>
      <w:tr w:rsidR="005C547F" w:rsidRPr="0092658F" w14:paraId="57E5BA23" w14:textId="77777777" w:rsidTr="00423CDA">
        <w:trPr>
          <w:jc w:val="center"/>
        </w:trPr>
        <w:tc>
          <w:tcPr>
            <w:tcW w:w="1131" w:type="dxa"/>
          </w:tcPr>
          <w:p w14:paraId="5C3C02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372</w:t>
            </w:r>
          </w:p>
        </w:tc>
        <w:tc>
          <w:tcPr>
            <w:tcW w:w="1559" w:type="dxa"/>
          </w:tcPr>
          <w:p w14:paraId="0533797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1.116358</w:t>
            </w:r>
          </w:p>
        </w:tc>
        <w:tc>
          <w:tcPr>
            <w:tcW w:w="2446" w:type="dxa"/>
          </w:tcPr>
          <w:p w14:paraId="22C6746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Đính chính Giấy chứng nhận đã cấp lần đầu có sai sót</w:t>
            </w:r>
          </w:p>
        </w:tc>
        <w:tc>
          <w:tcPr>
            <w:tcW w:w="1599" w:type="dxa"/>
          </w:tcPr>
          <w:p w14:paraId="326BC45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6B593226"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5D162286" wp14:editId="3537606C">
                  <wp:extent cx="640080" cy="64008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6"/>
                          <a:stretch>
                            <a:fillRect/>
                          </a:stretch>
                        </pic:blipFill>
                        <pic:spPr>
                          <a:xfrm>
                            <a:off x="0" y="0"/>
                            <a:ext cx="640080" cy="640080"/>
                          </a:xfrm>
                          <a:prstGeom prst="rect">
                            <a:avLst/>
                          </a:prstGeom>
                        </pic:spPr>
                      </pic:pic>
                    </a:graphicData>
                  </a:graphic>
                </wp:inline>
              </w:drawing>
            </w:r>
          </w:p>
        </w:tc>
      </w:tr>
      <w:tr w:rsidR="005C547F" w:rsidRPr="0092658F" w14:paraId="60D42188" w14:textId="77777777" w:rsidTr="00423CDA">
        <w:trPr>
          <w:jc w:val="center"/>
        </w:trPr>
        <w:tc>
          <w:tcPr>
            <w:tcW w:w="1131" w:type="dxa"/>
          </w:tcPr>
          <w:p w14:paraId="2322C4EE"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373</w:t>
            </w:r>
          </w:p>
        </w:tc>
        <w:tc>
          <w:tcPr>
            <w:tcW w:w="1559" w:type="dxa"/>
          </w:tcPr>
          <w:p w14:paraId="07E9ADB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1.116360</w:t>
            </w:r>
          </w:p>
        </w:tc>
        <w:tc>
          <w:tcPr>
            <w:tcW w:w="2446" w:type="dxa"/>
          </w:tcPr>
          <w:p w14:paraId="2ABAE5E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1599" w:type="dxa"/>
          </w:tcPr>
          <w:p w14:paraId="5F11C7BF"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4828D084"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87ADEBC" wp14:editId="0CBFA16D">
                  <wp:extent cx="640080" cy="64008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7"/>
                          <a:stretch>
                            <a:fillRect/>
                          </a:stretch>
                        </pic:blipFill>
                        <pic:spPr>
                          <a:xfrm>
                            <a:off x="0" y="0"/>
                            <a:ext cx="640080" cy="640080"/>
                          </a:xfrm>
                          <a:prstGeom prst="rect">
                            <a:avLst/>
                          </a:prstGeom>
                        </pic:spPr>
                      </pic:pic>
                    </a:graphicData>
                  </a:graphic>
                </wp:inline>
              </w:drawing>
            </w:r>
          </w:p>
        </w:tc>
      </w:tr>
      <w:tr w:rsidR="005C547F" w:rsidRPr="0092658F" w14:paraId="56E0F38D" w14:textId="77777777" w:rsidTr="00423CDA">
        <w:trPr>
          <w:jc w:val="center"/>
        </w:trPr>
        <w:tc>
          <w:tcPr>
            <w:tcW w:w="1131" w:type="dxa"/>
          </w:tcPr>
          <w:p w14:paraId="4517467B"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374</w:t>
            </w:r>
          </w:p>
        </w:tc>
        <w:tc>
          <w:tcPr>
            <w:tcW w:w="1559" w:type="dxa"/>
          </w:tcPr>
          <w:p w14:paraId="28F7C1F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1.116365</w:t>
            </w:r>
          </w:p>
        </w:tc>
        <w:tc>
          <w:tcPr>
            <w:tcW w:w="2446" w:type="dxa"/>
          </w:tcPr>
          <w:p w14:paraId="43D9D091"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Chuyển mục đích sử dụng đất; chuyển hình thức sử dụng đất; gia hạn sử dụng đất khi hết thời hạn sử dụng đất; điều chỉnh thời hạn sử dụng đất của dự án đầu tư</w:t>
            </w:r>
          </w:p>
        </w:tc>
        <w:tc>
          <w:tcPr>
            <w:tcW w:w="1599" w:type="dxa"/>
          </w:tcPr>
          <w:p w14:paraId="1623135C"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Đất đai</w:t>
            </w:r>
          </w:p>
        </w:tc>
        <w:tc>
          <w:tcPr>
            <w:tcW w:w="1728" w:type="dxa"/>
          </w:tcPr>
          <w:p w14:paraId="5AAA6B3D"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2EA07EE2" wp14:editId="5E3064FD">
                  <wp:extent cx="640080" cy="64008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8"/>
                          <a:stretch>
                            <a:fillRect/>
                          </a:stretch>
                        </pic:blipFill>
                        <pic:spPr>
                          <a:xfrm>
                            <a:off x="0" y="0"/>
                            <a:ext cx="640080" cy="640080"/>
                          </a:xfrm>
                          <a:prstGeom prst="rect">
                            <a:avLst/>
                          </a:prstGeom>
                        </pic:spPr>
                      </pic:pic>
                    </a:graphicData>
                  </a:graphic>
                </wp:inline>
              </w:drawing>
            </w:r>
          </w:p>
        </w:tc>
      </w:tr>
      <w:tr w:rsidR="005C547F" w:rsidRPr="0092658F" w14:paraId="63BE8BCF" w14:textId="77777777" w:rsidTr="00423CDA">
        <w:trPr>
          <w:jc w:val="center"/>
        </w:trPr>
        <w:tc>
          <w:tcPr>
            <w:tcW w:w="1131" w:type="dxa"/>
          </w:tcPr>
          <w:p w14:paraId="0EEC53C0"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375</w:t>
            </w:r>
          </w:p>
        </w:tc>
        <w:tc>
          <w:tcPr>
            <w:tcW w:w="1559" w:type="dxa"/>
          </w:tcPr>
          <w:p w14:paraId="1B5592F7"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1.116366</w:t>
            </w:r>
          </w:p>
        </w:tc>
        <w:tc>
          <w:tcPr>
            <w:tcW w:w="2446" w:type="dxa"/>
          </w:tcPr>
          <w:p w14:paraId="3CF3D9A2"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t xml:space="preserve">Giao đất, cho thuê đất đối với trường hợp giao đất, cho thuê đất không đấu giá quyền sử dụng đất, không đấu thầu lựa </w:t>
            </w:r>
            <w:r w:rsidRPr="0092658F">
              <w:rPr>
                <w:rFonts w:ascii="Times New Roman" w:hAnsi="Times New Roman" w:cs="Times New Roman"/>
              </w:rPr>
              <w:lastRenderedPageBreak/>
              <w:t>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giao đất, cho thuê đất đồng thời giao khu vực biển để thực hiện hoạt động lấn biển</w:t>
            </w:r>
          </w:p>
        </w:tc>
        <w:tc>
          <w:tcPr>
            <w:tcW w:w="1599" w:type="dxa"/>
          </w:tcPr>
          <w:p w14:paraId="71F0F5C3"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rPr>
              <w:lastRenderedPageBreak/>
              <w:t>Đất đai</w:t>
            </w:r>
          </w:p>
        </w:tc>
        <w:tc>
          <w:tcPr>
            <w:tcW w:w="1728" w:type="dxa"/>
          </w:tcPr>
          <w:p w14:paraId="441138D8" w14:textId="77777777" w:rsidR="005C547F" w:rsidRPr="0092658F" w:rsidRDefault="00423CDA" w:rsidP="00FA4924">
            <w:pPr>
              <w:jc w:val="center"/>
              <w:rPr>
                <w:rFonts w:ascii="Times New Roman" w:hAnsi="Times New Roman" w:cs="Times New Roman"/>
              </w:rPr>
            </w:pPr>
            <w:r w:rsidRPr="0092658F">
              <w:rPr>
                <w:rFonts w:ascii="Times New Roman" w:hAnsi="Times New Roman" w:cs="Times New Roman"/>
                <w:noProof/>
              </w:rPr>
              <w:drawing>
                <wp:inline distT="0" distB="0" distL="0" distR="0" wp14:anchorId="019F234B" wp14:editId="51199E81">
                  <wp:extent cx="640080" cy="64008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379"/>
                          <a:stretch>
                            <a:fillRect/>
                          </a:stretch>
                        </pic:blipFill>
                        <pic:spPr>
                          <a:xfrm>
                            <a:off x="0" y="0"/>
                            <a:ext cx="640080" cy="640080"/>
                          </a:xfrm>
                          <a:prstGeom prst="rect">
                            <a:avLst/>
                          </a:prstGeom>
                        </pic:spPr>
                      </pic:pic>
                    </a:graphicData>
                  </a:graphic>
                </wp:inline>
              </w:drawing>
            </w:r>
          </w:p>
        </w:tc>
      </w:tr>
    </w:tbl>
    <w:p w14:paraId="5FCCF0B8" w14:textId="77777777" w:rsidR="00FA33D2" w:rsidRPr="00FA33D2" w:rsidRDefault="00FA33D2" w:rsidP="00423CDA">
      <w:pPr>
        <w:rPr>
          <w:rFonts w:ascii="Times New Roman" w:hAnsi="Times New Roman" w:cs="Times New Roman"/>
          <w:sz w:val="6"/>
        </w:rPr>
      </w:pPr>
    </w:p>
    <w:p w14:paraId="7E3B5305" w14:textId="3E9FDEAD" w:rsidR="00423CDA" w:rsidRDefault="00423CDA" w:rsidP="003D28AD">
      <w:pPr>
        <w:jc w:val="both"/>
        <w:rPr>
          <w:rFonts w:ascii="Times New Roman" w:hAnsi="Times New Roman" w:cs="Times New Roman"/>
        </w:rPr>
      </w:pPr>
      <w:r>
        <w:rPr>
          <w:rFonts w:ascii="Times New Roman" w:hAnsi="Times New Roman" w:cs="Times New Roman"/>
        </w:rPr>
        <w:t>* Tổng số 375 thủ tục hành chính trong đó 104 TTHC một phần và 271 TTHC toàn trình;</w:t>
      </w:r>
    </w:p>
    <w:p w14:paraId="48F6C993" w14:textId="437ECE16" w:rsidR="00423CDA" w:rsidRDefault="00423CDA" w:rsidP="003D28AD">
      <w:pPr>
        <w:jc w:val="both"/>
        <w:rPr>
          <w:rFonts w:ascii="Times New Roman" w:hAnsi="Times New Roman" w:cs="Times New Roman"/>
        </w:rPr>
      </w:pPr>
      <w:r>
        <w:rPr>
          <w:rFonts w:ascii="Times New Roman" w:hAnsi="Times New Roman" w:cs="Times New Roman"/>
        </w:rPr>
        <w:t xml:space="preserve">* </w:t>
      </w:r>
      <w:r w:rsidR="000F4D18">
        <w:rPr>
          <w:rFonts w:ascii="Times New Roman" w:hAnsi="Times New Roman" w:cs="Times New Roman"/>
        </w:rPr>
        <w:t xml:space="preserve">Ngoài ra có </w:t>
      </w:r>
      <w:r>
        <w:rPr>
          <w:rFonts w:ascii="Times New Roman" w:hAnsi="Times New Roman" w:cs="Times New Roman"/>
        </w:rPr>
        <w:t xml:space="preserve">02 nhóm thủ tục hành chính liên </w:t>
      </w:r>
      <w:r w:rsidR="003D28AD">
        <w:rPr>
          <w:rFonts w:ascii="Times New Roman" w:hAnsi="Times New Roman" w:cs="Times New Roman"/>
        </w:rPr>
        <w:t>thông</w:t>
      </w:r>
      <w:r w:rsidR="003D28AD" w:rsidRPr="003D28AD">
        <w:rPr>
          <w:rFonts w:ascii="Times New Roman" w:hAnsi="Times New Roman" w:cs="Times New Roman"/>
        </w:rPr>
        <w:t xml:space="preserve"> điện tử: </w:t>
      </w:r>
      <w:r w:rsidR="000F4D18">
        <w:rPr>
          <w:rFonts w:ascii="Times New Roman" w:hAnsi="Times New Roman" w:cs="Times New Roman"/>
        </w:rPr>
        <w:t>Đ</w:t>
      </w:r>
      <w:r w:rsidR="003D28AD" w:rsidRPr="003D28AD">
        <w:rPr>
          <w:rFonts w:ascii="Times New Roman" w:hAnsi="Times New Roman" w:cs="Times New Roman"/>
        </w:rPr>
        <w:t xml:space="preserve">ăng ký khai sinh, đăng ký thường trú, cấp thẻ bảo hiểm y tế, cấp thẻ căn cước cho trẻ em dưới 6 tuổi; </w:t>
      </w:r>
      <w:r w:rsidR="000F4D18">
        <w:rPr>
          <w:rFonts w:ascii="Times New Roman" w:hAnsi="Times New Roman" w:cs="Times New Roman"/>
        </w:rPr>
        <w:t>Đ</w:t>
      </w:r>
      <w:r w:rsidR="003D28AD" w:rsidRPr="003D28AD">
        <w:rPr>
          <w:rFonts w:ascii="Times New Roman" w:hAnsi="Times New Roman" w:cs="Times New Roman"/>
        </w:rPr>
        <w:t xml:space="preserve">ăng ký khai tử, xóa đăng ký thường trú, giải quyết mai táng phí, tử tuất thực hiện trên địa bàn </w:t>
      </w:r>
      <w:r w:rsidR="003D28AD">
        <w:rPr>
          <w:rFonts w:ascii="Times New Roman" w:hAnsi="Times New Roman" w:cs="Times New Roman"/>
        </w:rPr>
        <w:t>xã Quảng Tân</w:t>
      </w:r>
    </w:p>
    <w:p w14:paraId="48C52AA1" w14:textId="77777777" w:rsidR="00423CDA" w:rsidRPr="0092658F" w:rsidRDefault="00423CDA" w:rsidP="00423CDA">
      <w:pPr>
        <w:rPr>
          <w:rFonts w:ascii="Times New Roman" w:hAnsi="Times New Roman" w:cs="Times New Roman"/>
        </w:rPr>
      </w:pPr>
      <w:bookmarkStart w:id="0" w:name="_GoBack"/>
      <w:bookmarkEnd w:id="0"/>
    </w:p>
    <w:sectPr w:rsidR="00423CDA" w:rsidRPr="0092658F" w:rsidSect="00FA33D2">
      <w:pgSz w:w="11907" w:h="16839" w:code="9"/>
      <w:pgMar w:top="709"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5490433"/>
    <w:multiLevelType w:val="hybridMultilevel"/>
    <w:tmpl w:val="01244012"/>
    <w:lvl w:ilvl="0" w:tplc="67A8FB1C">
      <w:start w:val="1"/>
      <w:numFmt w:val="decimal"/>
      <w:lvlText w:val="%1."/>
      <w:lvlJc w:val="left"/>
      <w:pPr>
        <w:tabs>
          <w:tab w:val="num" w:pos="920"/>
        </w:tabs>
        <w:ind w:left="920" w:hanging="360"/>
      </w:pPr>
      <w:rPr>
        <w:rFonts w:ascii="Times New Roman" w:eastAsia="Times New Roman" w:hAnsi="Times New Roman" w:cs="Times New Roman"/>
      </w:rPr>
    </w:lvl>
    <w:lvl w:ilvl="1" w:tplc="04090019" w:tentative="1">
      <w:start w:val="1"/>
      <w:numFmt w:val="lowerLetter"/>
      <w:lvlText w:val="%2."/>
      <w:lvlJc w:val="left"/>
      <w:pPr>
        <w:tabs>
          <w:tab w:val="num" w:pos="1640"/>
        </w:tabs>
        <w:ind w:left="1640" w:hanging="360"/>
      </w:pPr>
      <w:rPr>
        <w:rFonts w:cs="Times New Roman"/>
      </w:rPr>
    </w:lvl>
    <w:lvl w:ilvl="2" w:tplc="0409001B" w:tentative="1">
      <w:start w:val="1"/>
      <w:numFmt w:val="lowerRoman"/>
      <w:lvlText w:val="%3."/>
      <w:lvlJc w:val="right"/>
      <w:pPr>
        <w:tabs>
          <w:tab w:val="num" w:pos="2360"/>
        </w:tabs>
        <w:ind w:left="2360" w:hanging="180"/>
      </w:pPr>
      <w:rPr>
        <w:rFonts w:cs="Times New Roman"/>
      </w:rPr>
    </w:lvl>
    <w:lvl w:ilvl="3" w:tplc="0409000F" w:tentative="1">
      <w:start w:val="1"/>
      <w:numFmt w:val="decimal"/>
      <w:lvlText w:val="%4."/>
      <w:lvlJc w:val="left"/>
      <w:pPr>
        <w:tabs>
          <w:tab w:val="num" w:pos="3080"/>
        </w:tabs>
        <w:ind w:left="3080" w:hanging="360"/>
      </w:pPr>
      <w:rPr>
        <w:rFonts w:cs="Times New Roman"/>
      </w:rPr>
    </w:lvl>
    <w:lvl w:ilvl="4" w:tplc="04090019" w:tentative="1">
      <w:start w:val="1"/>
      <w:numFmt w:val="lowerLetter"/>
      <w:lvlText w:val="%5."/>
      <w:lvlJc w:val="left"/>
      <w:pPr>
        <w:tabs>
          <w:tab w:val="num" w:pos="3800"/>
        </w:tabs>
        <w:ind w:left="3800" w:hanging="360"/>
      </w:pPr>
      <w:rPr>
        <w:rFonts w:cs="Times New Roman"/>
      </w:rPr>
    </w:lvl>
    <w:lvl w:ilvl="5" w:tplc="0409001B" w:tentative="1">
      <w:start w:val="1"/>
      <w:numFmt w:val="lowerRoman"/>
      <w:lvlText w:val="%6."/>
      <w:lvlJc w:val="right"/>
      <w:pPr>
        <w:tabs>
          <w:tab w:val="num" w:pos="4520"/>
        </w:tabs>
        <w:ind w:left="4520" w:hanging="180"/>
      </w:pPr>
      <w:rPr>
        <w:rFonts w:cs="Times New Roman"/>
      </w:rPr>
    </w:lvl>
    <w:lvl w:ilvl="6" w:tplc="0409000F" w:tentative="1">
      <w:start w:val="1"/>
      <w:numFmt w:val="decimal"/>
      <w:lvlText w:val="%7."/>
      <w:lvlJc w:val="left"/>
      <w:pPr>
        <w:tabs>
          <w:tab w:val="num" w:pos="5240"/>
        </w:tabs>
        <w:ind w:left="5240" w:hanging="360"/>
      </w:pPr>
      <w:rPr>
        <w:rFonts w:cs="Times New Roman"/>
      </w:rPr>
    </w:lvl>
    <w:lvl w:ilvl="7" w:tplc="04090019" w:tentative="1">
      <w:start w:val="1"/>
      <w:numFmt w:val="lowerLetter"/>
      <w:lvlText w:val="%8."/>
      <w:lvlJc w:val="left"/>
      <w:pPr>
        <w:tabs>
          <w:tab w:val="num" w:pos="5960"/>
        </w:tabs>
        <w:ind w:left="5960" w:hanging="360"/>
      </w:pPr>
      <w:rPr>
        <w:rFonts w:cs="Times New Roman"/>
      </w:rPr>
    </w:lvl>
    <w:lvl w:ilvl="8" w:tplc="0409001B" w:tentative="1">
      <w:start w:val="1"/>
      <w:numFmt w:val="lowerRoman"/>
      <w:lvlText w:val="%9."/>
      <w:lvlJc w:val="right"/>
      <w:pPr>
        <w:tabs>
          <w:tab w:val="num" w:pos="6680"/>
        </w:tabs>
        <w:ind w:left="6680" w:hanging="180"/>
      </w:pPr>
      <w:rPr>
        <w:rFonts w:cs="Times New Roman"/>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5727"/>
    <w:rsid w:val="000F4D18"/>
    <w:rsid w:val="0011446D"/>
    <w:rsid w:val="001439AA"/>
    <w:rsid w:val="0015074B"/>
    <w:rsid w:val="0029639D"/>
    <w:rsid w:val="00326F90"/>
    <w:rsid w:val="003B2AB8"/>
    <w:rsid w:val="003D28AD"/>
    <w:rsid w:val="00423CDA"/>
    <w:rsid w:val="005C547F"/>
    <w:rsid w:val="006E4D66"/>
    <w:rsid w:val="0092658F"/>
    <w:rsid w:val="00AA1D8D"/>
    <w:rsid w:val="00B47730"/>
    <w:rsid w:val="00CB0664"/>
    <w:rsid w:val="00D12DCD"/>
    <w:rsid w:val="00EB2BC5"/>
    <w:rsid w:val="00FA33D2"/>
    <w:rsid w:val="00FA49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01D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12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DCD"/>
    <w:rPr>
      <w:rFonts w:ascii="Tahoma" w:hAnsi="Tahoma" w:cs="Tahoma"/>
      <w:sz w:val="16"/>
      <w:szCs w:val="16"/>
    </w:rPr>
  </w:style>
  <w:style w:type="paragraph" w:styleId="NormalWeb">
    <w:name w:val="Normal (Web)"/>
    <w:basedOn w:val="Normal"/>
    <w:uiPriority w:val="99"/>
    <w:rsid w:val="00FA33D2"/>
    <w:pPr>
      <w:spacing w:before="100" w:beforeAutospacing="1" w:after="100" w:afterAutospacing="1" w:line="240" w:lineRule="auto"/>
    </w:pPr>
    <w:rPr>
      <w:rFonts w:ascii="Times New Roman" w:eastAsia="Times New Roman" w:hAnsi="Times New Roman" w:cs="Times New Roman"/>
      <w:sz w:val="24"/>
      <w:szCs w:val="24"/>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12D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DCD"/>
    <w:rPr>
      <w:rFonts w:ascii="Tahoma" w:hAnsi="Tahoma" w:cs="Tahoma"/>
      <w:sz w:val="16"/>
      <w:szCs w:val="16"/>
    </w:rPr>
  </w:style>
  <w:style w:type="paragraph" w:styleId="NormalWeb">
    <w:name w:val="Normal (Web)"/>
    <w:basedOn w:val="Normal"/>
    <w:uiPriority w:val="99"/>
    <w:rsid w:val="00FA33D2"/>
    <w:pPr>
      <w:spacing w:before="100" w:beforeAutospacing="1" w:after="100" w:afterAutospacing="1" w:line="240" w:lineRule="auto"/>
    </w:pPr>
    <w:rPr>
      <w:rFonts w:ascii="Times New Roman" w:eastAsia="Times New Roman" w:hAnsi="Times New Roman" w:cs="Times New Roman"/>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99" Type="http://schemas.openxmlformats.org/officeDocument/2006/relationships/image" Target="media/image293.png"/><Relationship Id="rId303" Type="http://schemas.openxmlformats.org/officeDocument/2006/relationships/image" Target="media/image297.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324" Type="http://schemas.openxmlformats.org/officeDocument/2006/relationships/image" Target="media/image318.png"/><Relationship Id="rId345" Type="http://schemas.openxmlformats.org/officeDocument/2006/relationships/image" Target="media/image339.png"/><Relationship Id="rId366" Type="http://schemas.openxmlformats.org/officeDocument/2006/relationships/image" Target="media/image360.png"/><Relationship Id="rId170" Type="http://schemas.openxmlformats.org/officeDocument/2006/relationships/image" Target="media/image164.png"/><Relationship Id="rId191" Type="http://schemas.openxmlformats.org/officeDocument/2006/relationships/image" Target="media/image185.png"/><Relationship Id="rId205" Type="http://schemas.openxmlformats.org/officeDocument/2006/relationships/image" Target="media/image199.png"/><Relationship Id="rId226" Type="http://schemas.openxmlformats.org/officeDocument/2006/relationships/image" Target="media/image220.png"/><Relationship Id="rId247" Type="http://schemas.openxmlformats.org/officeDocument/2006/relationships/image" Target="media/image241.png"/><Relationship Id="rId107" Type="http://schemas.openxmlformats.org/officeDocument/2006/relationships/image" Target="media/image101.png"/><Relationship Id="rId268" Type="http://schemas.openxmlformats.org/officeDocument/2006/relationships/image" Target="media/image262.png"/><Relationship Id="rId289" Type="http://schemas.openxmlformats.org/officeDocument/2006/relationships/image" Target="media/image283.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314" Type="http://schemas.openxmlformats.org/officeDocument/2006/relationships/image" Target="media/image308.png"/><Relationship Id="rId335" Type="http://schemas.openxmlformats.org/officeDocument/2006/relationships/image" Target="media/image329.png"/><Relationship Id="rId356" Type="http://schemas.openxmlformats.org/officeDocument/2006/relationships/image" Target="media/image350.png"/><Relationship Id="rId377" Type="http://schemas.openxmlformats.org/officeDocument/2006/relationships/image" Target="media/image371.png"/><Relationship Id="rId5" Type="http://schemas.openxmlformats.org/officeDocument/2006/relationships/settings" Target="setting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image" Target="media/image175.png"/><Relationship Id="rId216" Type="http://schemas.openxmlformats.org/officeDocument/2006/relationships/image" Target="media/image210.png"/><Relationship Id="rId237" Type="http://schemas.openxmlformats.org/officeDocument/2006/relationships/image" Target="media/image231.png"/><Relationship Id="rId258" Type="http://schemas.openxmlformats.org/officeDocument/2006/relationships/image" Target="media/image252.png"/><Relationship Id="rId279" Type="http://schemas.openxmlformats.org/officeDocument/2006/relationships/image" Target="media/image273.png"/><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290" Type="http://schemas.openxmlformats.org/officeDocument/2006/relationships/image" Target="media/image284.png"/><Relationship Id="rId304" Type="http://schemas.openxmlformats.org/officeDocument/2006/relationships/image" Target="media/image298.png"/><Relationship Id="rId325" Type="http://schemas.openxmlformats.org/officeDocument/2006/relationships/image" Target="media/image319.png"/><Relationship Id="rId346" Type="http://schemas.openxmlformats.org/officeDocument/2006/relationships/image" Target="media/image340.png"/><Relationship Id="rId367" Type="http://schemas.openxmlformats.org/officeDocument/2006/relationships/image" Target="media/image361.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92" Type="http://schemas.openxmlformats.org/officeDocument/2006/relationships/image" Target="media/image186.png"/><Relationship Id="rId206" Type="http://schemas.openxmlformats.org/officeDocument/2006/relationships/image" Target="media/image200.png"/><Relationship Id="rId227" Type="http://schemas.openxmlformats.org/officeDocument/2006/relationships/image" Target="media/image221.png"/><Relationship Id="rId248" Type="http://schemas.openxmlformats.org/officeDocument/2006/relationships/image" Target="media/image242.png"/><Relationship Id="rId269" Type="http://schemas.openxmlformats.org/officeDocument/2006/relationships/image" Target="media/image263.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280" Type="http://schemas.openxmlformats.org/officeDocument/2006/relationships/image" Target="media/image274.png"/><Relationship Id="rId315" Type="http://schemas.openxmlformats.org/officeDocument/2006/relationships/image" Target="media/image309.png"/><Relationship Id="rId336" Type="http://schemas.openxmlformats.org/officeDocument/2006/relationships/image" Target="media/image330.png"/><Relationship Id="rId357" Type="http://schemas.openxmlformats.org/officeDocument/2006/relationships/image" Target="media/image351.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image" Target="media/image176.png"/><Relationship Id="rId217" Type="http://schemas.openxmlformats.org/officeDocument/2006/relationships/image" Target="media/image211.png"/><Relationship Id="rId378" Type="http://schemas.openxmlformats.org/officeDocument/2006/relationships/image" Target="media/image372.png"/><Relationship Id="rId6" Type="http://schemas.openxmlformats.org/officeDocument/2006/relationships/webSettings" Target="webSettings.xml"/><Relationship Id="rId238" Type="http://schemas.openxmlformats.org/officeDocument/2006/relationships/image" Target="media/image232.png"/><Relationship Id="rId259" Type="http://schemas.openxmlformats.org/officeDocument/2006/relationships/image" Target="media/image253.png"/><Relationship Id="rId23" Type="http://schemas.openxmlformats.org/officeDocument/2006/relationships/image" Target="media/image17.png"/><Relationship Id="rId119" Type="http://schemas.openxmlformats.org/officeDocument/2006/relationships/image" Target="media/image113.png"/><Relationship Id="rId270" Type="http://schemas.openxmlformats.org/officeDocument/2006/relationships/image" Target="media/image264.png"/><Relationship Id="rId291" Type="http://schemas.openxmlformats.org/officeDocument/2006/relationships/image" Target="media/image285.png"/><Relationship Id="rId305" Type="http://schemas.openxmlformats.org/officeDocument/2006/relationships/image" Target="media/image299.png"/><Relationship Id="rId326" Type="http://schemas.openxmlformats.org/officeDocument/2006/relationships/image" Target="media/image320.png"/><Relationship Id="rId347" Type="http://schemas.openxmlformats.org/officeDocument/2006/relationships/image" Target="media/image341.png"/><Relationship Id="rId44" Type="http://schemas.openxmlformats.org/officeDocument/2006/relationships/image" Target="media/image38.png"/><Relationship Id="rId65" Type="http://schemas.openxmlformats.org/officeDocument/2006/relationships/image" Target="media/image59.png"/><Relationship Id="rId86" Type="http://schemas.openxmlformats.org/officeDocument/2006/relationships/image" Target="media/image80.png"/><Relationship Id="rId130" Type="http://schemas.openxmlformats.org/officeDocument/2006/relationships/image" Target="media/image124.png"/><Relationship Id="rId151" Type="http://schemas.openxmlformats.org/officeDocument/2006/relationships/image" Target="media/image145.png"/><Relationship Id="rId368" Type="http://schemas.openxmlformats.org/officeDocument/2006/relationships/image" Target="media/image362.png"/><Relationship Id="rId172" Type="http://schemas.openxmlformats.org/officeDocument/2006/relationships/image" Target="media/image166.png"/><Relationship Id="rId193" Type="http://schemas.openxmlformats.org/officeDocument/2006/relationships/image" Target="media/image187.png"/><Relationship Id="rId207" Type="http://schemas.openxmlformats.org/officeDocument/2006/relationships/image" Target="media/image201.png"/><Relationship Id="rId228" Type="http://schemas.openxmlformats.org/officeDocument/2006/relationships/image" Target="media/image222.png"/><Relationship Id="rId249" Type="http://schemas.openxmlformats.org/officeDocument/2006/relationships/image" Target="media/image243.png"/><Relationship Id="rId13" Type="http://schemas.openxmlformats.org/officeDocument/2006/relationships/image" Target="media/image7.png"/><Relationship Id="rId109" Type="http://schemas.openxmlformats.org/officeDocument/2006/relationships/image" Target="media/image103.png"/><Relationship Id="rId260" Type="http://schemas.openxmlformats.org/officeDocument/2006/relationships/image" Target="media/image254.png"/><Relationship Id="rId281" Type="http://schemas.openxmlformats.org/officeDocument/2006/relationships/image" Target="media/image275.png"/><Relationship Id="rId316" Type="http://schemas.openxmlformats.org/officeDocument/2006/relationships/image" Target="media/image310.png"/><Relationship Id="rId337" Type="http://schemas.openxmlformats.org/officeDocument/2006/relationships/image" Target="media/image331.png"/><Relationship Id="rId34" Type="http://schemas.openxmlformats.org/officeDocument/2006/relationships/image" Target="media/image28.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20" Type="http://schemas.openxmlformats.org/officeDocument/2006/relationships/image" Target="media/image114.png"/><Relationship Id="rId141" Type="http://schemas.openxmlformats.org/officeDocument/2006/relationships/image" Target="media/image135.png"/><Relationship Id="rId358" Type="http://schemas.openxmlformats.org/officeDocument/2006/relationships/image" Target="media/image352.png"/><Relationship Id="rId379" Type="http://schemas.openxmlformats.org/officeDocument/2006/relationships/image" Target="media/image373.png"/><Relationship Id="rId7" Type="http://schemas.openxmlformats.org/officeDocument/2006/relationships/image" Target="media/image1.png"/><Relationship Id="rId162" Type="http://schemas.openxmlformats.org/officeDocument/2006/relationships/image" Target="media/image156.png"/><Relationship Id="rId183" Type="http://schemas.openxmlformats.org/officeDocument/2006/relationships/image" Target="media/image177.png"/><Relationship Id="rId218" Type="http://schemas.openxmlformats.org/officeDocument/2006/relationships/image" Target="media/image212.png"/><Relationship Id="rId239" Type="http://schemas.openxmlformats.org/officeDocument/2006/relationships/image" Target="media/image233.png"/><Relationship Id="rId250" Type="http://schemas.openxmlformats.org/officeDocument/2006/relationships/image" Target="media/image244.png"/><Relationship Id="rId271" Type="http://schemas.openxmlformats.org/officeDocument/2006/relationships/image" Target="media/image265.png"/><Relationship Id="rId292" Type="http://schemas.openxmlformats.org/officeDocument/2006/relationships/image" Target="media/image286.png"/><Relationship Id="rId306" Type="http://schemas.openxmlformats.org/officeDocument/2006/relationships/image" Target="media/image300.png"/><Relationship Id="rId24" Type="http://schemas.openxmlformats.org/officeDocument/2006/relationships/image" Target="media/image18.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31" Type="http://schemas.openxmlformats.org/officeDocument/2006/relationships/image" Target="media/image125.png"/><Relationship Id="rId327" Type="http://schemas.openxmlformats.org/officeDocument/2006/relationships/image" Target="media/image321.png"/><Relationship Id="rId348" Type="http://schemas.openxmlformats.org/officeDocument/2006/relationships/image" Target="media/image342.png"/><Relationship Id="rId369" Type="http://schemas.openxmlformats.org/officeDocument/2006/relationships/image" Target="media/image363.png"/><Relationship Id="rId152" Type="http://schemas.openxmlformats.org/officeDocument/2006/relationships/image" Target="media/image146.png"/><Relationship Id="rId173" Type="http://schemas.openxmlformats.org/officeDocument/2006/relationships/image" Target="media/image167.png"/><Relationship Id="rId194" Type="http://schemas.openxmlformats.org/officeDocument/2006/relationships/image" Target="media/image188.png"/><Relationship Id="rId208" Type="http://schemas.openxmlformats.org/officeDocument/2006/relationships/image" Target="media/image202.png"/><Relationship Id="rId229" Type="http://schemas.openxmlformats.org/officeDocument/2006/relationships/image" Target="media/image223.png"/><Relationship Id="rId380" Type="http://schemas.openxmlformats.org/officeDocument/2006/relationships/fontTable" Target="fontTable.xml"/><Relationship Id="rId240" Type="http://schemas.openxmlformats.org/officeDocument/2006/relationships/image" Target="media/image234.png"/><Relationship Id="rId261" Type="http://schemas.openxmlformats.org/officeDocument/2006/relationships/image" Target="media/image255.png"/><Relationship Id="rId14" Type="http://schemas.openxmlformats.org/officeDocument/2006/relationships/image" Target="media/image8.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282" Type="http://schemas.openxmlformats.org/officeDocument/2006/relationships/image" Target="media/image276.png"/><Relationship Id="rId317" Type="http://schemas.openxmlformats.org/officeDocument/2006/relationships/image" Target="media/image311.png"/><Relationship Id="rId338" Type="http://schemas.openxmlformats.org/officeDocument/2006/relationships/image" Target="media/image332.png"/><Relationship Id="rId359" Type="http://schemas.openxmlformats.org/officeDocument/2006/relationships/image" Target="media/image353.png"/><Relationship Id="rId8" Type="http://schemas.openxmlformats.org/officeDocument/2006/relationships/image" Target="media/image2.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184" Type="http://schemas.openxmlformats.org/officeDocument/2006/relationships/image" Target="media/image178.png"/><Relationship Id="rId219" Type="http://schemas.openxmlformats.org/officeDocument/2006/relationships/image" Target="media/image213.png"/><Relationship Id="rId370" Type="http://schemas.openxmlformats.org/officeDocument/2006/relationships/image" Target="media/image364.png"/><Relationship Id="rId230" Type="http://schemas.openxmlformats.org/officeDocument/2006/relationships/image" Target="media/image224.png"/><Relationship Id="rId251" Type="http://schemas.openxmlformats.org/officeDocument/2006/relationships/image" Target="media/image245.png"/><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272" Type="http://schemas.openxmlformats.org/officeDocument/2006/relationships/image" Target="media/image266.png"/><Relationship Id="rId293" Type="http://schemas.openxmlformats.org/officeDocument/2006/relationships/image" Target="media/image287.png"/><Relationship Id="rId307" Type="http://schemas.openxmlformats.org/officeDocument/2006/relationships/image" Target="media/image301.png"/><Relationship Id="rId328" Type="http://schemas.openxmlformats.org/officeDocument/2006/relationships/image" Target="media/image322.png"/><Relationship Id="rId349" Type="http://schemas.openxmlformats.org/officeDocument/2006/relationships/image" Target="media/image343.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95" Type="http://schemas.openxmlformats.org/officeDocument/2006/relationships/image" Target="media/image189.png"/><Relationship Id="rId209" Type="http://schemas.openxmlformats.org/officeDocument/2006/relationships/image" Target="media/image203.png"/><Relationship Id="rId360" Type="http://schemas.openxmlformats.org/officeDocument/2006/relationships/image" Target="media/image354.png"/><Relationship Id="rId381" Type="http://schemas.openxmlformats.org/officeDocument/2006/relationships/theme" Target="theme/theme1.xml"/><Relationship Id="rId220" Type="http://schemas.openxmlformats.org/officeDocument/2006/relationships/image" Target="media/image214.png"/><Relationship Id="rId241" Type="http://schemas.openxmlformats.org/officeDocument/2006/relationships/image" Target="media/image235.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262" Type="http://schemas.openxmlformats.org/officeDocument/2006/relationships/image" Target="media/image256.png"/><Relationship Id="rId283" Type="http://schemas.openxmlformats.org/officeDocument/2006/relationships/image" Target="media/image277.png"/><Relationship Id="rId318" Type="http://schemas.openxmlformats.org/officeDocument/2006/relationships/image" Target="media/image312.png"/><Relationship Id="rId339" Type="http://schemas.openxmlformats.org/officeDocument/2006/relationships/image" Target="media/image333.png"/><Relationship Id="rId78" Type="http://schemas.openxmlformats.org/officeDocument/2006/relationships/image" Target="media/image72.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64" Type="http://schemas.openxmlformats.org/officeDocument/2006/relationships/image" Target="media/image158.png"/><Relationship Id="rId185" Type="http://schemas.openxmlformats.org/officeDocument/2006/relationships/image" Target="media/image179.png"/><Relationship Id="rId350" Type="http://schemas.openxmlformats.org/officeDocument/2006/relationships/image" Target="media/image344.png"/><Relationship Id="rId371" Type="http://schemas.openxmlformats.org/officeDocument/2006/relationships/image" Target="media/image365.png"/><Relationship Id="rId9" Type="http://schemas.openxmlformats.org/officeDocument/2006/relationships/image" Target="media/image3.png"/><Relationship Id="rId210" Type="http://schemas.openxmlformats.org/officeDocument/2006/relationships/image" Target="media/image204.png"/><Relationship Id="rId26" Type="http://schemas.openxmlformats.org/officeDocument/2006/relationships/image" Target="media/image20.png"/><Relationship Id="rId231" Type="http://schemas.openxmlformats.org/officeDocument/2006/relationships/image" Target="media/image225.png"/><Relationship Id="rId252" Type="http://schemas.openxmlformats.org/officeDocument/2006/relationships/image" Target="media/image246.png"/><Relationship Id="rId273" Type="http://schemas.openxmlformats.org/officeDocument/2006/relationships/image" Target="media/image267.png"/><Relationship Id="rId294" Type="http://schemas.openxmlformats.org/officeDocument/2006/relationships/image" Target="media/image288.png"/><Relationship Id="rId308" Type="http://schemas.openxmlformats.org/officeDocument/2006/relationships/image" Target="media/image302.png"/><Relationship Id="rId329" Type="http://schemas.openxmlformats.org/officeDocument/2006/relationships/image" Target="media/image323.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340" Type="http://schemas.openxmlformats.org/officeDocument/2006/relationships/image" Target="media/image334.png"/><Relationship Id="rId361" Type="http://schemas.openxmlformats.org/officeDocument/2006/relationships/image" Target="media/image355.png"/><Relationship Id="rId196" Type="http://schemas.openxmlformats.org/officeDocument/2006/relationships/image" Target="media/image190.png"/><Relationship Id="rId200" Type="http://schemas.openxmlformats.org/officeDocument/2006/relationships/image" Target="media/image194.png"/><Relationship Id="rId16" Type="http://schemas.openxmlformats.org/officeDocument/2006/relationships/image" Target="media/image10.png"/><Relationship Id="rId221" Type="http://schemas.openxmlformats.org/officeDocument/2006/relationships/image" Target="media/image215.png"/><Relationship Id="rId242" Type="http://schemas.openxmlformats.org/officeDocument/2006/relationships/image" Target="media/image236.png"/><Relationship Id="rId263" Type="http://schemas.openxmlformats.org/officeDocument/2006/relationships/image" Target="media/image257.png"/><Relationship Id="rId284" Type="http://schemas.openxmlformats.org/officeDocument/2006/relationships/image" Target="media/image278.png"/><Relationship Id="rId319" Type="http://schemas.openxmlformats.org/officeDocument/2006/relationships/image" Target="media/image313.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330" Type="http://schemas.openxmlformats.org/officeDocument/2006/relationships/image" Target="media/image324.png"/><Relationship Id="rId90" Type="http://schemas.openxmlformats.org/officeDocument/2006/relationships/image" Target="media/image84.png"/><Relationship Id="rId165" Type="http://schemas.openxmlformats.org/officeDocument/2006/relationships/image" Target="media/image159.png"/><Relationship Id="rId186" Type="http://schemas.openxmlformats.org/officeDocument/2006/relationships/image" Target="media/image180.png"/><Relationship Id="rId351" Type="http://schemas.openxmlformats.org/officeDocument/2006/relationships/image" Target="media/image345.png"/><Relationship Id="rId372" Type="http://schemas.openxmlformats.org/officeDocument/2006/relationships/image" Target="media/image366.png"/><Relationship Id="rId211" Type="http://schemas.openxmlformats.org/officeDocument/2006/relationships/image" Target="media/image205.png"/><Relationship Id="rId232" Type="http://schemas.openxmlformats.org/officeDocument/2006/relationships/image" Target="media/image226.png"/><Relationship Id="rId253" Type="http://schemas.openxmlformats.org/officeDocument/2006/relationships/image" Target="media/image247.png"/><Relationship Id="rId274" Type="http://schemas.openxmlformats.org/officeDocument/2006/relationships/image" Target="media/image268.png"/><Relationship Id="rId295" Type="http://schemas.openxmlformats.org/officeDocument/2006/relationships/image" Target="media/image289.png"/><Relationship Id="rId309" Type="http://schemas.openxmlformats.org/officeDocument/2006/relationships/image" Target="media/image303.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320" Type="http://schemas.openxmlformats.org/officeDocument/2006/relationships/image" Target="media/image314.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97" Type="http://schemas.openxmlformats.org/officeDocument/2006/relationships/image" Target="media/image191.png"/><Relationship Id="rId341" Type="http://schemas.openxmlformats.org/officeDocument/2006/relationships/image" Target="media/image335.png"/><Relationship Id="rId362" Type="http://schemas.openxmlformats.org/officeDocument/2006/relationships/image" Target="media/image356.png"/><Relationship Id="rId201" Type="http://schemas.openxmlformats.org/officeDocument/2006/relationships/image" Target="media/image195.png"/><Relationship Id="rId222" Type="http://schemas.openxmlformats.org/officeDocument/2006/relationships/image" Target="media/image216.png"/><Relationship Id="rId243" Type="http://schemas.openxmlformats.org/officeDocument/2006/relationships/image" Target="media/image237.png"/><Relationship Id="rId264" Type="http://schemas.openxmlformats.org/officeDocument/2006/relationships/image" Target="media/image258.png"/><Relationship Id="rId285" Type="http://schemas.openxmlformats.org/officeDocument/2006/relationships/image" Target="media/image279.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310" Type="http://schemas.openxmlformats.org/officeDocument/2006/relationships/image" Target="media/image304.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87" Type="http://schemas.openxmlformats.org/officeDocument/2006/relationships/image" Target="media/image181.png"/><Relationship Id="rId331" Type="http://schemas.openxmlformats.org/officeDocument/2006/relationships/image" Target="media/image325.png"/><Relationship Id="rId352" Type="http://schemas.openxmlformats.org/officeDocument/2006/relationships/image" Target="media/image346.png"/><Relationship Id="rId373" Type="http://schemas.openxmlformats.org/officeDocument/2006/relationships/image" Target="media/image367.png"/><Relationship Id="rId1" Type="http://schemas.openxmlformats.org/officeDocument/2006/relationships/customXml" Target="../customXml/item1.xml"/><Relationship Id="rId212" Type="http://schemas.openxmlformats.org/officeDocument/2006/relationships/image" Target="media/image206.png"/><Relationship Id="rId233" Type="http://schemas.openxmlformats.org/officeDocument/2006/relationships/image" Target="media/image227.png"/><Relationship Id="rId254" Type="http://schemas.openxmlformats.org/officeDocument/2006/relationships/image" Target="media/image248.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275" Type="http://schemas.openxmlformats.org/officeDocument/2006/relationships/image" Target="media/image269.png"/><Relationship Id="rId296" Type="http://schemas.openxmlformats.org/officeDocument/2006/relationships/image" Target="media/image290.png"/><Relationship Id="rId300" Type="http://schemas.openxmlformats.org/officeDocument/2006/relationships/image" Target="media/image294.png"/><Relationship Id="rId60" Type="http://schemas.openxmlformats.org/officeDocument/2006/relationships/image" Target="media/image54.png"/><Relationship Id="rId81" Type="http://schemas.openxmlformats.org/officeDocument/2006/relationships/image" Target="media/image75.png"/><Relationship Id="rId135" Type="http://schemas.openxmlformats.org/officeDocument/2006/relationships/image" Target="media/image129.png"/><Relationship Id="rId156" Type="http://schemas.openxmlformats.org/officeDocument/2006/relationships/image" Target="media/image150.png"/><Relationship Id="rId177" Type="http://schemas.openxmlformats.org/officeDocument/2006/relationships/image" Target="media/image171.png"/><Relationship Id="rId198" Type="http://schemas.openxmlformats.org/officeDocument/2006/relationships/image" Target="media/image192.png"/><Relationship Id="rId321" Type="http://schemas.openxmlformats.org/officeDocument/2006/relationships/image" Target="media/image315.png"/><Relationship Id="rId342" Type="http://schemas.openxmlformats.org/officeDocument/2006/relationships/image" Target="media/image336.png"/><Relationship Id="rId363" Type="http://schemas.openxmlformats.org/officeDocument/2006/relationships/image" Target="media/image357.png"/><Relationship Id="rId202" Type="http://schemas.openxmlformats.org/officeDocument/2006/relationships/image" Target="media/image196.png"/><Relationship Id="rId223" Type="http://schemas.openxmlformats.org/officeDocument/2006/relationships/image" Target="media/image217.png"/><Relationship Id="rId244" Type="http://schemas.openxmlformats.org/officeDocument/2006/relationships/image" Target="media/image238.png"/><Relationship Id="rId18" Type="http://schemas.openxmlformats.org/officeDocument/2006/relationships/image" Target="media/image12.png"/><Relationship Id="rId39" Type="http://schemas.openxmlformats.org/officeDocument/2006/relationships/image" Target="media/image33.png"/><Relationship Id="rId265" Type="http://schemas.openxmlformats.org/officeDocument/2006/relationships/image" Target="media/image259.png"/><Relationship Id="rId286" Type="http://schemas.openxmlformats.org/officeDocument/2006/relationships/image" Target="media/image280.png"/><Relationship Id="rId50" Type="http://schemas.openxmlformats.org/officeDocument/2006/relationships/image" Target="media/image44.png"/><Relationship Id="rId104" Type="http://schemas.openxmlformats.org/officeDocument/2006/relationships/image" Target="media/image98.png"/><Relationship Id="rId125" Type="http://schemas.openxmlformats.org/officeDocument/2006/relationships/image" Target="media/image119.png"/><Relationship Id="rId146" Type="http://schemas.openxmlformats.org/officeDocument/2006/relationships/image" Target="media/image140.png"/><Relationship Id="rId167" Type="http://schemas.openxmlformats.org/officeDocument/2006/relationships/image" Target="media/image161.png"/><Relationship Id="rId188" Type="http://schemas.openxmlformats.org/officeDocument/2006/relationships/image" Target="media/image182.png"/><Relationship Id="rId311" Type="http://schemas.openxmlformats.org/officeDocument/2006/relationships/image" Target="media/image305.png"/><Relationship Id="rId332" Type="http://schemas.openxmlformats.org/officeDocument/2006/relationships/image" Target="media/image326.png"/><Relationship Id="rId353" Type="http://schemas.openxmlformats.org/officeDocument/2006/relationships/image" Target="media/image347.png"/><Relationship Id="rId374" Type="http://schemas.openxmlformats.org/officeDocument/2006/relationships/image" Target="media/image368.png"/><Relationship Id="rId71" Type="http://schemas.openxmlformats.org/officeDocument/2006/relationships/image" Target="media/image65.png"/><Relationship Id="rId92" Type="http://schemas.openxmlformats.org/officeDocument/2006/relationships/image" Target="media/image86.png"/><Relationship Id="rId213" Type="http://schemas.openxmlformats.org/officeDocument/2006/relationships/image" Target="media/image207.png"/><Relationship Id="rId234" Type="http://schemas.openxmlformats.org/officeDocument/2006/relationships/image" Target="media/image228.png"/><Relationship Id="rId2" Type="http://schemas.openxmlformats.org/officeDocument/2006/relationships/numbering" Target="numbering.xml"/><Relationship Id="rId29" Type="http://schemas.openxmlformats.org/officeDocument/2006/relationships/image" Target="media/image23.png"/><Relationship Id="rId255" Type="http://schemas.openxmlformats.org/officeDocument/2006/relationships/image" Target="media/image249.png"/><Relationship Id="rId276" Type="http://schemas.openxmlformats.org/officeDocument/2006/relationships/image" Target="media/image270.png"/><Relationship Id="rId297" Type="http://schemas.openxmlformats.org/officeDocument/2006/relationships/image" Target="media/image291.png"/><Relationship Id="rId40" Type="http://schemas.openxmlformats.org/officeDocument/2006/relationships/image" Target="media/image34.png"/><Relationship Id="rId115" Type="http://schemas.openxmlformats.org/officeDocument/2006/relationships/image" Target="media/image109.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301" Type="http://schemas.openxmlformats.org/officeDocument/2006/relationships/image" Target="media/image295.png"/><Relationship Id="rId322" Type="http://schemas.openxmlformats.org/officeDocument/2006/relationships/image" Target="media/image316.png"/><Relationship Id="rId343" Type="http://schemas.openxmlformats.org/officeDocument/2006/relationships/image" Target="media/image337.png"/><Relationship Id="rId364" Type="http://schemas.openxmlformats.org/officeDocument/2006/relationships/image" Target="media/image358.png"/><Relationship Id="rId61" Type="http://schemas.openxmlformats.org/officeDocument/2006/relationships/image" Target="media/image55.png"/><Relationship Id="rId82" Type="http://schemas.openxmlformats.org/officeDocument/2006/relationships/image" Target="media/image76.png"/><Relationship Id="rId199" Type="http://schemas.openxmlformats.org/officeDocument/2006/relationships/image" Target="media/image193.png"/><Relationship Id="rId203" Type="http://schemas.openxmlformats.org/officeDocument/2006/relationships/image" Target="media/image197.png"/><Relationship Id="rId19" Type="http://schemas.openxmlformats.org/officeDocument/2006/relationships/image" Target="media/image13.png"/><Relationship Id="rId224" Type="http://schemas.openxmlformats.org/officeDocument/2006/relationships/image" Target="media/image218.png"/><Relationship Id="rId245" Type="http://schemas.openxmlformats.org/officeDocument/2006/relationships/image" Target="media/image239.png"/><Relationship Id="rId266" Type="http://schemas.openxmlformats.org/officeDocument/2006/relationships/image" Target="media/image260.png"/><Relationship Id="rId287" Type="http://schemas.openxmlformats.org/officeDocument/2006/relationships/image" Target="media/image281.png"/><Relationship Id="rId30" Type="http://schemas.openxmlformats.org/officeDocument/2006/relationships/image" Target="media/image2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312" Type="http://schemas.openxmlformats.org/officeDocument/2006/relationships/image" Target="media/image306.png"/><Relationship Id="rId333" Type="http://schemas.openxmlformats.org/officeDocument/2006/relationships/image" Target="media/image327.png"/><Relationship Id="rId354" Type="http://schemas.openxmlformats.org/officeDocument/2006/relationships/image" Target="media/image348.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189" Type="http://schemas.openxmlformats.org/officeDocument/2006/relationships/image" Target="media/image183.png"/><Relationship Id="rId375" Type="http://schemas.openxmlformats.org/officeDocument/2006/relationships/image" Target="media/image369.png"/><Relationship Id="rId3" Type="http://schemas.openxmlformats.org/officeDocument/2006/relationships/styles" Target="styles.xml"/><Relationship Id="rId214" Type="http://schemas.openxmlformats.org/officeDocument/2006/relationships/image" Target="media/image208.png"/><Relationship Id="rId235" Type="http://schemas.openxmlformats.org/officeDocument/2006/relationships/image" Target="media/image229.png"/><Relationship Id="rId256" Type="http://schemas.openxmlformats.org/officeDocument/2006/relationships/image" Target="media/image250.png"/><Relationship Id="rId277" Type="http://schemas.openxmlformats.org/officeDocument/2006/relationships/image" Target="media/image271.png"/><Relationship Id="rId298" Type="http://schemas.openxmlformats.org/officeDocument/2006/relationships/image" Target="media/image292.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302" Type="http://schemas.openxmlformats.org/officeDocument/2006/relationships/image" Target="media/image296.png"/><Relationship Id="rId323" Type="http://schemas.openxmlformats.org/officeDocument/2006/relationships/image" Target="media/image317.png"/><Relationship Id="rId344" Type="http://schemas.openxmlformats.org/officeDocument/2006/relationships/image" Target="media/image338.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179" Type="http://schemas.openxmlformats.org/officeDocument/2006/relationships/image" Target="media/image173.png"/><Relationship Id="rId365" Type="http://schemas.openxmlformats.org/officeDocument/2006/relationships/image" Target="media/image359.png"/><Relationship Id="rId190" Type="http://schemas.openxmlformats.org/officeDocument/2006/relationships/image" Target="media/image184.png"/><Relationship Id="rId204" Type="http://schemas.openxmlformats.org/officeDocument/2006/relationships/image" Target="media/image198.png"/><Relationship Id="rId225" Type="http://schemas.openxmlformats.org/officeDocument/2006/relationships/image" Target="media/image219.png"/><Relationship Id="rId246" Type="http://schemas.openxmlformats.org/officeDocument/2006/relationships/image" Target="media/image240.png"/><Relationship Id="rId267" Type="http://schemas.openxmlformats.org/officeDocument/2006/relationships/image" Target="media/image261.png"/><Relationship Id="rId288" Type="http://schemas.openxmlformats.org/officeDocument/2006/relationships/image" Target="media/image282.png"/><Relationship Id="rId106" Type="http://schemas.openxmlformats.org/officeDocument/2006/relationships/image" Target="media/image100.png"/><Relationship Id="rId127" Type="http://schemas.openxmlformats.org/officeDocument/2006/relationships/image" Target="media/image121.png"/><Relationship Id="rId313" Type="http://schemas.openxmlformats.org/officeDocument/2006/relationships/image" Target="media/image307.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8.png"/><Relationship Id="rId148" Type="http://schemas.openxmlformats.org/officeDocument/2006/relationships/image" Target="media/image142.png"/><Relationship Id="rId169" Type="http://schemas.openxmlformats.org/officeDocument/2006/relationships/image" Target="media/image163.png"/><Relationship Id="rId334" Type="http://schemas.openxmlformats.org/officeDocument/2006/relationships/image" Target="media/image328.png"/><Relationship Id="rId355" Type="http://schemas.openxmlformats.org/officeDocument/2006/relationships/image" Target="media/image349.png"/><Relationship Id="rId376" Type="http://schemas.openxmlformats.org/officeDocument/2006/relationships/image" Target="media/image370.png"/><Relationship Id="rId4" Type="http://schemas.microsoft.com/office/2007/relationships/stylesWithEffects" Target="stylesWithEffects.xml"/><Relationship Id="rId180" Type="http://schemas.openxmlformats.org/officeDocument/2006/relationships/image" Target="media/image174.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1.png"/><Relationship Id="rId278" Type="http://schemas.openxmlformats.org/officeDocument/2006/relationships/image" Target="media/image2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6D5BA-8296-424E-8A5A-05C04C655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37</Pages>
  <Words>8022</Words>
  <Characters>45732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Phu</cp:lastModifiedBy>
  <cp:revision>9</cp:revision>
  <dcterms:created xsi:type="dcterms:W3CDTF">2026-09-03T08:16:00Z</dcterms:created>
  <dcterms:modified xsi:type="dcterms:W3CDTF">2026-09-07T01:29:00Z</dcterms:modified>
</cp:coreProperties>
</file>